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4608"/>
        <w:gridCol w:w="2592"/>
        <w:gridCol w:w="4608"/>
        <w:gridCol w:w="58"/>
      </w:tblGrid>
      <w:tr w:rsidR="000C5318" w14:paraId="65F5D35C" w14:textId="77777777">
        <w:trPr>
          <w:gridAfter w:val="1"/>
          <w:wAfter w:w="42" w:type="dxa"/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CEEF84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Proceso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C75433" w14:textId="77777777" w:rsidR="000C5318" w:rsidRPr="00910B4D" w:rsidRDefault="009B6465">
            <w:pPr>
              <w:spacing w:after="0"/>
              <w:rPr>
                <w:lang w:val="es-CO"/>
              </w:rPr>
            </w:pPr>
            <w:r w:rsidRPr="00910B4D">
              <w:rPr>
                <w:color w:val="000000"/>
                <w:lang w:val="es-CO"/>
              </w:rPr>
              <w:t>Invitación Pública N.º IP 45-2026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F5F9AD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Fecha de cierre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7830D2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0C5318" w14:paraId="1BBF060A" w14:textId="77777777">
        <w:trPr>
          <w:gridAfter w:val="1"/>
          <w:wAfter w:w="42" w:type="dxa"/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BA5FEB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Objeto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FE78A2" w14:textId="77777777" w:rsidR="000C5318" w:rsidRPr="00910B4D" w:rsidRDefault="009B6465">
            <w:pPr>
              <w:spacing w:after="0"/>
              <w:rPr>
                <w:lang w:val="es-CO"/>
              </w:rPr>
            </w:pPr>
            <w:r w:rsidRPr="00910B4D">
              <w:rPr>
                <w:color w:val="000000"/>
                <w:lang w:val="es-CO"/>
              </w:rPr>
              <w:t>Estudios y diseños arquitectónicos y técnicos para la adecuación de las instalaciones de Teleantioquia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66DCE1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Proponente / NIT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349183" w14:textId="77777777" w:rsidR="000C5318" w:rsidRDefault="009B6465">
            <w:pPr>
              <w:spacing w:after="0"/>
            </w:pPr>
            <w:r>
              <w:rPr>
                <w:color w:val="000000"/>
              </w:rPr>
              <w:t>[Razón social / NIT]</w:t>
            </w:r>
          </w:p>
        </w:tc>
      </w:tr>
      <w:tr w:rsidR="000C5318" w14:paraId="086F34CA" w14:textId="77777777">
        <w:trPr>
          <w:gridAfter w:val="1"/>
          <w:wAfter w:w="42" w:type="dxa"/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5770FF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Representante legal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96A56D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5528AE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Correo / teléfono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066C22" w14:textId="77777777" w:rsidR="000C5318" w:rsidRDefault="009B6465">
            <w:pPr>
              <w:spacing w:after="0"/>
            </w:pPr>
            <w:r>
              <w:rPr>
                <w:color w:val="000000"/>
              </w:rPr>
              <w:t>[Datos]</w:t>
            </w:r>
          </w:p>
        </w:tc>
      </w:tr>
      <w:tr w:rsidR="000C5318" w:rsidRPr="004753A3" w14:paraId="5DFD64B9" w14:textId="77777777">
        <w:trPr>
          <w:jc w:val="center"/>
        </w:trPr>
        <w:tc>
          <w:tcPr>
            <w:tcW w:w="144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48D418" w14:textId="77777777" w:rsidR="000C5318" w:rsidRPr="00910B4D" w:rsidRDefault="009B6465">
            <w:pPr>
              <w:spacing w:after="0"/>
              <w:rPr>
                <w:lang w:val="es-CO"/>
              </w:rPr>
            </w:pPr>
            <w:r w:rsidRPr="00910B4D">
              <w:rPr>
                <w:color w:val="000000"/>
                <w:lang w:val="es-CO"/>
              </w:rPr>
              <w:t>DILIGENCIAMIENTO: relacione un profesional principal por cada una de las diez especialidades. Complete todos los campos y anexe los soportes identificados con el mismo nombre o folio registrado. La información está organizada para alimentar directamente la evaluación habilitante y la asignación de puntajes. Los periodos simultáneos deben contarse una sola vez en la experiencia total.</w:t>
            </w:r>
          </w:p>
        </w:tc>
      </w:tr>
    </w:tbl>
    <w:p w14:paraId="5D0DFC66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1. ORGANIGRAMA Y ESTRUCTURA GENERAL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810"/>
        <w:gridCol w:w="1892"/>
        <w:gridCol w:w="2784"/>
        <w:gridCol w:w="3422"/>
        <w:gridCol w:w="1013"/>
        <w:gridCol w:w="1753"/>
        <w:gridCol w:w="1283"/>
        <w:gridCol w:w="1501"/>
      </w:tblGrid>
      <w:tr w:rsidR="000C5318" w14:paraId="2D4DE907" w14:textId="77777777" w:rsidTr="00910B4D">
        <w:trPr>
          <w:tblHeader/>
          <w:jc w:val="center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98C42C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N.º</w:t>
            </w:r>
          </w:p>
        </w:tc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AAB423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Especialidad / rol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CD68A0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Profesional principal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3387A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Formación mínima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E82773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Experiencia mínima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3E4470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Dedicación / fases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D4587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Vinculación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53075B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Soportes / folio</w:t>
            </w:r>
          </w:p>
        </w:tc>
      </w:tr>
      <w:tr w:rsidR="000C5318" w14:paraId="658DAC1C" w14:textId="77777777" w:rsidTr="00910B4D">
        <w:trPr>
          <w:cantSplit/>
          <w:jc w:val="center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F1898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1</w:t>
            </w:r>
          </w:p>
        </w:tc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799586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Dirección, coordinación, diseño arquitectónico e interiorismo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9FFF8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6A197C" w14:textId="77777777" w:rsidR="00D4168A" w:rsidRPr="004753A3" w:rsidRDefault="003218A0">
            <w:pPr>
              <w:rPr>
                <w:lang w:val="es-CO"/>
              </w:rPr>
            </w:pPr>
            <w:r w:rsidRPr="004753A3">
              <w:rPr>
                <w:lang w:val="es-CO"/>
              </w:rPr>
              <w:t>Arquitecto con matrícula profesional vigente.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6081CA" w14:textId="77777777" w:rsidR="00D4168A" w:rsidRDefault="003218A0">
            <w:r>
              <w:t>5 años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F56E1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[Horas / fases]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8C80F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[Propio / externo]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3BF75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25C201C7" w14:textId="77777777" w:rsidTr="00910B4D">
        <w:trPr>
          <w:cantSplit/>
          <w:jc w:val="center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109BA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2</w:t>
            </w:r>
          </w:p>
        </w:tc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5FF0C2" w14:textId="77777777" w:rsidR="00D4168A" w:rsidRDefault="003218A0">
            <w:r>
              <w:t>Diseño acústico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86ED9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A41C2A" w14:textId="77777777" w:rsidR="00D4168A" w:rsidRPr="004753A3" w:rsidRDefault="003218A0">
            <w:pPr>
              <w:rPr>
                <w:lang w:val="es-CO"/>
              </w:rPr>
            </w:pPr>
            <w:r w:rsidRPr="004753A3">
              <w:rPr>
                <w:lang w:val="es-CO"/>
              </w:rPr>
              <w:t>Arquitecto, ingeniero o profesional legalmente facultado para desarrollar la especialidad, con matrícula o registro profesional vigente cuando resulte exigible.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D9615A" w14:textId="77777777" w:rsidR="00D4168A" w:rsidRDefault="003218A0">
            <w:r>
              <w:t>5 años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3E8D4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[Horas / fases]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BE800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[Propio / externo]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41B4C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20469163" w14:textId="77777777" w:rsidTr="00910B4D">
        <w:trPr>
          <w:cantSplit/>
          <w:jc w:val="center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CAF8F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3</w:t>
            </w:r>
          </w:p>
        </w:tc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78C1B2" w14:textId="77777777" w:rsidR="00D4168A" w:rsidRDefault="003218A0">
            <w:r>
              <w:t>Diseño eléctrico e iluminación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F17A2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AB70DA" w14:textId="77777777" w:rsidR="00D4168A" w:rsidRPr="004753A3" w:rsidRDefault="003218A0">
            <w:pPr>
              <w:rPr>
                <w:lang w:val="es-CO"/>
              </w:rPr>
            </w:pPr>
            <w:r w:rsidRPr="004753A3">
              <w:rPr>
                <w:lang w:val="es-CO"/>
              </w:rPr>
              <w:t>Profesional con título de Ingeniero Electricista, Ingeniero Eléctrico, Ingeniero Electrónico o Ingeniero de Telecomunicaciones, con matrícula profesional vigente que, conforme al alcance legal de su profesión, lo faculte para elaborar y suscribir los respectivos diseños.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1534F6" w14:textId="77777777" w:rsidR="00D4168A" w:rsidRDefault="003218A0">
            <w:r>
              <w:t>3 años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22579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[Horas / fases]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86BB6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[Propio / externo]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D05B2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641BE8A3" w14:textId="77777777" w:rsidTr="00910B4D">
        <w:trPr>
          <w:cantSplit/>
          <w:jc w:val="center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4433B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4</w:t>
            </w:r>
          </w:p>
        </w:tc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9D9792" w14:textId="77777777" w:rsidR="00D4168A" w:rsidRPr="004753A3" w:rsidRDefault="003218A0">
            <w:pPr>
              <w:rPr>
                <w:lang w:val="es-CO"/>
              </w:rPr>
            </w:pPr>
            <w:r w:rsidRPr="004753A3">
              <w:rPr>
                <w:lang w:val="es-CO"/>
              </w:rPr>
              <w:t>Diseño de voz, datos, CCTV, control de acceso y automatización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FCD48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CCA83D" w14:textId="77777777" w:rsidR="00D4168A" w:rsidRPr="004753A3" w:rsidRDefault="003218A0">
            <w:pPr>
              <w:rPr>
                <w:lang w:val="es-CO"/>
              </w:rPr>
            </w:pPr>
            <w:r w:rsidRPr="004753A3">
              <w:rPr>
                <w:lang w:val="es-CO"/>
              </w:rPr>
              <w:t>Profesional en Ingeniería Electrónica, Ingeniería de Telecomunicaciones, Ingeniería de Control y Automatización o Ingeniería Eléctrica, con matrícula profesional que lo faculte legalmente para elaborar y suscribir los respectivos diseños.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5EEABA" w14:textId="77777777" w:rsidR="00D4168A" w:rsidRDefault="003218A0">
            <w:r>
              <w:t>3 años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E9EEF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[Horas / fases]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8223B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[Propio / externo]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A1328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4B38E1D4" w14:textId="77777777" w:rsidTr="00910B4D">
        <w:trPr>
          <w:cantSplit/>
          <w:jc w:val="center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B8AAA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5</w:t>
            </w:r>
          </w:p>
        </w:tc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5FAEBF" w14:textId="77777777" w:rsidR="00D4168A" w:rsidRPr="004753A3" w:rsidRDefault="003218A0">
            <w:pPr>
              <w:rPr>
                <w:lang w:val="es-CO"/>
              </w:rPr>
            </w:pPr>
            <w:r w:rsidRPr="004753A3">
              <w:rPr>
                <w:lang w:val="es-CO"/>
              </w:rPr>
              <w:t>Centros de datos, nodos y cuartos técnicos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046CA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BFB2AD" w14:textId="77777777" w:rsidR="00D4168A" w:rsidRPr="004753A3" w:rsidRDefault="003218A0">
            <w:pPr>
              <w:rPr>
                <w:lang w:val="es-CO"/>
              </w:rPr>
            </w:pPr>
            <w:r w:rsidRPr="004753A3">
              <w:rPr>
                <w:lang w:val="es-CO"/>
              </w:rPr>
              <w:t>Ingeniero de Telecomunicaciones, Ingeniero Eléctrico o Ingeniero Electrónico, con matrícula o registro profesional que lo faculte legalmente para elaborar y suscribir diseños de infraestructura crítica.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364FCB" w14:textId="77777777" w:rsidR="00D4168A" w:rsidRDefault="003218A0">
            <w:r>
              <w:t>3 años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CADA8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[Horas / fases]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2E997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[Propio / externo]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C1CF4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3B43E73A" w14:textId="77777777" w:rsidTr="00910B4D">
        <w:trPr>
          <w:cantSplit/>
          <w:jc w:val="center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3C6D7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6</w:t>
            </w:r>
          </w:p>
        </w:tc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9FFA62" w14:textId="77777777" w:rsidR="00D4168A" w:rsidRDefault="003218A0">
            <w:r>
              <w:t>Aire acondicionado y ventilación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118F2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556110" w14:textId="77777777" w:rsidR="00D4168A" w:rsidRPr="004753A3" w:rsidRDefault="003218A0">
            <w:pPr>
              <w:rPr>
                <w:lang w:val="es-CO"/>
              </w:rPr>
            </w:pPr>
            <w:r w:rsidRPr="004753A3">
              <w:rPr>
                <w:lang w:val="es-CO"/>
              </w:rPr>
              <w:t>Ingeniero mecánico, electromecánico o profesional legalmente facultado para desarrollar la especialidad, con matrícula profesional vigente.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796606" w14:textId="77777777" w:rsidR="00D4168A" w:rsidRDefault="003218A0">
            <w:r>
              <w:t>5 años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6E1DA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[Horas / fases]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73BED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[Propio / externo]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A6C63F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5703B257" w14:textId="77777777" w:rsidTr="00910B4D">
        <w:trPr>
          <w:cantSplit/>
          <w:jc w:val="center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0A768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7</w:t>
            </w:r>
          </w:p>
        </w:tc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4BCB66" w14:textId="77777777" w:rsidR="00D4168A" w:rsidRPr="004753A3" w:rsidRDefault="003218A0">
            <w:pPr>
              <w:rPr>
                <w:lang w:val="es-CO"/>
              </w:rPr>
            </w:pPr>
            <w:r w:rsidRPr="004753A3">
              <w:rPr>
                <w:lang w:val="es-CO"/>
              </w:rPr>
              <w:t>Seguridad humana, detección, alarma y protección contra incendios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2274F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C6D77B" w14:textId="77777777" w:rsidR="00D4168A" w:rsidRPr="004753A3" w:rsidRDefault="003218A0">
            <w:pPr>
              <w:rPr>
                <w:lang w:val="es-CO"/>
              </w:rPr>
            </w:pPr>
            <w:r w:rsidRPr="004753A3">
              <w:rPr>
                <w:lang w:val="es-CO"/>
              </w:rPr>
              <w:t>Ingeniero civil, mecánico, sanitario, arquitecto o profesional legalmente facultado para desarrollar la especialidad, con matrícula profesional vigente.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4551D7" w14:textId="77777777" w:rsidR="00D4168A" w:rsidRDefault="003218A0">
            <w:r>
              <w:t>5 años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3250F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[Horas / fases]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258DD3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[Propio / externo]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2C27E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37F4204A" w14:textId="77777777" w:rsidTr="00910B4D">
        <w:trPr>
          <w:cantSplit/>
          <w:jc w:val="center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DDA34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8</w:t>
            </w:r>
          </w:p>
        </w:tc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617BDF" w14:textId="77777777" w:rsidR="00D4168A" w:rsidRDefault="003218A0">
            <w:r>
              <w:t>Redes hidrosanitarias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4E239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DA00E4" w14:textId="0450C4AC" w:rsidR="00D4168A" w:rsidRPr="004753A3" w:rsidRDefault="003218A0">
            <w:pPr>
              <w:rPr>
                <w:lang w:val="es-CO"/>
              </w:rPr>
            </w:pPr>
            <w:r w:rsidRPr="004753A3">
              <w:rPr>
                <w:lang w:val="es-CO"/>
              </w:rPr>
              <w:t xml:space="preserve">Ingeniero civil, sanitario, hidráulico o profesional </w:t>
            </w:r>
            <w:r w:rsidRPr="004753A3">
              <w:rPr>
                <w:lang w:val="es-CO"/>
              </w:rPr>
              <w:t>facultado para desarrollar la especialidad, con matrícula profesional vigente</w:t>
            </w:r>
            <w:r w:rsidR="00C33C9D">
              <w:rPr>
                <w:lang w:val="es-CO"/>
              </w:rPr>
              <w:t>.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60ED5E" w14:textId="77777777" w:rsidR="00D4168A" w:rsidRDefault="003218A0">
            <w:r>
              <w:t>5 años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11AD5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[Horas / fases]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32E55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[Propio / externo]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94866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5895AFF3" w14:textId="77777777" w:rsidTr="00910B4D">
        <w:trPr>
          <w:cantSplit/>
          <w:jc w:val="center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8783B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9</w:t>
            </w:r>
          </w:p>
        </w:tc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7EEE04" w14:textId="77777777" w:rsidR="00D4168A" w:rsidRPr="004753A3" w:rsidRDefault="003218A0">
            <w:pPr>
              <w:rPr>
                <w:lang w:val="es-CO"/>
              </w:rPr>
            </w:pPr>
            <w:r w:rsidRPr="004753A3">
              <w:rPr>
                <w:lang w:val="es-CO"/>
              </w:rPr>
              <w:t>Evaluación, diagnóstico y diseño estructural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48CA2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7DD224" w14:textId="77777777" w:rsidR="00D4168A" w:rsidRPr="004753A3" w:rsidRDefault="003218A0">
            <w:pPr>
              <w:rPr>
                <w:lang w:val="es-CO"/>
              </w:rPr>
            </w:pPr>
            <w:r w:rsidRPr="004753A3">
              <w:rPr>
                <w:lang w:val="es-CO"/>
              </w:rPr>
              <w:t>Ingeniero civil con matrícula profesional vigente y posgrado en estructuras o diseño estructural.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F37BE1" w14:textId="77777777" w:rsidR="00D4168A" w:rsidRDefault="003218A0">
            <w:r>
              <w:t>5 años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61528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[Horas / fases]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A8DF7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[Propio / externo]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909AF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6E7A8DEE" w14:textId="77777777" w:rsidTr="00910B4D">
        <w:trPr>
          <w:cantSplit/>
          <w:jc w:val="center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8BDC4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lastRenderedPageBreak/>
              <w:t>10</w:t>
            </w:r>
          </w:p>
        </w:tc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E4478D" w14:textId="77777777" w:rsidR="00D4168A" w:rsidRDefault="003218A0">
            <w:r>
              <w:t>Programación, cantidades y presupuesto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CE23E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999369" w14:textId="77777777" w:rsidR="00D4168A" w:rsidRPr="004753A3" w:rsidRDefault="003218A0">
            <w:pPr>
              <w:rPr>
                <w:lang w:val="es-CO"/>
              </w:rPr>
            </w:pPr>
            <w:r w:rsidRPr="004753A3">
              <w:rPr>
                <w:lang w:val="es-CO"/>
              </w:rPr>
              <w:t>Arquitecto, ingeniero civil o profesional competente, con matrícula profesional vigente cuando resulte legalmente exigible.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B8FCE8" w14:textId="77777777" w:rsidR="00D4168A" w:rsidRDefault="003218A0">
            <w:r>
              <w:t>5 años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1BDF7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[Horas / fases]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59740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[Propio / externo]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C63F6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</w:tbl>
    <w:p w14:paraId="6EA3E2E9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2. MATRIZ DE RESPONSABILIDADES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696"/>
        <w:gridCol w:w="2217"/>
        <w:gridCol w:w="3592"/>
        <w:gridCol w:w="2828"/>
        <w:gridCol w:w="2367"/>
        <w:gridCol w:w="2758"/>
      </w:tblGrid>
      <w:tr w:rsidR="000C5318" w14:paraId="52C7FC12" w14:textId="77777777" w:rsidTr="00850881">
        <w:trPr>
          <w:tblHeader/>
          <w:jc w:val="center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4503C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N.º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AF8C64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Profesional / especialidad</w:t>
            </w:r>
          </w:p>
        </w:tc>
        <w:tc>
          <w:tcPr>
            <w:tcW w:w="3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A9A5A7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Responsabilidades principales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44E2E4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Entregables que suscribe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C11BF8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Fases de participación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5ADC72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Coordinación con otras disciplinas</w:t>
            </w:r>
          </w:p>
        </w:tc>
      </w:tr>
      <w:tr w:rsidR="000C5318" w14:paraId="35967EF3" w14:textId="77777777" w:rsidTr="00850881">
        <w:trPr>
          <w:cantSplit/>
          <w:jc w:val="center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1E25A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1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96DC04" w14:textId="77777777" w:rsidR="000C5318" w:rsidRPr="00910B4D" w:rsidRDefault="009B6465">
            <w:pPr>
              <w:spacing w:after="0"/>
              <w:rPr>
                <w:lang w:val="es-CO"/>
              </w:rPr>
            </w:pPr>
            <w:r w:rsidRPr="00910B4D">
              <w:rPr>
                <w:color w:val="000000"/>
                <w:sz w:val="12"/>
                <w:lang w:val="es-CO"/>
              </w:rPr>
              <w:t>[Nombre] - Dirección, coordinación, diseño arquitectónico e interiorismo</w:t>
            </w:r>
          </w:p>
        </w:tc>
        <w:tc>
          <w:tcPr>
            <w:tcW w:w="3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8384A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a cargo]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85F16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[Productos]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8A254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[Fases]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C4E51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[Especialidades]</w:t>
            </w:r>
          </w:p>
        </w:tc>
      </w:tr>
      <w:tr w:rsidR="000C5318" w14:paraId="0B21023C" w14:textId="77777777" w:rsidTr="00850881">
        <w:trPr>
          <w:cantSplit/>
          <w:jc w:val="center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90FC0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2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218AE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 - Diseño acústico</w:t>
            </w:r>
          </w:p>
        </w:tc>
        <w:tc>
          <w:tcPr>
            <w:tcW w:w="3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D9E0F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a cargo]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98F82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[Productos]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7459C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[Fases]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A4822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[Especialidades]</w:t>
            </w:r>
          </w:p>
        </w:tc>
      </w:tr>
      <w:tr w:rsidR="000C5318" w14:paraId="2DC81161" w14:textId="77777777" w:rsidTr="00850881">
        <w:trPr>
          <w:cantSplit/>
          <w:jc w:val="center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5F6DE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3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07C993" w14:textId="77777777" w:rsidR="000C5318" w:rsidRPr="00910B4D" w:rsidRDefault="009B6465">
            <w:pPr>
              <w:spacing w:after="0"/>
              <w:rPr>
                <w:lang w:val="es-CO"/>
              </w:rPr>
            </w:pPr>
            <w:r w:rsidRPr="00910B4D">
              <w:rPr>
                <w:color w:val="000000"/>
                <w:sz w:val="12"/>
                <w:lang w:val="es-CO"/>
              </w:rPr>
              <w:t>[Nombre] - Diseño eléctrico e iluminación</w:t>
            </w:r>
          </w:p>
        </w:tc>
        <w:tc>
          <w:tcPr>
            <w:tcW w:w="3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CCEF0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a cargo]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F9FB1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[Productos]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217ED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[Fases]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0BB26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[Especialidades]</w:t>
            </w:r>
          </w:p>
        </w:tc>
      </w:tr>
      <w:tr w:rsidR="000C5318" w14:paraId="5C1ACB0F" w14:textId="77777777" w:rsidTr="00850881">
        <w:trPr>
          <w:cantSplit/>
          <w:jc w:val="center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4F88B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4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3D6D9C" w14:textId="77777777" w:rsidR="000C5318" w:rsidRPr="00910B4D" w:rsidRDefault="009B6465" w:rsidP="00910B4D">
            <w:pPr>
              <w:spacing w:after="0"/>
              <w:ind w:left="-653"/>
              <w:rPr>
                <w:lang w:val="es-CO"/>
              </w:rPr>
            </w:pPr>
            <w:r w:rsidRPr="00910B4D">
              <w:rPr>
                <w:color w:val="000000"/>
                <w:sz w:val="12"/>
                <w:lang w:val="es-CO"/>
              </w:rPr>
              <w:t>[Nombre] - Voz, datos, CCTV, control de acceso y automatización</w:t>
            </w:r>
          </w:p>
        </w:tc>
        <w:tc>
          <w:tcPr>
            <w:tcW w:w="3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A2E74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a cargo]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8FF81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[Productos]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2E88D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[Fases]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456AB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[Especialidades]</w:t>
            </w:r>
          </w:p>
        </w:tc>
      </w:tr>
      <w:tr w:rsidR="000C5318" w14:paraId="3B11CA0B" w14:textId="77777777" w:rsidTr="00850881">
        <w:trPr>
          <w:cantSplit/>
          <w:jc w:val="center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ECF89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5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0948D1" w14:textId="77777777" w:rsidR="000C5318" w:rsidRPr="00910B4D" w:rsidRDefault="009B6465">
            <w:pPr>
              <w:spacing w:after="0"/>
              <w:rPr>
                <w:lang w:val="es-CO"/>
              </w:rPr>
            </w:pPr>
            <w:r w:rsidRPr="00910B4D">
              <w:rPr>
                <w:color w:val="000000"/>
                <w:sz w:val="12"/>
                <w:lang w:val="es-CO"/>
              </w:rPr>
              <w:t>[Nombre] - Centros de datos, nodos y cuartos técnicos</w:t>
            </w:r>
          </w:p>
        </w:tc>
        <w:tc>
          <w:tcPr>
            <w:tcW w:w="3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3B47D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a cargo]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404C7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[Productos]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C1412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[Fases]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ED2E3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[Especialidades]</w:t>
            </w:r>
          </w:p>
        </w:tc>
      </w:tr>
      <w:tr w:rsidR="000C5318" w14:paraId="7DB6D91A" w14:textId="77777777" w:rsidTr="00850881">
        <w:trPr>
          <w:cantSplit/>
          <w:jc w:val="center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80E35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6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9E1DD4" w14:textId="77777777" w:rsidR="000C5318" w:rsidRPr="00910B4D" w:rsidRDefault="009B6465">
            <w:pPr>
              <w:spacing w:after="0"/>
              <w:rPr>
                <w:lang w:val="es-CO"/>
              </w:rPr>
            </w:pPr>
            <w:r w:rsidRPr="00910B4D">
              <w:rPr>
                <w:color w:val="000000"/>
                <w:sz w:val="12"/>
                <w:lang w:val="es-CO"/>
              </w:rPr>
              <w:t>[Nombre] - Aire acondicionado y ventilación</w:t>
            </w:r>
          </w:p>
        </w:tc>
        <w:tc>
          <w:tcPr>
            <w:tcW w:w="3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EB21B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a cargo]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7918D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[Productos]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BA9BC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[Fases]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F76A5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[Especialidades]</w:t>
            </w:r>
          </w:p>
        </w:tc>
      </w:tr>
      <w:tr w:rsidR="000C5318" w14:paraId="57FFC3B1" w14:textId="77777777" w:rsidTr="00850881">
        <w:trPr>
          <w:cantSplit/>
          <w:jc w:val="center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AB3AA5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7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99A040" w14:textId="77777777" w:rsidR="000C5318" w:rsidRPr="00910B4D" w:rsidRDefault="009B6465">
            <w:pPr>
              <w:spacing w:after="0"/>
              <w:rPr>
                <w:lang w:val="es-CO"/>
              </w:rPr>
            </w:pPr>
            <w:r w:rsidRPr="00910B4D">
              <w:rPr>
                <w:color w:val="000000"/>
                <w:sz w:val="12"/>
                <w:lang w:val="es-CO"/>
              </w:rPr>
              <w:t>[Nombre] - Seguridad humana, detección, alarma y protección contra incendios</w:t>
            </w:r>
          </w:p>
        </w:tc>
        <w:tc>
          <w:tcPr>
            <w:tcW w:w="3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A55AE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a cargo]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9DAE8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[Productos]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3D63F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[Fases]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31867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[Especialidades]</w:t>
            </w:r>
          </w:p>
        </w:tc>
      </w:tr>
      <w:tr w:rsidR="000C5318" w14:paraId="675B8829" w14:textId="77777777" w:rsidTr="00850881">
        <w:trPr>
          <w:cantSplit/>
          <w:jc w:val="center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0335F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8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3933D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 - Redes hidrosanitarias</w:t>
            </w:r>
          </w:p>
        </w:tc>
        <w:tc>
          <w:tcPr>
            <w:tcW w:w="3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85CDE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a cargo]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386C0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[Productos]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96593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[Fases]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E842E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[Especialidades]</w:t>
            </w:r>
          </w:p>
        </w:tc>
      </w:tr>
      <w:tr w:rsidR="000C5318" w14:paraId="2FDE74BF" w14:textId="77777777" w:rsidTr="00850881">
        <w:trPr>
          <w:cantSplit/>
          <w:jc w:val="center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836A7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9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98C580" w14:textId="77777777" w:rsidR="000C5318" w:rsidRPr="00910B4D" w:rsidRDefault="009B6465">
            <w:pPr>
              <w:spacing w:after="0"/>
              <w:rPr>
                <w:lang w:val="es-CO"/>
              </w:rPr>
            </w:pPr>
            <w:r w:rsidRPr="00910B4D">
              <w:rPr>
                <w:color w:val="000000"/>
                <w:sz w:val="12"/>
                <w:lang w:val="es-CO"/>
              </w:rPr>
              <w:t>[Nombre] - Evaluación, diagnóstico y diseño estructural</w:t>
            </w:r>
          </w:p>
        </w:tc>
        <w:tc>
          <w:tcPr>
            <w:tcW w:w="3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DDB10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a cargo]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DCC77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[Productos]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DDC28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[Fases]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7BA7B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[Especialidades]</w:t>
            </w:r>
          </w:p>
        </w:tc>
      </w:tr>
      <w:tr w:rsidR="000C5318" w14:paraId="45AE6C60" w14:textId="77777777" w:rsidTr="00850881">
        <w:trPr>
          <w:cantSplit/>
          <w:jc w:val="center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3185B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10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E2F459" w14:textId="77777777" w:rsidR="000C5318" w:rsidRPr="00910B4D" w:rsidRDefault="009B6465">
            <w:pPr>
              <w:spacing w:after="0"/>
              <w:rPr>
                <w:lang w:val="es-CO"/>
              </w:rPr>
            </w:pPr>
            <w:r w:rsidRPr="00910B4D">
              <w:rPr>
                <w:color w:val="000000"/>
                <w:sz w:val="12"/>
                <w:lang w:val="es-CO"/>
              </w:rPr>
              <w:t>[Nombre] - Programación, cantidades y presupuesto</w:t>
            </w:r>
          </w:p>
        </w:tc>
        <w:tc>
          <w:tcPr>
            <w:tcW w:w="3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C4EFB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a cargo]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2E3E2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[Productos]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12B72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[Fases]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0854E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[Especialidades]</w:t>
            </w:r>
          </w:p>
        </w:tc>
      </w:tr>
    </w:tbl>
    <w:p w14:paraId="4F8070C5" w14:textId="77777777" w:rsidR="000C5318" w:rsidRPr="00910B4D" w:rsidRDefault="009B6465">
      <w:pPr>
        <w:keepNext/>
        <w:pBdr>
          <w:bottom w:val="single" w:sz="12" w:space="2" w:color="92D050"/>
        </w:pBdr>
        <w:spacing w:before="100" w:after="60"/>
        <w:jc w:val="center"/>
        <w:rPr>
          <w:lang w:val="es-CO"/>
        </w:rPr>
      </w:pPr>
      <w:r w:rsidRPr="00910B4D">
        <w:rPr>
          <w:b/>
          <w:sz w:val="19"/>
          <w:lang w:val="es-CO"/>
        </w:rPr>
        <w:t>3. CONSOLIDADO PARA EVALUACIÓN HABILITANTE Y PUNTUACIÓN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946"/>
        <w:gridCol w:w="2125"/>
        <w:gridCol w:w="1645"/>
        <w:gridCol w:w="1376"/>
        <w:gridCol w:w="1376"/>
        <w:gridCol w:w="1376"/>
        <w:gridCol w:w="1376"/>
        <w:gridCol w:w="1439"/>
        <w:gridCol w:w="1376"/>
        <w:gridCol w:w="725"/>
        <w:gridCol w:w="698"/>
      </w:tblGrid>
      <w:tr w:rsidR="000C5318" w14:paraId="5F0AFF53" w14:textId="77777777" w:rsidTr="00850881">
        <w:trPr>
          <w:tblHeader/>
          <w:jc w:val="center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7323D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N.º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339726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Especialidad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3A59AE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Profesional principal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8F4FF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Años mínimos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FC666A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Años válidos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F1D19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Exceso sobre mínimo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035D77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N.º proyectos específicos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CB4159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Proyecto estudio/set/auditorio ≥ 500 m² S/N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96D0EC" w14:textId="77777777" w:rsidR="00D4168A" w:rsidRDefault="003218A0">
            <w:r>
              <w:t>Rango declarado 0/10/20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B5EB26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Folio ficha</w:t>
            </w:r>
          </w:p>
        </w:tc>
      </w:tr>
      <w:tr w:rsidR="000C5318" w14:paraId="079CB0C6" w14:textId="77777777" w:rsidTr="00850881">
        <w:trPr>
          <w:cantSplit/>
          <w:jc w:val="center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F1E9F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AAA31F" w14:textId="77777777" w:rsidR="000C5318" w:rsidRPr="00910B4D" w:rsidRDefault="009B6465">
            <w:pPr>
              <w:spacing w:after="0"/>
              <w:rPr>
                <w:lang w:val="es-CO"/>
              </w:rPr>
            </w:pPr>
            <w:r w:rsidRPr="00910B4D">
              <w:rPr>
                <w:color w:val="000000"/>
                <w:sz w:val="12"/>
                <w:lang w:val="es-CO"/>
              </w:rPr>
              <w:t>Dirección, coordinación, diseño arquitectónico e interiorismo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409AA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D99C30" w14:textId="77777777" w:rsidR="00D4168A" w:rsidRDefault="003218A0">
            <w:r>
              <w:t>5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CF554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086FE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B986E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[N.º]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77FB5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49CEF4" w14:textId="77777777" w:rsidR="00D4168A" w:rsidRDefault="003218A0">
            <w:r>
              <w:t>☐</w:t>
            </w:r>
            <w:r>
              <w:t xml:space="preserve"> 0   ☐ 10   ☐ 20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07E9A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[Folio]</w:t>
            </w:r>
          </w:p>
        </w:tc>
      </w:tr>
      <w:tr w:rsidR="000C5318" w14:paraId="64B6D262" w14:textId="77777777" w:rsidTr="00850881">
        <w:trPr>
          <w:cantSplit/>
          <w:jc w:val="center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36596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2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0F694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Diseño acústico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45B0F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9547AC" w14:textId="77777777" w:rsidR="00D4168A" w:rsidRDefault="003218A0">
            <w:r>
              <w:t>5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A2DDEA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C49AD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751DF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[N.º]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0A9FB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EB73F1" w14:textId="77777777" w:rsidR="00D4168A" w:rsidRDefault="003218A0">
            <w:r>
              <w:t>☐</w:t>
            </w:r>
            <w:r>
              <w:t xml:space="preserve"> 0   ☐ 10   ☐ 20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7215A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[Folio]</w:t>
            </w:r>
          </w:p>
        </w:tc>
      </w:tr>
      <w:tr w:rsidR="000C5318" w14:paraId="721AC50A" w14:textId="77777777" w:rsidTr="00850881">
        <w:trPr>
          <w:cantSplit/>
          <w:jc w:val="center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B1E47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3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95EA5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Diseño eléctrico e iluminación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4CE2C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CBB1F3" w14:textId="77777777" w:rsidR="00D4168A" w:rsidRDefault="003218A0">
            <w:r>
              <w:t>3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D35DB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BF046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17E16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[N.º]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2F9A2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A76A977" w14:textId="77777777" w:rsidR="00D4168A" w:rsidRDefault="003218A0">
            <w:r>
              <w:t>☐</w:t>
            </w:r>
            <w:r>
              <w:t xml:space="preserve"> 0   ☐ 10   ☐ 20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9494B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[Folio]</w:t>
            </w:r>
          </w:p>
        </w:tc>
      </w:tr>
      <w:tr w:rsidR="000C5318" w14:paraId="2133D9D6" w14:textId="77777777" w:rsidTr="00850881">
        <w:trPr>
          <w:cantSplit/>
          <w:jc w:val="center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05FB2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4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81F8C9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Voz, datos, CCTV, control de acceso y automatización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32387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50338A" w14:textId="77777777" w:rsidR="00D4168A" w:rsidRDefault="003218A0">
            <w:r>
              <w:t>3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3B05C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592B2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D9A08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[N.º]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EF622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D611E5" w14:textId="77777777" w:rsidR="00D4168A" w:rsidRDefault="003218A0">
            <w:r>
              <w:t>☐</w:t>
            </w:r>
            <w:r>
              <w:t xml:space="preserve"> 0   ☐ 10   ☐ 20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A3C7C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[Folio]</w:t>
            </w:r>
          </w:p>
        </w:tc>
      </w:tr>
      <w:tr w:rsidR="000C5318" w14:paraId="7320DE15" w14:textId="77777777" w:rsidTr="00850881">
        <w:trPr>
          <w:cantSplit/>
          <w:jc w:val="center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38B79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E7F551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Centros de datos, nodos y cuartos técnicos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BB1FF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795316" w14:textId="77777777" w:rsidR="00D4168A" w:rsidRDefault="003218A0">
            <w:r>
              <w:t>3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AE0871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AA4E2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85D44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[N.º]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2CE5D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75451D" w14:textId="77777777" w:rsidR="00D4168A" w:rsidRDefault="003218A0">
            <w:r>
              <w:t>☐</w:t>
            </w:r>
            <w:r>
              <w:t xml:space="preserve"> 0   ☐ 10   ☐ 20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4BFC7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[Folio]</w:t>
            </w:r>
          </w:p>
        </w:tc>
      </w:tr>
      <w:tr w:rsidR="000C5318" w14:paraId="3B43ECC6" w14:textId="77777777" w:rsidTr="00850881">
        <w:trPr>
          <w:cantSplit/>
          <w:jc w:val="center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F4B3B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6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9EE5C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Aire acondicionado y ventilación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E1873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E9465F" w14:textId="77777777" w:rsidR="00D4168A" w:rsidRDefault="003218A0">
            <w:r>
              <w:t>5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4ED5F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73C4B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4D913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[N.º]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C8DFC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3D865F" w14:textId="77777777" w:rsidR="00D4168A" w:rsidRDefault="003218A0">
            <w:r>
              <w:t>☐</w:t>
            </w:r>
            <w:r>
              <w:t xml:space="preserve"> 0   ☐ 10   ☐ 20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79086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[Folio]</w:t>
            </w:r>
          </w:p>
        </w:tc>
      </w:tr>
      <w:tr w:rsidR="000C5318" w14:paraId="48034DCC" w14:textId="77777777" w:rsidTr="00850881">
        <w:trPr>
          <w:cantSplit/>
          <w:jc w:val="center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DF38D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lastRenderedPageBreak/>
              <w:t>7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94E3A2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Seguridad humana, detección, alarma y protección contra incendios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ED689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58DEE0" w14:textId="77777777" w:rsidR="00D4168A" w:rsidRDefault="003218A0">
            <w:r>
              <w:t>5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6B269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B56A8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C4321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[N.º]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C2FBB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6B14A8" w14:textId="77777777" w:rsidR="00D4168A" w:rsidRDefault="003218A0">
            <w:r>
              <w:t>☐</w:t>
            </w:r>
            <w:r>
              <w:t xml:space="preserve"> 0   ☐ 10   ☐ 20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3C3D2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[Folio]</w:t>
            </w:r>
          </w:p>
        </w:tc>
      </w:tr>
      <w:tr w:rsidR="000C5318" w14:paraId="41CB22B2" w14:textId="77777777" w:rsidTr="00850881">
        <w:trPr>
          <w:cantSplit/>
          <w:jc w:val="center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CC674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8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A2ABF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Redes hidrosanitarias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AB094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0476B4" w14:textId="77777777" w:rsidR="00D4168A" w:rsidRDefault="003218A0">
            <w:r>
              <w:t>5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2A928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43F81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9098C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[N.º]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4162F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4AB307" w14:textId="77777777" w:rsidR="00D4168A" w:rsidRDefault="003218A0">
            <w:r>
              <w:t>☐</w:t>
            </w:r>
            <w:r>
              <w:t xml:space="preserve"> 0   ☐ 10   ☐ 20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2AAA1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[Folio]</w:t>
            </w:r>
          </w:p>
        </w:tc>
      </w:tr>
      <w:tr w:rsidR="000C5318" w14:paraId="74B9A3AC" w14:textId="77777777" w:rsidTr="00850881">
        <w:trPr>
          <w:cantSplit/>
          <w:jc w:val="center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FEDC4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9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568DC7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Evaluación, diagnóstico y diseño estructural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89E54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C2F301" w14:textId="77777777" w:rsidR="00D4168A" w:rsidRDefault="003218A0">
            <w:r>
              <w:t>5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2E625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7FE5A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9ABC3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[N.º]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32934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F13094" w14:textId="77777777" w:rsidR="00D4168A" w:rsidRDefault="003218A0">
            <w:r>
              <w:t>☐</w:t>
            </w:r>
            <w:r>
              <w:t xml:space="preserve"> 0   ☐ 10   ☐ 20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CC9D4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[Folio]</w:t>
            </w:r>
          </w:p>
        </w:tc>
      </w:tr>
      <w:tr w:rsidR="000C5318" w14:paraId="178C6C9B" w14:textId="77777777" w:rsidTr="00850881">
        <w:trPr>
          <w:cantSplit/>
          <w:jc w:val="center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C8EE4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10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68F55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Programación, cantidades y presupuesto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98567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E14E9F" w14:textId="77777777" w:rsidR="00D4168A" w:rsidRDefault="003218A0">
            <w:r>
              <w:t>5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5C3D9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B3119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B6719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[N.º]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30C6B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91EDBA" w14:textId="77777777" w:rsidR="00D4168A" w:rsidRDefault="003218A0">
            <w:r>
              <w:t>☐</w:t>
            </w:r>
            <w:r>
              <w:t xml:space="preserve"> 0   ☐ 10   ☐ 20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23D5FA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[Folio]</w:t>
            </w:r>
          </w:p>
        </w:tc>
      </w:tr>
      <w:tr w:rsidR="000C5318" w:rsidRPr="00C33C9D" w14:paraId="0BDE191D" w14:textId="77777777">
        <w:trPr>
          <w:gridAfter w:val="1"/>
          <w:wAfter w:w="700" w:type="dxa"/>
          <w:jc w:val="center"/>
        </w:trPr>
        <w:tc>
          <w:tcPr>
            <w:tcW w:w="1379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2F3A59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AD21BF">
              <w:rPr>
                <w:lang w:val="es-CO"/>
              </w:rPr>
              <w:t>El cumplimiento de la experiencia mínima es habilitante y no asigna puntaje. Se asignarán diez (10) puntos cuando se superen en dos (2) años o más los mínimos exigidos; y veinte (20) puntos cuando, además, se acredite al menos un proyecto específico de estudio de grabación, set o auditorio con un área igual o superior a quinientos metros cuadrados (500 m²). Los rangos no son acumulables. La calificación definitiva corresponde exclusivamente a Teleantioquia.</w:t>
            </w:r>
          </w:p>
        </w:tc>
      </w:tr>
    </w:tbl>
    <w:p w14:paraId="62762A87" w14:textId="77777777" w:rsidR="000C5318" w:rsidRPr="00850881" w:rsidRDefault="009B6465">
      <w:pPr>
        <w:rPr>
          <w:lang w:val="es-CO"/>
        </w:rPr>
      </w:pPr>
      <w:r w:rsidRPr="00850881">
        <w:rPr>
          <w:lang w:val="es-CO"/>
        </w:rPr>
        <w:br w:type="page"/>
      </w:r>
    </w:p>
    <w:p w14:paraId="6A4A5CD6" w14:textId="77777777" w:rsidR="000C5318" w:rsidRPr="00850881" w:rsidRDefault="009B6465">
      <w:pPr>
        <w:keepNext/>
        <w:pBdr>
          <w:bottom w:val="single" w:sz="12" w:space="2" w:color="92D050"/>
        </w:pBdr>
        <w:spacing w:before="100" w:after="60"/>
        <w:jc w:val="center"/>
        <w:rPr>
          <w:lang w:val="es-CO"/>
        </w:rPr>
      </w:pPr>
      <w:r w:rsidRPr="00850881">
        <w:rPr>
          <w:b/>
          <w:sz w:val="19"/>
          <w:lang w:val="es-CO"/>
        </w:rPr>
        <w:lastRenderedPageBreak/>
        <w:t>FICHA 1. PROFESIONAL PRINCIPAL - DIRECCIÓN, COORDINACIÓN, DISEÑO ARQUITECTÓNICO E INTERIORISMO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4608"/>
        <w:gridCol w:w="2592"/>
        <w:gridCol w:w="4608"/>
      </w:tblGrid>
      <w:tr w:rsidR="000C5318" w14:paraId="4AAA8EFA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D87388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Nombre completo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D4F090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1D9B15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C.C.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D33525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0C5318" w14:paraId="282C5DA1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3BF20D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Profesión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C19F68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0D4BF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Posgrado / formación adicional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2763CB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 / no aplica]</w:t>
            </w:r>
          </w:p>
        </w:tc>
      </w:tr>
      <w:tr w:rsidR="000C5318" w14:paraId="06EB759E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10BF22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Matrícula / tarjeta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81466F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77C3F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Consejo y vigencia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A520E4" w14:textId="77777777" w:rsidR="000C5318" w:rsidRDefault="009B6465">
            <w:pPr>
              <w:spacing w:after="0"/>
            </w:pPr>
            <w:r>
              <w:rPr>
                <w:color w:val="000000"/>
              </w:rPr>
              <w:t>[Entidad / fecha]</w:t>
            </w:r>
          </w:p>
        </w:tc>
      </w:tr>
      <w:tr w:rsidR="000C5318" w14:paraId="0ECEDA12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0BD70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Fecha de expedición matrícula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4452CC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294B9B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Inicio legal del cómputo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463793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0C5318" w14:paraId="3929CE1E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90ABF2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Vinculación con proponente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2140BA" w14:textId="77777777" w:rsidR="000C5318" w:rsidRDefault="009B6465">
            <w:pPr>
              <w:spacing w:after="0"/>
            </w:pPr>
            <w:r>
              <w:rPr>
                <w:color w:val="000000"/>
              </w:rPr>
              <w:t>☐ Propio   ☐ Contratista   ☐ Subconsultor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BCE2EE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Disponibilidad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5AA99E" w14:textId="77777777" w:rsidR="000C5318" w:rsidRDefault="009B6465">
            <w:pPr>
              <w:spacing w:after="0"/>
            </w:pPr>
            <w:r>
              <w:rPr>
                <w:color w:val="000000"/>
              </w:rPr>
              <w:t>[Horas/semana y fases]</w:t>
            </w:r>
          </w:p>
        </w:tc>
      </w:tr>
      <w:tr w:rsidR="000C5318" w14:paraId="70896516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D525D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Rol ofrecido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18C9B8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lang w:val="es-CO"/>
              </w:rPr>
              <w:t>Dirección, coordinación, diseño arquitectónico e interiorismo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FF8F48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Profesional principal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F28852A" w14:textId="77777777" w:rsidR="000C5318" w:rsidRDefault="009B6465">
            <w:pPr>
              <w:spacing w:after="0"/>
            </w:pPr>
            <w:r>
              <w:rPr>
                <w:color w:val="000000"/>
              </w:rPr>
              <w:t>☐ Sí</w:t>
            </w:r>
          </w:p>
        </w:tc>
      </w:tr>
    </w:tbl>
    <w:p w14:paraId="61F7EC1C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REQUISITOS DEL ROL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3413"/>
        <w:gridCol w:w="5643"/>
        <w:gridCol w:w="3413"/>
        <w:gridCol w:w="1989"/>
      </w:tblGrid>
      <w:tr w:rsidR="000C5318" w14:paraId="036B6BFF" w14:textId="77777777" w:rsidTr="00F92246">
        <w:trPr>
          <w:tblHeader/>
          <w:jc w:val="center"/>
        </w:trPr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29D665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Tipo</w:t>
            </w:r>
          </w:p>
        </w:tc>
        <w:tc>
          <w:tcPr>
            <w:tcW w:w="5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12D3EF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Exigencia de la invitación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59393E" w14:textId="77777777" w:rsidR="000C5318" w:rsidRPr="00850881" w:rsidRDefault="009B6465">
            <w:pPr>
              <w:spacing w:after="0"/>
              <w:jc w:val="center"/>
              <w:rPr>
                <w:lang w:val="es-CO"/>
              </w:rPr>
            </w:pPr>
            <w:r w:rsidRPr="00850881">
              <w:rPr>
                <w:b/>
                <w:color w:val="FFFFFF"/>
                <w:sz w:val="13"/>
                <w:lang w:val="es-CO"/>
              </w:rPr>
              <w:t>Dato declarado por el proponente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F5A297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Soporte / folio</w:t>
            </w:r>
          </w:p>
        </w:tc>
      </w:tr>
      <w:tr w:rsidR="000C5318" w14:paraId="2B5ED123" w14:textId="77777777" w:rsidTr="00F92246">
        <w:trPr>
          <w:cantSplit/>
          <w:jc w:val="center"/>
        </w:trPr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1ACC1C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Formación y matrícula</w:t>
            </w:r>
          </w:p>
        </w:tc>
        <w:tc>
          <w:tcPr>
            <w:tcW w:w="5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59A262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Arquitecto con matrícula profesional vigente.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FA6944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cumplimiento]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A55947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39391CBE" w14:textId="77777777" w:rsidTr="00F92246">
        <w:trPr>
          <w:cantSplit/>
          <w:jc w:val="center"/>
        </w:trPr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89E51B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Experiencia específica mínima</w:t>
            </w:r>
          </w:p>
        </w:tc>
        <w:tc>
          <w:tcPr>
            <w:tcW w:w="5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B74AB6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Cinco (5) años en diseño arquitectónico, interiorismo o adecuación de oficinas, que incluya experiencia en coordinación interdisciplinaria de diseños arquitectónicos y especialidades técnicas.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25A4C9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[Total años válidos]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2F7F73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3AF05517" w14:textId="77777777" w:rsidTr="00F92246">
        <w:trPr>
          <w:cantSplit/>
          <w:jc w:val="center"/>
        </w:trPr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BA2266" w14:textId="77777777" w:rsidR="00D4168A" w:rsidRDefault="003218A0">
            <w:r>
              <w:t>Proyecto específico puntuable</w:t>
            </w:r>
          </w:p>
        </w:tc>
        <w:tc>
          <w:tcPr>
            <w:tcW w:w="5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C68DAE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Acreditar, según la especialidad, al menos un (1) contrato de intervención de una edificación correspondiente a un estudio de grabación, set o auditorio, con área diseñada o intervenida igual o superior a 500 m².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04226C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 / no aplica]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A98F6F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4D1EC385" w14:textId="77777777" w:rsidTr="00F92246">
        <w:trPr>
          <w:cantSplit/>
          <w:jc w:val="center"/>
        </w:trPr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FD1CF0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Condición para 20 puntos</w:t>
            </w:r>
          </w:p>
        </w:tc>
        <w:tc>
          <w:tcPr>
            <w:tcW w:w="5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3611F9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Superar en dos (2) años o más la experiencia mínima habilitante y acreditar el proyecto específico en estudio de grabación, set o auditorio con área igual o superior a 500 m².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9930DB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3"/>
                <w:lang w:val="es-CO"/>
              </w:rPr>
              <w:t>[Exceso en años / requisito complementario]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F43193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</w:tbl>
    <w:p w14:paraId="303FAD78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EXPERIENCIA PROFESIONAL Y PROYECTOS ESPECÍFICOS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402"/>
        <w:gridCol w:w="941"/>
        <w:gridCol w:w="1165"/>
        <w:gridCol w:w="1517"/>
        <w:gridCol w:w="1669"/>
        <w:gridCol w:w="1799"/>
        <w:gridCol w:w="1519"/>
        <w:gridCol w:w="8"/>
        <w:gridCol w:w="1509"/>
        <w:gridCol w:w="1517"/>
        <w:gridCol w:w="989"/>
        <w:gridCol w:w="1423"/>
      </w:tblGrid>
      <w:tr w:rsidR="000C5318" w14:paraId="2558F57B" w14:textId="77777777" w:rsidTr="00F92246">
        <w:trPr>
          <w:tblHeader/>
          <w:jc w:val="center"/>
        </w:trPr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EE9A81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N.º</w:t>
            </w:r>
          </w:p>
        </w:tc>
        <w:tc>
          <w:tcPr>
            <w:tcW w:w="21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AA0C65" w14:textId="77777777" w:rsidR="000C5318" w:rsidRDefault="009B6465" w:rsidP="00F92246">
            <w:pPr>
              <w:spacing w:after="0"/>
              <w:ind w:left="17" w:hanging="17"/>
              <w:jc w:val="center"/>
            </w:pPr>
            <w:r>
              <w:rPr>
                <w:b/>
                <w:color w:val="FFFFFF"/>
                <w:sz w:val="12"/>
              </w:rPr>
              <w:t>Proyecto / contrato y contratante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AA6E1B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Cargo / rol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4F05E8" w14:textId="77777777" w:rsidR="000C5318" w:rsidRPr="00850881" w:rsidRDefault="009B6465">
            <w:pPr>
              <w:spacing w:after="0"/>
              <w:jc w:val="center"/>
              <w:rPr>
                <w:lang w:val="es-CO"/>
              </w:rPr>
            </w:pPr>
            <w:r w:rsidRPr="00850881">
              <w:rPr>
                <w:b/>
                <w:color w:val="FFFFFF"/>
                <w:sz w:val="12"/>
                <w:lang w:val="es-CO"/>
              </w:rPr>
              <w:t>Actividades propias de la especialidad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A2781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Inicio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E6BA6A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Fin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8A5217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Meses válidos sin superposición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5C350E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Proyecto estudio/set/auditorio ≥ 500 m² S/N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6B744A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Soporte / folio</w:t>
            </w:r>
          </w:p>
        </w:tc>
      </w:tr>
      <w:tr w:rsidR="000C5318" w14:paraId="78F991CC" w14:textId="77777777" w:rsidTr="00F92246">
        <w:trPr>
          <w:cantSplit/>
          <w:jc w:val="center"/>
        </w:trPr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CE24C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1</w:t>
            </w:r>
          </w:p>
        </w:tc>
        <w:tc>
          <w:tcPr>
            <w:tcW w:w="21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66EAB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4786A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05D7D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37044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AC5DF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9E2A9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D4DCD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28F2D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34035FCC" w14:textId="77777777" w:rsidTr="00F92246">
        <w:trPr>
          <w:cantSplit/>
          <w:jc w:val="center"/>
        </w:trPr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5B420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2</w:t>
            </w:r>
          </w:p>
        </w:tc>
        <w:tc>
          <w:tcPr>
            <w:tcW w:w="21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002D2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AD1169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5DA95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36C89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B9720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57C94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D1DA7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2B63B0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5643031F" w14:textId="77777777" w:rsidTr="00F92246">
        <w:trPr>
          <w:cantSplit/>
          <w:jc w:val="center"/>
        </w:trPr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7EF04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3</w:t>
            </w:r>
          </w:p>
        </w:tc>
        <w:tc>
          <w:tcPr>
            <w:tcW w:w="21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D56FA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2802B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FC6D8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0188E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EE427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779CD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C8383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20C56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1D08C7DB" w14:textId="77777777" w:rsidTr="00F92246">
        <w:trPr>
          <w:cantSplit/>
          <w:jc w:val="center"/>
        </w:trPr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DBA75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4</w:t>
            </w:r>
          </w:p>
        </w:tc>
        <w:tc>
          <w:tcPr>
            <w:tcW w:w="21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AF575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B7BC2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B988D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C2AEB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B6695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F32E6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48076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51AA8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1535845D" w14:textId="77777777" w:rsidTr="00F92246">
        <w:trPr>
          <w:cantSplit/>
          <w:jc w:val="center"/>
        </w:trPr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E7CDD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5</w:t>
            </w:r>
          </w:p>
        </w:tc>
        <w:tc>
          <w:tcPr>
            <w:tcW w:w="21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D15EB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2A8A3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041DD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F9A91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D94F2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BE0C3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E788A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722D0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376274C0" w14:textId="77777777" w:rsidTr="00F92246">
        <w:trPr>
          <w:cantSplit/>
          <w:jc w:val="center"/>
        </w:trPr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23A72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6</w:t>
            </w:r>
          </w:p>
        </w:tc>
        <w:tc>
          <w:tcPr>
            <w:tcW w:w="21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D01B9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BF784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76F2E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511B9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9D9A4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343E7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4DC05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D974C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667ACDEE" w14:textId="77777777" w:rsidTr="00F92246">
        <w:trPr>
          <w:cantSplit/>
          <w:jc w:val="center"/>
        </w:trPr>
        <w:tc>
          <w:tcPr>
            <w:tcW w:w="13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25BDE5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meses válidos</w:t>
            </w:r>
          </w:p>
        </w:tc>
        <w:tc>
          <w:tcPr>
            <w:tcW w:w="43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F2D35B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3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A329BE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años (meses / 12)</w:t>
            </w:r>
          </w:p>
        </w:tc>
        <w:tc>
          <w:tcPr>
            <w:tcW w:w="54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853623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</w:tr>
      <w:tr w:rsidR="000C5318" w14:paraId="3A2CC947" w14:textId="77777777" w:rsidTr="00F92246">
        <w:trPr>
          <w:cantSplit/>
          <w:jc w:val="center"/>
        </w:trPr>
        <w:tc>
          <w:tcPr>
            <w:tcW w:w="13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3B0EE9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Experiencia mínima del rol</w:t>
            </w:r>
          </w:p>
        </w:tc>
        <w:tc>
          <w:tcPr>
            <w:tcW w:w="43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B7C641" w14:textId="77777777" w:rsidR="000C5318" w:rsidRDefault="009B6465">
            <w:pPr>
              <w:spacing w:after="0"/>
            </w:pPr>
            <w:r>
              <w:rPr>
                <w:color w:val="000000"/>
              </w:rPr>
              <w:t>5 años</w:t>
            </w:r>
          </w:p>
        </w:tc>
        <w:tc>
          <w:tcPr>
            <w:tcW w:w="33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3D7BA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Exceso sobre el mínimo</w:t>
            </w:r>
          </w:p>
        </w:tc>
        <w:tc>
          <w:tcPr>
            <w:tcW w:w="54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BCF5C2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 años</w:t>
            </w:r>
          </w:p>
        </w:tc>
      </w:tr>
      <w:tr w:rsidR="000C5318" w:rsidRPr="00316866" w14:paraId="0D256F00" w14:textId="77777777" w:rsidTr="00F92246">
        <w:trPr>
          <w:cantSplit/>
          <w:jc w:val="center"/>
        </w:trPr>
        <w:tc>
          <w:tcPr>
            <w:tcW w:w="13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326C4D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b/>
                <w:color w:val="000000"/>
                <w:lang w:val="es-CO"/>
              </w:rPr>
              <w:lastRenderedPageBreak/>
              <w:t>N.º de proyectos específicos</w:t>
            </w:r>
          </w:p>
        </w:tc>
        <w:tc>
          <w:tcPr>
            <w:tcW w:w="43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71B911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3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D574A7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Puntaje que declara acreditar</w:t>
            </w:r>
          </w:p>
        </w:tc>
        <w:tc>
          <w:tcPr>
            <w:tcW w:w="54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6C2B62" w14:textId="77777777" w:rsidR="00D4168A" w:rsidRDefault="003218A0">
            <w:r>
              <w:t>☐</w:t>
            </w:r>
            <w:r>
              <w:t xml:space="preserve"> 0 puntos  ☐ 10 puntos  ☐ 20 puntos</w:t>
            </w:r>
          </w:p>
        </w:tc>
      </w:tr>
    </w:tbl>
    <w:p w14:paraId="701FFADC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DOCUMENTOS HABILITANTES DEL PROFESIONAL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3059"/>
        <w:gridCol w:w="2836"/>
        <w:gridCol w:w="2836"/>
        <w:gridCol w:w="1608"/>
        <w:gridCol w:w="4119"/>
      </w:tblGrid>
      <w:tr w:rsidR="000C5318" w14:paraId="3AA94997" w14:textId="77777777" w:rsidTr="00F92246">
        <w:trPr>
          <w:tblHeader/>
          <w:jc w:val="center"/>
        </w:trPr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E7BC0A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Documento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2597AF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Aporta S/N/NA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38FC6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Fecha / vigencia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38B1FE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Folio / nombre de archivo</w:t>
            </w:r>
          </w:p>
        </w:tc>
        <w:tc>
          <w:tcPr>
            <w:tcW w:w="4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1159A8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Observación del proponente</w:t>
            </w:r>
          </w:p>
        </w:tc>
      </w:tr>
      <w:tr w:rsidR="000C5318" w14:paraId="20160B56" w14:textId="77777777" w:rsidTr="00F92246">
        <w:trPr>
          <w:cantSplit/>
          <w:jc w:val="center"/>
        </w:trPr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78EB3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Hoja de vida firmada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E564A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52CD7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A1C2B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4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B80149" w14:textId="77777777" w:rsidR="000C5318" w:rsidRDefault="000C5318">
            <w:pPr>
              <w:spacing w:after="0"/>
            </w:pPr>
          </w:p>
        </w:tc>
      </w:tr>
      <w:tr w:rsidR="000C5318" w14:paraId="4072E677" w14:textId="77777777" w:rsidTr="00F92246">
        <w:trPr>
          <w:cantSplit/>
          <w:jc w:val="center"/>
        </w:trPr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BDB67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Documento de identidad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0DACF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B2B49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C5D0C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4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E8362B" w14:textId="77777777" w:rsidR="000C5318" w:rsidRDefault="000C5318">
            <w:pPr>
              <w:spacing w:after="0"/>
            </w:pPr>
          </w:p>
        </w:tc>
      </w:tr>
      <w:tr w:rsidR="000C5318" w14:paraId="6BCBAE97" w14:textId="77777777" w:rsidTr="00F92246">
        <w:trPr>
          <w:cantSplit/>
          <w:jc w:val="center"/>
        </w:trPr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002AB7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Diploma o acta de grado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736CE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2572C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AB1BB4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4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6A4AFD" w14:textId="77777777" w:rsidR="000C5318" w:rsidRDefault="000C5318">
            <w:pPr>
              <w:spacing w:after="0"/>
            </w:pPr>
          </w:p>
        </w:tc>
      </w:tr>
      <w:tr w:rsidR="000C5318" w14:paraId="04FF1A6E" w14:textId="77777777" w:rsidTr="00F92246">
        <w:trPr>
          <w:cantSplit/>
          <w:jc w:val="center"/>
        </w:trPr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F5B928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Matrícula, tarjeta o inscripción profesional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CD3FB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12705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6D05D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4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86A89A" w14:textId="77777777" w:rsidR="000C5318" w:rsidRDefault="000C5318">
            <w:pPr>
              <w:spacing w:after="0"/>
            </w:pPr>
          </w:p>
        </w:tc>
      </w:tr>
      <w:tr w:rsidR="000C5318" w14:paraId="36C5AE2B" w14:textId="77777777" w:rsidTr="00F92246">
        <w:trPr>
          <w:cantSplit/>
          <w:jc w:val="center"/>
        </w:trPr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A5927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Antecedentes disciplinarios profesionales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F0313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9D43A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3A3A4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4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DBC949" w14:textId="77777777" w:rsidR="000C5318" w:rsidRDefault="000C5318">
            <w:pPr>
              <w:spacing w:after="0"/>
            </w:pPr>
          </w:p>
        </w:tc>
      </w:tr>
      <w:tr w:rsidR="000C5318" w14:paraId="4B8283CE" w14:textId="77777777" w:rsidTr="00F92246">
        <w:trPr>
          <w:cantSplit/>
          <w:jc w:val="center"/>
        </w:trPr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B7676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Certificaciones de experiencia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060A8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CF5E9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[Fechas]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6BEC5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4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56B59F" w14:textId="77777777" w:rsidR="000C5318" w:rsidRDefault="000C5318">
            <w:pPr>
              <w:spacing w:after="0"/>
            </w:pPr>
          </w:p>
        </w:tc>
      </w:tr>
      <w:tr w:rsidR="000C5318" w14:paraId="435F60FF" w14:textId="77777777" w:rsidTr="00F92246">
        <w:trPr>
          <w:cantSplit/>
          <w:jc w:val="center"/>
        </w:trPr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43F648" w14:textId="77777777" w:rsidR="000F6BA6" w:rsidRPr="00C33C9D" w:rsidRDefault="003218A0">
            <w:pPr>
              <w:rPr>
                <w:lang w:val="es-CO"/>
              </w:rPr>
            </w:pPr>
            <w:r w:rsidRPr="00C33C9D">
              <w:rPr>
                <w:lang w:val="es-CO"/>
              </w:rPr>
              <w:t>Posgrado o formación adicional exigida, cuando aplique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A224D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6C5DF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5EA5D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4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0D6819" w14:textId="77777777" w:rsidR="000C5318" w:rsidRDefault="000C5318">
            <w:pPr>
              <w:spacing w:after="0"/>
            </w:pPr>
          </w:p>
        </w:tc>
      </w:tr>
      <w:tr w:rsidR="000C5318" w14:paraId="264D3BA2" w14:textId="77777777" w:rsidTr="00F92246">
        <w:trPr>
          <w:cantSplit/>
          <w:jc w:val="center"/>
        </w:trPr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18EF47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Carta de compromiso y disponibilidad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A04C1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92D06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523AB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4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A44DE5" w14:textId="77777777" w:rsidR="000C5318" w:rsidRDefault="000C5318">
            <w:pPr>
              <w:spacing w:after="0"/>
            </w:pPr>
          </w:p>
        </w:tc>
      </w:tr>
      <w:tr w:rsidR="000C5318" w14:paraId="21527DAF" w14:textId="77777777" w:rsidTr="00F92246">
        <w:trPr>
          <w:cantSplit/>
          <w:jc w:val="center"/>
        </w:trPr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F58FD6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Declaración de inhabilidades y conflictos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9C0AB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53DFA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B6F27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4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8083F1" w14:textId="77777777" w:rsidR="000C5318" w:rsidRDefault="000C5318">
            <w:pPr>
              <w:spacing w:after="0"/>
            </w:pPr>
          </w:p>
        </w:tc>
      </w:tr>
      <w:tr w:rsidR="000C5318" w14:paraId="7374CD90" w14:textId="77777777" w:rsidTr="00F92246">
        <w:trPr>
          <w:cantSplit/>
          <w:jc w:val="center"/>
        </w:trPr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AC60D6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Vínculo / promesa de contratación, si aplica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0BEFC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FA465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692F0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4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3EEF72" w14:textId="77777777" w:rsidR="000C5318" w:rsidRDefault="000C5318">
            <w:pPr>
              <w:spacing w:after="0"/>
            </w:pPr>
          </w:p>
        </w:tc>
      </w:tr>
    </w:tbl>
    <w:p w14:paraId="62FF15C1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DECLARACIÓN Y FIRMA DEL PROFESIONAL</w:t>
      </w:r>
    </w:p>
    <w:p w14:paraId="6EF28479" w14:textId="77777777" w:rsidR="000C5318" w:rsidRPr="00850881" w:rsidRDefault="009B6465">
      <w:pPr>
        <w:spacing w:after="60"/>
        <w:jc w:val="both"/>
        <w:rPr>
          <w:lang w:val="es-CO"/>
        </w:rPr>
      </w:pPr>
      <w:r w:rsidRPr="00850881">
        <w:rPr>
          <w:lang w:val="es-CO"/>
        </w:rPr>
        <w:t>Bajo la gravedad de juramento declaro que la información y soportes son auténticos, exactos y verificables; conozco el objeto, alcance, plazo y obligaciones; acepto el rol; cuento con disponibilidad; no estoy incurso(a) en inhabilidad, incompatibilidad, conflicto de interés, sanción o prohibición; y autorizo la verificación de mis antecedentes y experiencia.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3547"/>
        <w:gridCol w:w="3547"/>
        <w:gridCol w:w="3816"/>
        <w:gridCol w:w="3548"/>
      </w:tblGrid>
      <w:tr w:rsidR="000C5318" w14:paraId="729B6E08" w14:textId="77777777">
        <w:trPr>
          <w:tblHeader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D0FD5B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Firma del profesional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947F60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Nombre / C.C.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E74E42" w14:textId="77777777" w:rsidR="000C5318" w:rsidRPr="00850881" w:rsidRDefault="009B6465">
            <w:pPr>
              <w:spacing w:after="0"/>
              <w:jc w:val="center"/>
              <w:rPr>
                <w:lang w:val="es-CO"/>
              </w:rPr>
            </w:pPr>
            <w:r w:rsidRPr="00850881">
              <w:rPr>
                <w:b/>
                <w:color w:val="FFFFFF"/>
                <w:lang w:val="es-CO"/>
              </w:rPr>
              <w:t>Firma del proponente / representante legal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B1FF4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Fecha</w:t>
            </w:r>
          </w:p>
        </w:tc>
      </w:tr>
      <w:tr w:rsidR="000C5318" w14:paraId="5AFC6D89" w14:textId="77777777">
        <w:trPr>
          <w:cantSplit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D912E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B80F33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 / [C.C.]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2BF01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A6970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[DD/MM/AAAA]</w:t>
            </w:r>
          </w:p>
        </w:tc>
      </w:tr>
    </w:tbl>
    <w:p w14:paraId="21030EFE" w14:textId="77777777" w:rsidR="000C5318" w:rsidRDefault="009B6465">
      <w:r>
        <w:br w:type="page"/>
      </w:r>
    </w:p>
    <w:p w14:paraId="0D62E12C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lastRenderedPageBreak/>
        <w:t>FICHA 2. PROFESIONAL PRINCIPAL - DISEÑO ACÚSTICO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4608"/>
        <w:gridCol w:w="2592"/>
        <w:gridCol w:w="4608"/>
      </w:tblGrid>
      <w:tr w:rsidR="000C5318" w14:paraId="19D46B7F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64FF9F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Nombre completo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AF37CD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FC806D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C.C.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D79DFA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0C5318" w14:paraId="685C1D90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2C9B5E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Profesión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51096B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E2FE0E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Posgrado / formación adicional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390AB2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 / no aplica]</w:t>
            </w:r>
          </w:p>
        </w:tc>
      </w:tr>
      <w:tr w:rsidR="000C5318" w14:paraId="26C8082B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E7016B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Matrícula / tarjeta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2E3320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6C108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Consejo y vigencia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C27325" w14:textId="77777777" w:rsidR="000C5318" w:rsidRDefault="009B6465">
            <w:pPr>
              <w:spacing w:after="0"/>
            </w:pPr>
            <w:r>
              <w:rPr>
                <w:color w:val="000000"/>
              </w:rPr>
              <w:t>[Entidad / fecha]</w:t>
            </w:r>
          </w:p>
        </w:tc>
      </w:tr>
      <w:tr w:rsidR="000C5318" w14:paraId="5597DAC1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EE1629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Fecha de expedición matrícula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D51A1B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575746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Inicio legal del cómputo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BBEDA0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0C5318" w14:paraId="3AD83768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B010D4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Vinculación con proponente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827261" w14:textId="77777777" w:rsidR="000C5318" w:rsidRDefault="009B6465">
            <w:pPr>
              <w:spacing w:after="0"/>
            </w:pPr>
            <w:r>
              <w:rPr>
                <w:color w:val="000000"/>
              </w:rPr>
              <w:t>☐ Propio   ☐ Contratista   ☐ Subconsultor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6AB326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Disponibilidad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67B6B0" w14:textId="77777777" w:rsidR="000C5318" w:rsidRDefault="009B6465">
            <w:pPr>
              <w:spacing w:after="0"/>
            </w:pPr>
            <w:r>
              <w:rPr>
                <w:color w:val="000000"/>
              </w:rPr>
              <w:t>[Horas/semana y fases]</w:t>
            </w:r>
          </w:p>
        </w:tc>
      </w:tr>
      <w:tr w:rsidR="000C5318" w14:paraId="3BCC74A7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D276D6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Rol ofrecido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25B25B" w14:textId="77777777" w:rsidR="000C5318" w:rsidRDefault="009B6465">
            <w:pPr>
              <w:spacing w:after="0"/>
            </w:pPr>
            <w:r>
              <w:rPr>
                <w:color w:val="000000"/>
              </w:rPr>
              <w:t>Diseño acústico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3812E5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Profesional principal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3999C3" w14:textId="77777777" w:rsidR="000C5318" w:rsidRDefault="009B6465">
            <w:pPr>
              <w:spacing w:after="0"/>
            </w:pPr>
            <w:r>
              <w:rPr>
                <w:color w:val="000000"/>
              </w:rPr>
              <w:t>☐ Sí</w:t>
            </w:r>
          </w:p>
        </w:tc>
      </w:tr>
    </w:tbl>
    <w:p w14:paraId="2DA407F5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REQUISITOS DEL ROL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3413"/>
        <w:gridCol w:w="5643"/>
        <w:gridCol w:w="3413"/>
        <w:gridCol w:w="1989"/>
      </w:tblGrid>
      <w:tr w:rsidR="000C5318" w14:paraId="263F9F0E" w14:textId="77777777" w:rsidTr="00F92246">
        <w:trPr>
          <w:tblHeader/>
          <w:jc w:val="center"/>
        </w:trPr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D1FAF4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Tipo</w:t>
            </w:r>
          </w:p>
        </w:tc>
        <w:tc>
          <w:tcPr>
            <w:tcW w:w="5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9517E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Exigencia de la invitación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C34B77" w14:textId="77777777" w:rsidR="000C5318" w:rsidRPr="00850881" w:rsidRDefault="009B6465">
            <w:pPr>
              <w:spacing w:after="0"/>
              <w:jc w:val="center"/>
              <w:rPr>
                <w:lang w:val="es-CO"/>
              </w:rPr>
            </w:pPr>
            <w:r w:rsidRPr="00850881">
              <w:rPr>
                <w:b/>
                <w:color w:val="FFFFFF"/>
                <w:sz w:val="13"/>
                <w:lang w:val="es-CO"/>
              </w:rPr>
              <w:t>Dato declarado por el proponente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32FDCF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Soporte / folio</w:t>
            </w:r>
          </w:p>
        </w:tc>
      </w:tr>
      <w:tr w:rsidR="000C5318" w14:paraId="6B9A8870" w14:textId="77777777" w:rsidTr="00F92246">
        <w:trPr>
          <w:cantSplit/>
          <w:jc w:val="center"/>
        </w:trPr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C5A00B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Formación y matrícula</w:t>
            </w:r>
          </w:p>
        </w:tc>
        <w:tc>
          <w:tcPr>
            <w:tcW w:w="5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C92B84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Arquitecto, ingeniero o profesional legalmente facultado para desarrollar la especialidad, con matrícula o registro profesional vigente cuando resulte exigible.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E294E2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cumplimiento]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767605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40E6A6A7" w14:textId="77777777" w:rsidTr="00F92246">
        <w:trPr>
          <w:cantSplit/>
          <w:jc w:val="center"/>
        </w:trPr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711CBC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Experiencia específica mínima</w:t>
            </w:r>
          </w:p>
        </w:tc>
        <w:tc>
          <w:tcPr>
            <w:tcW w:w="5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97236B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Cinco (5) años en diseño, acondicionamiento o aislamiento acústico.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EAFF4C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[Total años válidos]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510982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5E47D264" w14:textId="77777777" w:rsidTr="00F92246">
        <w:trPr>
          <w:cantSplit/>
          <w:jc w:val="center"/>
        </w:trPr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36B01D" w14:textId="77777777" w:rsidR="00D4168A" w:rsidRDefault="003218A0">
            <w:r>
              <w:t>Proyecto específico puntuable</w:t>
            </w:r>
          </w:p>
        </w:tc>
        <w:tc>
          <w:tcPr>
            <w:tcW w:w="5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0F261F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Acreditar, según la especialidad, al menos un (1) contrato de intervención de una edificación correspondiente a un estudio de grabación, set o auditorio, con área diseñada o intervenida igual o superior a 500 m².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6991E4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 / no aplica]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0E93C6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5E1CD451" w14:textId="77777777" w:rsidTr="00F92246">
        <w:trPr>
          <w:cantSplit/>
          <w:jc w:val="center"/>
        </w:trPr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5F40C4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Condición para 20 puntos</w:t>
            </w:r>
          </w:p>
        </w:tc>
        <w:tc>
          <w:tcPr>
            <w:tcW w:w="5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364815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Superar en dos (2) años o más la experiencia mínima habilitante y acreditar el proyecto específico en estudio de grabación, set o auditorio con área igual o superior a 500 m².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FF7C13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3"/>
                <w:lang w:val="es-CO"/>
              </w:rPr>
              <w:t>[Exceso en años / requisito complementario]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47BCA4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</w:tbl>
    <w:p w14:paraId="130A011E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EXPERIENCIA PROFESIONAL Y PROYECTOS ESPECÍFICOS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527"/>
        <w:gridCol w:w="921"/>
        <w:gridCol w:w="1153"/>
        <w:gridCol w:w="1493"/>
        <w:gridCol w:w="1638"/>
        <w:gridCol w:w="1776"/>
        <w:gridCol w:w="1493"/>
        <w:gridCol w:w="6"/>
        <w:gridCol w:w="1488"/>
        <w:gridCol w:w="1493"/>
        <w:gridCol w:w="1493"/>
        <w:gridCol w:w="933"/>
        <w:gridCol w:w="44"/>
      </w:tblGrid>
      <w:tr w:rsidR="000C5318" w14:paraId="52CD1922" w14:textId="77777777" w:rsidTr="00F92246">
        <w:trPr>
          <w:gridAfter w:val="1"/>
          <w:wAfter w:w="44" w:type="dxa"/>
          <w:tblHeader/>
          <w:jc w:val="center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D99FA3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N.º</w:t>
            </w:r>
          </w:p>
        </w:tc>
        <w:tc>
          <w:tcPr>
            <w:tcW w:w="20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CDEB7C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Proyecto / contrato y contratante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CFC187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Cargo / rol</w:t>
            </w:r>
          </w:p>
        </w:tc>
        <w:tc>
          <w:tcPr>
            <w:tcW w:w="34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401B7A" w14:textId="77777777" w:rsidR="000C5318" w:rsidRPr="00850881" w:rsidRDefault="009B6465">
            <w:pPr>
              <w:spacing w:after="0"/>
              <w:jc w:val="center"/>
              <w:rPr>
                <w:lang w:val="es-CO"/>
              </w:rPr>
            </w:pPr>
            <w:r w:rsidRPr="00850881">
              <w:rPr>
                <w:b/>
                <w:color w:val="FFFFFF"/>
                <w:sz w:val="12"/>
                <w:lang w:val="es-CO"/>
              </w:rPr>
              <w:t>Actividades propias de la especialidad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6B0371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Inicio</w:t>
            </w:r>
          </w:p>
        </w:tc>
        <w:tc>
          <w:tcPr>
            <w:tcW w:w="1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6FE403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Fin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8B1863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Meses válidos sin superposición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7818C8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Proyecto estudio/set/auditorio ≥ 500 m² S/N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97F635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Soporte / folio</w:t>
            </w:r>
          </w:p>
        </w:tc>
      </w:tr>
      <w:tr w:rsidR="000C5318" w14:paraId="0151DF60" w14:textId="77777777" w:rsidTr="00F92246">
        <w:trPr>
          <w:gridAfter w:val="1"/>
          <w:wAfter w:w="44" w:type="dxa"/>
          <w:cantSplit/>
          <w:jc w:val="center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4A0AF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1</w:t>
            </w:r>
          </w:p>
        </w:tc>
        <w:tc>
          <w:tcPr>
            <w:tcW w:w="20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926E0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930DE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8851B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B2F52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73AAB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6813C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CAA99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D8842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45F3CD8E" w14:textId="77777777" w:rsidTr="00F92246">
        <w:trPr>
          <w:gridAfter w:val="1"/>
          <w:wAfter w:w="44" w:type="dxa"/>
          <w:cantSplit/>
          <w:jc w:val="center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F3233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2</w:t>
            </w:r>
          </w:p>
        </w:tc>
        <w:tc>
          <w:tcPr>
            <w:tcW w:w="20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9BD24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DF8B9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FA315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438D2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8AF40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BF6DE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E72E5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E8FB0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24845BED" w14:textId="77777777" w:rsidTr="00F92246">
        <w:trPr>
          <w:gridAfter w:val="1"/>
          <w:wAfter w:w="44" w:type="dxa"/>
          <w:cantSplit/>
          <w:jc w:val="center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21A46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3</w:t>
            </w:r>
          </w:p>
        </w:tc>
        <w:tc>
          <w:tcPr>
            <w:tcW w:w="20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AC681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2148E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F712B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9520D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199A5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42EB5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4AA26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44F55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1E39BA68" w14:textId="77777777" w:rsidTr="00F92246">
        <w:trPr>
          <w:gridAfter w:val="1"/>
          <w:wAfter w:w="44" w:type="dxa"/>
          <w:cantSplit/>
          <w:jc w:val="center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C766B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4</w:t>
            </w:r>
          </w:p>
        </w:tc>
        <w:tc>
          <w:tcPr>
            <w:tcW w:w="20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BC6F9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11F06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3FDB7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D2FB0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F45DF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C55ED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D51C7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B2462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3A10E8CB" w14:textId="77777777" w:rsidTr="00F92246">
        <w:trPr>
          <w:gridAfter w:val="1"/>
          <w:wAfter w:w="44" w:type="dxa"/>
          <w:cantSplit/>
          <w:jc w:val="center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B0EDC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5</w:t>
            </w:r>
          </w:p>
        </w:tc>
        <w:tc>
          <w:tcPr>
            <w:tcW w:w="20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9E44B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BE98B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F475F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5EA9B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A1F70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8D77D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3B5FD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D810F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3A43EA34" w14:textId="77777777" w:rsidTr="00F92246">
        <w:trPr>
          <w:gridAfter w:val="1"/>
          <w:wAfter w:w="44" w:type="dxa"/>
          <w:cantSplit/>
          <w:jc w:val="center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BF8BA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6</w:t>
            </w:r>
          </w:p>
        </w:tc>
        <w:tc>
          <w:tcPr>
            <w:tcW w:w="20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5CC88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285B47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6A0A4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18609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3D656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6717D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09CE7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42C31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5E4E69E0" w14:textId="77777777" w:rsidTr="00F92246">
        <w:trPr>
          <w:cantSplit/>
          <w:jc w:val="center"/>
        </w:trPr>
        <w:tc>
          <w:tcPr>
            <w:tcW w:w="1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7CAF58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meses válidos</w:t>
            </w:r>
          </w:p>
        </w:tc>
        <w:tc>
          <w:tcPr>
            <w:tcW w:w="42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5FB6BB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F2161F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años (meses / 12)</w:t>
            </w:r>
          </w:p>
        </w:tc>
        <w:tc>
          <w:tcPr>
            <w:tcW w:w="54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479C93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</w:tr>
      <w:tr w:rsidR="000C5318" w14:paraId="1F201FC0" w14:textId="77777777" w:rsidTr="00F92246">
        <w:trPr>
          <w:cantSplit/>
          <w:jc w:val="center"/>
        </w:trPr>
        <w:tc>
          <w:tcPr>
            <w:tcW w:w="1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40923E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Experiencia mínima del rol</w:t>
            </w:r>
          </w:p>
        </w:tc>
        <w:tc>
          <w:tcPr>
            <w:tcW w:w="42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36FC2A" w14:textId="77777777" w:rsidR="000C5318" w:rsidRDefault="009B6465">
            <w:pPr>
              <w:spacing w:after="0"/>
            </w:pPr>
            <w:r>
              <w:rPr>
                <w:color w:val="000000"/>
              </w:rPr>
              <w:t>5 años</w:t>
            </w:r>
          </w:p>
        </w:tc>
        <w:tc>
          <w:tcPr>
            <w:tcW w:w="3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748E1B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Exceso sobre el mínimo</w:t>
            </w:r>
          </w:p>
        </w:tc>
        <w:tc>
          <w:tcPr>
            <w:tcW w:w="54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7C85A7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 años</w:t>
            </w:r>
          </w:p>
        </w:tc>
      </w:tr>
      <w:tr w:rsidR="000C5318" w:rsidRPr="00316866" w14:paraId="74383179" w14:textId="77777777" w:rsidTr="00F92246">
        <w:trPr>
          <w:cantSplit/>
          <w:jc w:val="center"/>
        </w:trPr>
        <w:tc>
          <w:tcPr>
            <w:tcW w:w="1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6ED88D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b/>
                <w:color w:val="000000"/>
                <w:lang w:val="es-CO"/>
              </w:rPr>
              <w:lastRenderedPageBreak/>
              <w:t>N.º de proyectos específicos</w:t>
            </w:r>
          </w:p>
        </w:tc>
        <w:tc>
          <w:tcPr>
            <w:tcW w:w="42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765DDB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FB8315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Puntaje que declara acreditar</w:t>
            </w:r>
          </w:p>
        </w:tc>
        <w:tc>
          <w:tcPr>
            <w:tcW w:w="54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5B919D" w14:textId="77777777" w:rsidR="00D4168A" w:rsidRDefault="003218A0">
            <w:r>
              <w:t>☐</w:t>
            </w:r>
            <w:r>
              <w:t xml:space="preserve"> 0 puntos  ☐ 10 puntos  ☐ 20 puntos</w:t>
            </w:r>
          </w:p>
        </w:tc>
      </w:tr>
    </w:tbl>
    <w:p w14:paraId="2ACEE32C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DOCUMENTOS HABILITANTES DEL PROFESIONAL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4000"/>
        <w:gridCol w:w="2510"/>
        <w:gridCol w:w="2510"/>
        <w:gridCol w:w="2687"/>
        <w:gridCol w:w="2751"/>
      </w:tblGrid>
      <w:tr w:rsidR="000C5318" w14:paraId="4414DD71" w14:textId="77777777">
        <w:trPr>
          <w:tblHeader/>
          <w:jc w:val="center"/>
        </w:trPr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EDDE55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Documento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774A6F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Aporta S/N/NA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6F38D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Fecha / vigencia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E4C356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Folio / nombre de archivo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26804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Observación del proponente</w:t>
            </w:r>
          </w:p>
        </w:tc>
      </w:tr>
      <w:tr w:rsidR="000C5318" w14:paraId="08227A6F" w14:textId="77777777">
        <w:trPr>
          <w:cantSplit/>
          <w:jc w:val="center"/>
        </w:trPr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801F3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Hoja de vida firmada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3AD27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A98D6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A3792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6B6585" w14:textId="77777777" w:rsidR="000C5318" w:rsidRDefault="000C5318">
            <w:pPr>
              <w:spacing w:after="0"/>
            </w:pPr>
          </w:p>
        </w:tc>
      </w:tr>
      <w:tr w:rsidR="000C5318" w14:paraId="77CA1FC6" w14:textId="77777777">
        <w:trPr>
          <w:cantSplit/>
          <w:jc w:val="center"/>
        </w:trPr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BFA30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Documento de identidad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DD3D6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8A2CD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E69DA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39F073" w14:textId="77777777" w:rsidR="000C5318" w:rsidRDefault="000C5318">
            <w:pPr>
              <w:spacing w:after="0"/>
            </w:pPr>
          </w:p>
        </w:tc>
      </w:tr>
      <w:tr w:rsidR="000C5318" w14:paraId="04EEDDFE" w14:textId="77777777">
        <w:trPr>
          <w:cantSplit/>
          <w:jc w:val="center"/>
        </w:trPr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31F162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Diploma o acta de grado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05F93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36B12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37473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B4C4CD" w14:textId="77777777" w:rsidR="000C5318" w:rsidRDefault="000C5318">
            <w:pPr>
              <w:spacing w:after="0"/>
            </w:pPr>
          </w:p>
        </w:tc>
      </w:tr>
      <w:tr w:rsidR="000C5318" w14:paraId="25D8D9C6" w14:textId="77777777">
        <w:trPr>
          <w:cantSplit/>
          <w:jc w:val="center"/>
        </w:trPr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C713F1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Matrícula, tarjeta o inscripción profesional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54E70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2F052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E48ED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47BADF" w14:textId="77777777" w:rsidR="000C5318" w:rsidRDefault="000C5318">
            <w:pPr>
              <w:spacing w:after="0"/>
            </w:pPr>
          </w:p>
        </w:tc>
      </w:tr>
      <w:tr w:rsidR="000C5318" w14:paraId="1242D374" w14:textId="77777777">
        <w:trPr>
          <w:cantSplit/>
          <w:jc w:val="center"/>
        </w:trPr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2755D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Antecedentes disciplinarios profesionales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1451C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91F5C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8E3C2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A6060D" w14:textId="77777777" w:rsidR="000C5318" w:rsidRDefault="000C5318">
            <w:pPr>
              <w:spacing w:after="0"/>
            </w:pPr>
          </w:p>
        </w:tc>
      </w:tr>
      <w:tr w:rsidR="000C5318" w14:paraId="5472AFAE" w14:textId="77777777">
        <w:trPr>
          <w:cantSplit/>
          <w:jc w:val="center"/>
        </w:trPr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B6BB7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Certificaciones de experiencia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43AD0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51169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[Fechas]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DBA7A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BB3F28" w14:textId="77777777" w:rsidR="000C5318" w:rsidRDefault="000C5318">
            <w:pPr>
              <w:spacing w:after="0"/>
            </w:pPr>
          </w:p>
        </w:tc>
      </w:tr>
      <w:tr w:rsidR="000C5318" w14:paraId="2EFD4C4D" w14:textId="77777777">
        <w:trPr>
          <w:cantSplit/>
          <w:jc w:val="center"/>
        </w:trPr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4BE72C" w14:textId="77777777" w:rsidR="000F6BA6" w:rsidRPr="00C33C9D" w:rsidRDefault="003218A0">
            <w:pPr>
              <w:rPr>
                <w:lang w:val="es-CO"/>
              </w:rPr>
            </w:pPr>
            <w:r w:rsidRPr="00C33C9D">
              <w:rPr>
                <w:lang w:val="es-CO"/>
              </w:rPr>
              <w:t>Posgrado o formación adicional exigida, cuando aplique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37468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993CD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BF42B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6E6AA0" w14:textId="77777777" w:rsidR="000C5318" w:rsidRDefault="000C5318">
            <w:pPr>
              <w:spacing w:after="0"/>
            </w:pPr>
          </w:p>
        </w:tc>
      </w:tr>
      <w:tr w:rsidR="000C5318" w14:paraId="10474985" w14:textId="77777777">
        <w:trPr>
          <w:cantSplit/>
          <w:jc w:val="center"/>
        </w:trPr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64E716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Carta de compromiso y disponibilidad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020AE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69774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1157B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6037BF" w14:textId="77777777" w:rsidR="000C5318" w:rsidRDefault="000C5318">
            <w:pPr>
              <w:spacing w:after="0"/>
            </w:pPr>
          </w:p>
        </w:tc>
      </w:tr>
      <w:tr w:rsidR="000C5318" w14:paraId="5F2AA9DE" w14:textId="77777777">
        <w:trPr>
          <w:cantSplit/>
          <w:jc w:val="center"/>
        </w:trPr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DC3076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Declaración de inhabilidades y conflictos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3BDAB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433D2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8DFFB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982E07" w14:textId="77777777" w:rsidR="000C5318" w:rsidRDefault="000C5318">
            <w:pPr>
              <w:spacing w:after="0"/>
            </w:pPr>
          </w:p>
        </w:tc>
      </w:tr>
      <w:tr w:rsidR="000C5318" w14:paraId="7E6448F4" w14:textId="77777777">
        <w:trPr>
          <w:cantSplit/>
          <w:jc w:val="center"/>
        </w:trPr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2C39613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Vínculo / promesa de contratación, si aplica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61040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E3A7E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AD3E5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3D0E8E" w14:textId="77777777" w:rsidR="000C5318" w:rsidRDefault="000C5318">
            <w:pPr>
              <w:spacing w:after="0"/>
            </w:pPr>
          </w:p>
        </w:tc>
      </w:tr>
    </w:tbl>
    <w:p w14:paraId="684FC401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DECLARACIÓN Y FIRMA DEL PROFESIONAL</w:t>
      </w:r>
    </w:p>
    <w:p w14:paraId="571F54DF" w14:textId="77777777" w:rsidR="000C5318" w:rsidRPr="00850881" w:rsidRDefault="009B6465">
      <w:pPr>
        <w:spacing w:after="60"/>
        <w:jc w:val="both"/>
        <w:rPr>
          <w:lang w:val="es-CO"/>
        </w:rPr>
      </w:pPr>
      <w:r w:rsidRPr="00850881">
        <w:rPr>
          <w:lang w:val="es-CO"/>
        </w:rPr>
        <w:t>Bajo la gravedad de juramento declaro que la información y soportes son auténticos, exactos y verificables; conozco el objeto, alcance, plazo y obligaciones; acepto el rol; cuento con disponibilidad; no estoy incurso(a) en inhabilidad, incompatibilidad, conflicto de interés, sanción o prohibición; y autorizo la verificación de mis antecedentes y experiencia.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3547"/>
        <w:gridCol w:w="3547"/>
        <w:gridCol w:w="3816"/>
        <w:gridCol w:w="3548"/>
      </w:tblGrid>
      <w:tr w:rsidR="000C5318" w14:paraId="6D176C6D" w14:textId="77777777">
        <w:trPr>
          <w:tblHeader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07C82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Firma del profesional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97460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Nombre / C.C.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667905" w14:textId="77777777" w:rsidR="000C5318" w:rsidRPr="00850881" w:rsidRDefault="009B6465">
            <w:pPr>
              <w:spacing w:after="0"/>
              <w:jc w:val="center"/>
              <w:rPr>
                <w:lang w:val="es-CO"/>
              </w:rPr>
            </w:pPr>
            <w:r w:rsidRPr="00850881">
              <w:rPr>
                <w:b/>
                <w:color w:val="FFFFFF"/>
                <w:lang w:val="es-CO"/>
              </w:rPr>
              <w:t>Firma del proponente / representante legal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3DA60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Fecha</w:t>
            </w:r>
          </w:p>
        </w:tc>
      </w:tr>
      <w:tr w:rsidR="000C5318" w14:paraId="6DB6E9BF" w14:textId="77777777">
        <w:trPr>
          <w:cantSplit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A7848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946E09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 / [C.C.]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4E293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8EC8B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[DD/MM/AAAA]</w:t>
            </w:r>
          </w:p>
        </w:tc>
      </w:tr>
    </w:tbl>
    <w:p w14:paraId="1D3247BD" w14:textId="77777777" w:rsidR="000C5318" w:rsidRDefault="009B6465">
      <w:r>
        <w:br w:type="page"/>
      </w:r>
    </w:p>
    <w:p w14:paraId="2CF6E12C" w14:textId="77777777" w:rsidR="000C5318" w:rsidRPr="00850881" w:rsidRDefault="009B6465">
      <w:pPr>
        <w:keepNext/>
        <w:pBdr>
          <w:bottom w:val="single" w:sz="12" w:space="2" w:color="92D050"/>
        </w:pBdr>
        <w:spacing w:before="100" w:after="60"/>
        <w:jc w:val="center"/>
        <w:rPr>
          <w:lang w:val="es-CO"/>
        </w:rPr>
      </w:pPr>
      <w:r w:rsidRPr="00850881">
        <w:rPr>
          <w:b/>
          <w:sz w:val="19"/>
          <w:lang w:val="es-CO"/>
        </w:rPr>
        <w:lastRenderedPageBreak/>
        <w:t>FICHA 3. PROFESIONAL PRINCIPAL - DISEÑO ELÉCTRICO E ILUMINACIÓN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4608"/>
        <w:gridCol w:w="2592"/>
        <w:gridCol w:w="4608"/>
      </w:tblGrid>
      <w:tr w:rsidR="000C5318" w14:paraId="4DB73463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2921B7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Nombre completo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FF1CF5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06B4AD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C.C.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4E2A3D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0C5318" w14:paraId="0D17B282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6185B9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Profesión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53AFD3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8CEC2C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Posgrado / formación adicional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A4D2881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 / no aplica]</w:t>
            </w:r>
          </w:p>
        </w:tc>
      </w:tr>
      <w:tr w:rsidR="000C5318" w14:paraId="7275A6F5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27F04E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Matrícula / tarjeta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3ABA53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0AE1C2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Consejo y vigencia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83C6FC" w14:textId="77777777" w:rsidR="000C5318" w:rsidRDefault="009B6465">
            <w:pPr>
              <w:spacing w:after="0"/>
            </w:pPr>
            <w:r>
              <w:rPr>
                <w:color w:val="000000"/>
              </w:rPr>
              <w:t>[Entidad / fecha]</w:t>
            </w:r>
          </w:p>
        </w:tc>
      </w:tr>
      <w:tr w:rsidR="000C5318" w14:paraId="23C208CD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92F71F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Fecha de expedición matrícula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1F2C50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F3E0EA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Inicio legal del cómputo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084168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0C5318" w14:paraId="7FF913F9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D86807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Vinculación con proponente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1BC04A" w14:textId="77777777" w:rsidR="000C5318" w:rsidRDefault="009B6465">
            <w:pPr>
              <w:spacing w:after="0"/>
            </w:pPr>
            <w:r>
              <w:rPr>
                <w:color w:val="000000"/>
              </w:rPr>
              <w:t>☐ Propio   ☐ Contratista   ☐ Subconsultor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ACB85D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Disponibilidad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29ADB0" w14:textId="77777777" w:rsidR="000C5318" w:rsidRDefault="009B6465">
            <w:pPr>
              <w:spacing w:after="0"/>
            </w:pPr>
            <w:r>
              <w:rPr>
                <w:color w:val="000000"/>
              </w:rPr>
              <w:t>[Horas/semana y fases]</w:t>
            </w:r>
          </w:p>
        </w:tc>
      </w:tr>
      <w:tr w:rsidR="000C5318" w14:paraId="1162A9D1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802BE6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Rol ofrecido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20D45E" w14:textId="77777777" w:rsidR="000C5318" w:rsidRDefault="009B6465">
            <w:pPr>
              <w:spacing w:after="0"/>
            </w:pPr>
            <w:r>
              <w:rPr>
                <w:color w:val="000000"/>
              </w:rPr>
              <w:t>Diseño eléctrico e iluminación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8014BB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Profesional principal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FA82A12" w14:textId="77777777" w:rsidR="000C5318" w:rsidRDefault="009B6465">
            <w:pPr>
              <w:spacing w:after="0"/>
            </w:pPr>
            <w:r>
              <w:rPr>
                <w:color w:val="000000"/>
              </w:rPr>
              <w:t>☐ Sí</w:t>
            </w:r>
          </w:p>
        </w:tc>
      </w:tr>
    </w:tbl>
    <w:p w14:paraId="11197006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REQUISITOS DEL ROL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3413"/>
        <w:gridCol w:w="4219"/>
        <w:gridCol w:w="3413"/>
        <w:gridCol w:w="3413"/>
      </w:tblGrid>
      <w:tr w:rsidR="000C5318" w14:paraId="0AFEB459" w14:textId="77777777" w:rsidTr="002C1612">
        <w:trPr>
          <w:tblHeader/>
          <w:jc w:val="center"/>
        </w:trPr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EB5965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Tipo</w:t>
            </w:r>
          </w:p>
        </w:tc>
        <w:tc>
          <w:tcPr>
            <w:tcW w:w="4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D1288C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Exigencia de la invitación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0D46D3" w14:textId="77777777" w:rsidR="000C5318" w:rsidRPr="00850881" w:rsidRDefault="009B6465">
            <w:pPr>
              <w:spacing w:after="0"/>
              <w:jc w:val="center"/>
              <w:rPr>
                <w:lang w:val="es-CO"/>
              </w:rPr>
            </w:pPr>
            <w:r w:rsidRPr="00850881">
              <w:rPr>
                <w:b/>
                <w:color w:val="FFFFFF"/>
                <w:sz w:val="13"/>
                <w:lang w:val="es-CO"/>
              </w:rPr>
              <w:t>Dato declarado por el proponente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62B676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Soporte / folio</w:t>
            </w:r>
          </w:p>
        </w:tc>
      </w:tr>
      <w:tr w:rsidR="000C5318" w14:paraId="4A42C78B" w14:textId="77777777" w:rsidTr="002C1612">
        <w:trPr>
          <w:cantSplit/>
          <w:jc w:val="center"/>
        </w:trPr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5967E3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Formación y matrícula</w:t>
            </w:r>
          </w:p>
        </w:tc>
        <w:tc>
          <w:tcPr>
            <w:tcW w:w="4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EE0F87" w14:textId="77777777" w:rsidR="00D4168A" w:rsidRPr="00AD21BF" w:rsidRDefault="003218A0">
            <w:pPr>
              <w:rPr>
                <w:lang w:val="es-CO"/>
              </w:rPr>
            </w:pPr>
            <w:r w:rsidRPr="00C33C9D">
              <w:rPr>
                <w:lang w:val="es-CO"/>
              </w:rPr>
              <w:t>Profesional con título de Ingeniero Electricista, Ingeniero Eléctrico, Ingeniero Electrónico o Ingeniero de Telecomunicaciones, con matrícula profesional vigente que, conforme al alcance legal de su profesión, lo faculte para elaborar y suscribir los respectivos diseños.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D3EA0A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cumplimiento]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C6589F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544CC131" w14:textId="77777777" w:rsidTr="002C1612">
        <w:trPr>
          <w:cantSplit/>
          <w:jc w:val="center"/>
        </w:trPr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EDFC07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Experiencia específica mínima</w:t>
            </w:r>
          </w:p>
        </w:tc>
        <w:tc>
          <w:tcPr>
            <w:tcW w:w="4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F0539B" w14:textId="77777777" w:rsidR="000F6BA6" w:rsidRDefault="003218A0">
            <w:r>
              <w:t>Tres (3) años de experiencia específica en diseños de instalaciones eléctricas interiores e iluminación para oficinas o edificaciones institucionales.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D2B376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[Total años válidos]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3B9194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5C76E4C8" w14:textId="77777777" w:rsidTr="002C1612">
        <w:trPr>
          <w:cantSplit/>
          <w:jc w:val="center"/>
        </w:trPr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28EB57" w14:textId="77777777" w:rsidR="00D4168A" w:rsidRDefault="003218A0">
            <w:r>
              <w:t>Proyecto específico puntuable</w:t>
            </w:r>
          </w:p>
        </w:tc>
        <w:tc>
          <w:tcPr>
            <w:tcW w:w="4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D9656F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Acreditar, según la especialidad, al menos un (1) contrato de intervención de una edificación correspondiente a un estudio de grabación, set o auditorio, con área diseñada o intervenida igual o superior a 500 m².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9B7CB2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 / no aplica]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0B743C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0242E872" w14:textId="77777777" w:rsidTr="002C1612">
        <w:trPr>
          <w:cantSplit/>
          <w:jc w:val="center"/>
        </w:trPr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33B554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Condición para 20 puntos</w:t>
            </w:r>
          </w:p>
        </w:tc>
        <w:tc>
          <w:tcPr>
            <w:tcW w:w="4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1544B0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Superar en dos (2) años o más la experiencia mínima habilitante y acreditar el proyecto específico en estudio de grabación, set o auditorio con área igual o superior a 500 m².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84EFF1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3"/>
                <w:lang w:val="es-CO"/>
              </w:rPr>
              <w:t>[Exceso en años / requisito complementario]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F5BC3B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</w:tbl>
    <w:p w14:paraId="5BDC1C0E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EXPERIENCIA PROFESIONAL Y PROYECTOS ESPECÍFICOS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536"/>
        <w:gridCol w:w="937"/>
        <w:gridCol w:w="1171"/>
        <w:gridCol w:w="1517"/>
        <w:gridCol w:w="1664"/>
        <w:gridCol w:w="1804"/>
        <w:gridCol w:w="1517"/>
        <w:gridCol w:w="6"/>
        <w:gridCol w:w="1511"/>
        <w:gridCol w:w="1517"/>
        <w:gridCol w:w="1517"/>
        <w:gridCol w:w="761"/>
      </w:tblGrid>
      <w:tr w:rsidR="000C5318" w14:paraId="6B2BC04B" w14:textId="77777777" w:rsidTr="002C1612">
        <w:trPr>
          <w:tblHeader/>
          <w:jc w:val="center"/>
        </w:trPr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2D193C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N.º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2DDC9A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Proyecto / contrato y contratante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74D691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Cargo / rol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582B41" w14:textId="77777777" w:rsidR="000C5318" w:rsidRPr="00850881" w:rsidRDefault="009B6465">
            <w:pPr>
              <w:spacing w:after="0"/>
              <w:jc w:val="center"/>
              <w:rPr>
                <w:lang w:val="es-CO"/>
              </w:rPr>
            </w:pPr>
            <w:r w:rsidRPr="00850881">
              <w:rPr>
                <w:b/>
                <w:color w:val="FFFFFF"/>
                <w:sz w:val="12"/>
                <w:lang w:val="es-CO"/>
              </w:rPr>
              <w:t>Actividades propias de la especialidad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802763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Inicio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740BCE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Fin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F5CE01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Meses válidos sin superposición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F90D66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Proyecto estudio/set/auditorio ≥ 500 m² S/N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699FFF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Soporte / folio</w:t>
            </w:r>
          </w:p>
        </w:tc>
      </w:tr>
      <w:tr w:rsidR="000C5318" w14:paraId="7E70D44D" w14:textId="77777777" w:rsidTr="002C1612">
        <w:trPr>
          <w:cantSplit/>
          <w:jc w:val="center"/>
        </w:trPr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7CE21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1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FAC5A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7D791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9AACD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E56CE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8FA79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1E401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8DE7E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068D8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1D0CC275" w14:textId="77777777" w:rsidTr="002C1612">
        <w:trPr>
          <w:cantSplit/>
          <w:jc w:val="center"/>
        </w:trPr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8D80C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2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919D2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475CC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BF162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C2E57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E9B84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4F88E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43211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58504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06E705C5" w14:textId="77777777" w:rsidTr="002C1612">
        <w:trPr>
          <w:cantSplit/>
          <w:jc w:val="center"/>
        </w:trPr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8CD65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3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07F7F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FC16EB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C1392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BB2CE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B613D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2450B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38362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820AD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77B6CAD3" w14:textId="77777777" w:rsidTr="002C1612">
        <w:trPr>
          <w:cantSplit/>
          <w:jc w:val="center"/>
        </w:trPr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D50F5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4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BB307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3FECB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26A443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C7A9F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CFC36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88BF2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1B235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27ECD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34B0CA9F" w14:textId="77777777" w:rsidTr="002C1612">
        <w:trPr>
          <w:cantSplit/>
          <w:jc w:val="center"/>
        </w:trPr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8FFA1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5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7AEEF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2D8D8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9B8F8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FDDB77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D4E58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76C2A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15C97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DDF94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264CD534" w14:textId="77777777" w:rsidTr="002C1612">
        <w:trPr>
          <w:cantSplit/>
          <w:jc w:val="center"/>
        </w:trPr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5A079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lastRenderedPageBreak/>
              <w:t>6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E1C67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873C9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2B33C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6E7DD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DE501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B3319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81256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857E5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53CF96CC" w14:textId="77777777" w:rsidTr="002C1612">
        <w:trPr>
          <w:cantSplit/>
          <w:jc w:val="center"/>
        </w:trPr>
        <w:tc>
          <w:tcPr>
            <w:tcW w:w="1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9C008F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meses válidos</w:t>
            </w:r>
          </w:p>
        </w:tc>
        <w:tc>
          <w:tcPr>
            <w:tcW w:w="43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CE5188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3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1A9152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años (meses / 12)</w:t>
            </w:r>
          </w:p>
        </w:tc>
        <w:tc>
          <w:tcPr>
            <w:tcW w:w="53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45B221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</w:tr>
      <w:tr w:rsidR="000C5318" w14:paraId="1EEF7090" w14:textId="77777777" w:rsidTr="002C1612">
        <w:trPr>
          <w:cantSplit/>
          <w:jc w:val="center"/>
        </w:trPr>
        <w:tc>
          <w:tcPr>
            <w:tcW w:w="1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D8EA3F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Experiencia mínima del rol</w:t>
            </w:r>
          </w:p>
        </w:tc>
        <w:tc>
          <w:tcPr>
            <w:tcW w:w="43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9F606E" w14:textId="77777777" w:rsidR="000C5318" w:rsidRDefault="009B6465">
            <w:pPr>
              <w:spacing w:after="0"/>
            </w:pPr>
            <w:r>
              <w:rPr>
                <w:color w:val="000000"/>
              </w:rPr>
              <w:t>3 años</w:t>
            </w:r>
          </w:p>
        </w:tc>
        <w:tc>
          <w:tcPr>
            <w:tcW w:w="33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434B3B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Exceso sobre el mínimo</w:t>
            </w:r>
          </w:p>
        </w:tc>
        <w:tc>
          <w:tcPr>
            <w:tcW w:w="53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A9E628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 años</w:t>
            </w:r>
          </w:p>
        </w:tc>
      </w:tr>
      <w:tr w:rsidR="000C5318" w:rsidRPr="00316866" w14:paraId="7A110A3A" w14:textId="77777777" w:rsidTr="002C1612">
        <w:trPr>
          <w:cantSplit/>
          <w:jc w:val="center"/>
        </w:trPr>
        <w:tc>
          <w:tcPr>
            <w:tcW w:w="1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BE0A98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b/>
                <w:color w:val="000000"/>
                <w:lang w:val="es-CO"/>
              </w:rPr>
              <w:t>N.º de proyectos específicos</w:t>
            </w:r>
          </w:p>
        </w:tc>
        <w:tc>
          <w:tcPr>
            <w:tcW w:w="43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A95198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3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AC0F09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Puntaje que declara acreditar</w:t>
            </w:r>
          </w:p>
        </w:tc>
        <w:tc>
          <w:tcPr>
            <w:tcW w:w="53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283C677" w14:textId="77777777" w:rsidR="00D4168A" w:rsidRDefault="003218A0">
            <w:r>
              <w:t>☐</w:t>
            </w:r>
            <w:r>
              <w:t xml:space="preserve"> 0 puntos  ☐ 10 puntos  ☐ 20 puntos</w:t>
            </w:r>
          </w:p>
        </w:tc>
      </w:tr>
    </w:tbl>
    <w:p w14:paraId="7AC24C87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DOCUMENTOS HABILITANTES DEL PROFESIONAL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2755"/>
        <w:gridCol w:w="2809"/>
        <w:gridCol w:w="2809"/>
        <w:gridCol w:w="3007"/>
        <w:gridCol w:w="3078"/>
      </w:tblGrid>
      <w:tr w:rsidR="000C5318" w14:paraId="218F9675" w14:textId="77777777" w:rsidTr="002C1612">
        <w:trPr>
          <w:tblHeader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FEC1D2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Documento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A5E429E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Aporta S/N/NA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2EA37B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Fecha / vigencia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4277BB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Folio / nombre de archivo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F816CE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Observación del proponente</w:t>
            </w:r>
          </w:p>
        </w:tc>
      </w:tr>
      <w:tr w:rsidR="000C5318" w14:paraId="3E4EACB9" w14:textId="77777777" w:rsidTr="002C1612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8BD42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Hoja de vida firmada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55D6B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1B3DC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1E4C4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60BD64" w14:textId="77777777" w:rsidR="000C5318" w:rsidRDefault="000C5318">
            <w:pPr>
              <w:spacing w:after="0"/>
            </w:pPr>
          </w:p>
        </w:tc>
      </w:tr>
      <w:tr w:rsidR="000C5318" w14:paraId="77D60442" w14:textId="77777777" w:rsidTr="002C1612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4517B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Documento de identidad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AC820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05349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C03E5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25024D" w14:textId="77777777" w:rsidR="000C5318" w:rsidRDefault="000C5318">
            <w:pPr>
              <w:spacing w:after="0"/>
            </w:pPr>
          </w:p>
        </w:tc>
      </w:tr>
      <w:tr w:rsidR="000C5318" w14:paraId="2901D442" w14:textId="77777777" w:rsidTr="002C1612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6E5255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Diploma o acta de grado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59788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725B6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28DE9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EF7FAD" w14:textId="77777777" w:rsidR="000C5318" w:rsidRDefault="000C5318">
            <w:pPr>
              <w:spacing w:after="0"/>
            </w:pPr>
          </w:p>
        </w:tc>
      </w:tr>
      <w:tr w:rsidR="000C5318" w14:paraId="62232E42" w14:textId="77777777" w:rsidTr="002C1612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38BB99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Matrícula, tarjeta o inscripción profesional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81AB5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96B20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394BD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1FCDB3" w14:textId="77777777" w:rsidR="000C5318" w:rsidRDefault="000C5318">
            <w:pPr>
              <w:spacing w:after="0"/>
            </w:pPr>
          </w:p>
        </w:tc>
      </w:tr>
      <w:tr w:rsidR="000C5318" w14:paraId="40BC7C6D" w14:textId="77777777" w:rsidTr="002C1612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B278D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Antecedentes disciplinarios profesionales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D281E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CF7FB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63A42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9CBAF1" w14:textId="77777777" w:rsidR="000C5318" w:rsidRDefault="000C5318">
            <w:pPr>
              <w:spacing w:after="0"/>
            </w:pPr>
          </w:p>
        </w:tc>
      </w:tr>
      <w:tr w:rsidR="000C5318" w14:paraId="11CBD84B" w14:textId="77777777" w:rsidTr="002C1612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FE496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Certificaciones de experiencia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51B14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0BD77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[Fechas]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562A8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A95FC5" w14:textId="77777777" w:rsidR="000C5318" w:rsidRDefault="000C5318">
            <w:pPr>
              <w:spacing w:after="0"/>
            </w:pPr>
          </w:p>
        </w:tc>
      </w:tr>
      <w:tr w:rsidR="000C5318" w14:paraId="28C74FA0" w14:textId="77777777" w:rsidTr="002C1612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C44C3B" w14:textId="77777777" w:rsidR="000F6BA6" w:rsidRDefault="003218A0">
            <w:r>
              <w:t>Posgrado o formación adicional exigida, cuando aplique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86414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839C4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0E6AC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23A6EB" w14:textId="77777777" w:rsidR="000C5318" w:rsidRDefault="000C5318">
            <w:pPr>
              <w:spacing w:after="0"/>
            </w:pPr>
          </w:p>
        </w:tc>
      </w:tr>
      <w:tr w:rsidR="000C5318" w14:paraId="4213028B" w14:textId="77777777" w:rsidTr="002C1612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468731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Carta de compromiso y disponibilidad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BD230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F51D7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78D28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31A1A5" w14:textId="77777777" w:rsidR="000C5318" w:rsidRDefault="000C5318">
            <w:pPr>
              <w:spacing w:after="0"/>
            </w:pPr>
          </w:p>
        </w:tc>
      </w:tr>
      <w:tr w:rsidR="000C5318" w14:paraId="5F1FDEA2" w14:textId="77777777" w:rsidTr="002C1612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5572E6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Declaración de inhabilidades y conflictos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25CAA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DD490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4881B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A61FD3" w14:textId="77777777" w:rsidR="000C5318" w:rsidRDefault="000C5318">
            <w:pPr>
              <w:spacing w:after="0"/>
            </w:pPr>
          </w:p>
        </w:tc>
      </w:tr>
      <w:tr w:rsidR="000C5318" w14:paraId="0BBCBFFF" w14:textId="77777777" w:rsidTr="002C1612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ACC5CA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Vínculo / promesa de contratación, si aplica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2CC78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EF442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16A2A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69A3C6" w14:textId="77777777" w:rsidR="000C5318" w:rsidRDefault="000C5318">
            <w:pPr>
              <w:spacing w:after="0"/>
            </w:pPr>
          </w:p>
        </w:tc>
      </w:tr>
    </w:tbl>
    <w:p w14:paraId="631E3DAD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DECLARACIÓN Y FIRMA DEL PROFESIONAL</w:t>
      </w:r>
    </w:p>
    <w:p w14:paraId="1A30FDDA" w14:textId="77777777" w:rsidR="000C5318" w:rsidRPr="00850881" w:rsidRDefault="009B6465">
      <w:pPr>
        <w:spacing w:after="60"/>
        <w:jc w:val="both"/>
        <w:rPr>
          <w:lang w:val="es-CO"/>
        </w:rPr>
      </w:pPr>
      <w:r w:rsidRPr="00850881">
        <w:rPr>
          <w:lang w:val="es-CO"/>
        </w:rPr>
        <w:t>Bajo la gravedad de juramento declaro que la información y soportes son auténticos, exactos y verificables; conozco el objeto, alcance, plazo y obligaciones; acepto el rol; cuento con disponibilidad; no estoy incurso(a) en inhabilidad, incompatibilidad, conflicto de interés, sanción o prohibición; y autorizo la verificación de mis antecedentes y experiencia.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3547"/>
        <w:gridCol w:w="3547"/>
        <w:gridCol w:w="3816"/>
        <w:gridCol w:w="3548"/>
      </w:tblGrid>
      <w:tr w:rsidR="000C5318" w14:paraId="19CE8043" w14:textId="77777777">
        <w:trPr>
          <w:tblHeader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874C2A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Firma del profesional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81DB66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Nombre / C.C.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CAA05C" w14:textId="77777777" w:rsidR="000C5318" w:rsidRPr="00850881" w:rsidRDefault="009B6465">
            <w:pPr>
              <w:spacing w:after="0"/>
              <w:jc w:val="center"/>
              <w:rPr>
                <w:lang w:val="es-CO"/>
              </w:rPr>
            </w:pPr>
            <w:r w:rsidRPr="00850881">
              <w:rPr>
                <w:b/>
                <w:color w:val="FFFFFF"/>
                <w:lang w:val="es-CO"/>
              </w:rPr>
              <w:t>Firma del proponente / representante legal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76CE20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Fecha</w:t>
            </w:r>
          </w:p>
        </w:tc>
      </w:tr>
      <w:tr w:rsidR="000C5318" w14:paraId="1FA26030" w14:textId="77777777">
        <w:trPr>
          <w:cantSplit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1B4DA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7DD150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 / [C.C.]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D3A9E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29D37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[DD/MM/AAAA]</w:t>
            </w:r>
          </w:p>
        </w:tc>
      </w:tr>
    </w:tbl>
    <w:p w14:paraId="3350D0C1" w14:textId="77777777" w:rsidR="000C5318" w:rsidRDefault="009B6465">
      <w:r>
        <w:br w:type="page"/>
      </w:r>
    </w:p>
    <w:p w14:paraId="3E65423F" w14:textId="77777777" w:rsidR="000C5318" w:rsidRPr="00850881" w:rsidRDefault="009B6465">
      <w:pPr>
        <w:keepNext/>
        <w:pBdr>
          <w:bottom w:val="single" w:sz="12" w:space="2" w:color="92D050"/>
        </w:pBdr>
        <w:spacing w:before="100" w:after="60"/>
        <w:jc w:val="center"/>
        <w:rPr>
          <w:lang w:val="es-CO"/>
        </w:rPr>
      </w:pPr>
      <w:r w:rsidRPr="00850881">
        <w:rPr>
          <w:b/>
          <w:sz w:val="19"/>
          <w:lang w:val="es-CO"/>
        </w:rPr>
        <w:lastRenderedPageBreak/>
        <w:t>FICHA 4. PROFESIONAL PRINCIPAL - VOZ, DATOS, CCTV, CONTROL DE ACCESO Y AUTOMATIZACIÓN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4608"/>
        <w:gridCol w:w="2592"/>
        <w:gridCol w:w="4608"/>
      </w:tblGrid>
      <w:tr w:rsidR="000C5318" w14:paraId="0B14FB81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AB455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Nombre completo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8F6435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04240A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C.C.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FE764DB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0C5318" w14:paraId="53E9B74C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014474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Profesión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ABDFA6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AF9E0D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Posgrado / formación adicional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4F1BC8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 / no aplica]</w:t>
            </w:r>
          </w:p>
        </w:tc>
      </w:tr>
      <w:tr w:rsidR="000C5318" w14:paraId="6ECFC95A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29D12D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Matrícula / tarjeta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4A7AC7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54C616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Consejo y vigencia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24010C3" w14:textId="77777777" w:rsidR="000C5318" w:rsidRDefault="009B6465">
            <w:pPr>
              <w:spacing w:after="0"/>
            </w:pPr>
            <w:r>
              <w:rPr>
                <w:color w:val="000000"/>
              </w:rPr>
              <w:t>[Entidad / fecha]</w:t>
            </w:r>
          </w:p>
        </w:tc>
      </w:tr>
      <w:tr w:rsidR="000C5318" w14:paraId="38C01FC3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6C6A99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Fecha de expedición matrícula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424560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6C4CE5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Inicio legal del cómputo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CE9893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0C5318" w14:paraId="7AA19843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8F45F2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Vinculación con proponente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7B210B" w14:textId="77777777" w:rsidR="000C5318" w:rsidRDefault="009B6465">
            <w:pPr>
              <w:spacing w:after="0"/>
            </w:pPr>
            <w:r>
              <w:rPr>
                <w:color w:val="000000"/>
              </w:rPr>
              <w:t>☐ Propio   ☐ Contratista   ☐ Subconsultor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AF6B7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Disponibilidad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BA0D6C" w14:textId="77777777" w:rsidR="000C5318" w:rsidRDefault="009B6465">
            <w:pPr>
              <w:spacing w:after="0"/>
            </w:pPr>
            <w:r>
              <w:rPr>
                <w:color w:val="000000"/>
              </w:rPr>
              <w:t>[Horas/semana y fases]</w:t>
            </w:r>
          </w:p>
        </w:tc>
      </w:tr>
      <w:tr w:rsidR="000C5318" w14:paraId="1CA6BECE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5B2CBD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Rol ofrecido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D025CD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lang w:val="es-CO"/>
              </w:rPr>
              <w:t>Voz, datos, CCTV, control de acceso y automatización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470CD4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Profesional principal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C3F54F" w14:textId="77777777" w:rsidR="000C5318" w:rsidRDefault="009B6465">
            <w:pPr>
              <w:spacing w:after="0"/>
            </w:pPr>
            <w:r>
              <w:rPr>
                <w:color w:val="000000"/>
              </w:rPr>
              <w:t>☐ Sí</w:t>
            </w:r>
          </w:p>
        </w:tc>
      </w:tr>
    </w:tbl>
    <w:p w14:paraId="43F295EA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REQUISITOS DEL ROL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3544"/>
        <w:gridCol w:w="5860"/>
        <w:gridCol w:w="3544"/>
        <w:gridCol w:w="1510"/>
      </w:tblGrid>
      <w:tr w:rsidR="000C5318" w14:paraId="36655A10" w14:textId="77777777" w:rsidTr="002C1612">
        <w:trPr>
          <w:tblHeader/>
          <w:jc w:val="center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6E0ADF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Tipo</w:t>
            </w:r>
          </w:p>
        </w:tc>
        <w:tc>
          <w:tcPr>
            <w:tcW w:w="5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A3F730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Exigencia de la invitación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4EAEAD" w14:textId="77777777" w:rsidR="000C5318" w:rsidRPr="00850881" w:rsidRDefault="009B6465">
            <w:pPr>
              <w:spacing w:after="0"/>
              <w:jc w:val="center"/>
              <w:rPr>
                <w:lang w:val="es-CO"/>
              </w:rPr>
            </w:pPr>
            <w:r w:rsidRPr="00850881">
              <w:rPr>
                <w:b/>
                <w:color w:val="FFFFFF"/>
                <w:sz w:val="13"/>
                <w:lang w:val="es-CO"/>
              </w:rPr>
              <w:t>Dato declarado por el proponente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8FEC35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Soporte / folio</w:t>
            </w:r>
          </w:p>
        </w:tc>
      </w:tr>
      <w:tr w:rsidR="000C5318" w14:paraId="3ACC9374" w14:textId="77777777" w:rsidTr="002C1612">
        <w:trPr>
          <w:cantSplit/>
          <w:jc w:val="center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3CE31D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Formación y matrícula</w:t>
            </w:r>
          </w:p>
        </w:tc>
        <w:tc>
          <w:tcPr>
            <w:tcW w:w="5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6196DA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Profesional en Ingeniería Electrónica, Ingeniería de Telecomunicaciones, Ingeniería de Control y Automatización o Ingeniería Eléctrica, con matrícula profesional que lo faculte legalmente para elaborar y suscribir los respectivos diseños.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535534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cumplimiento]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F8A487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56BBB53D" w14:textId="77777777" w:rsidTr="002C1612">
        <w:trPr>
          <w:cantSplit/>
          <w:jc w:val="center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419CC3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Experiencia específica mínima</w:t>
            </w:r>
          </w:p>
        </w:tc>
        <w:tc>
          <w:tcPr>
            <w:tcW w:w="5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E4F7F2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Tres (3) años en diseño de redes internas de telecomunicaciones o sistemas de seguridad electrónica para oficinas.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93F651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[Total años válidos]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5D7E1C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6D668378" w14:textId="77777777" w:rsidTr="002C1612">
        <w:trPr>
          <w:cantSplit/>
          <w:jc w:val="center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08D515" w14:textId="77777777" w:rsidR="00D4168A" w:rsidRDefault="003218A0">
            <w:r>
              <w:t>Proyecto específico puntuable</w:t>
            </w:r>
          </w:p>
        </w:tc>
        <w:tc>
          <w:tcPr>
            <w:tcW w:w="5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E35C20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Acreditar, según la especialidad, al menos un (1) contrato de intervención de una edificación correspondiente a un estudio de grabación, set o auditorio, con área diseñada o intervenida igual o superior a 500 m².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EB5FE0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 / no aplica]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C9CA67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0B3881FE" w14:textId="77777777" w:rsidTr="002C1612">
        <w:trPr>
          <w:cantSplit/>
          <w:jc w:val="center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CE7953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Condición para 20 puntos</w:t>
            </w:r>
          </w:p>
        </w:tc>
        <w:tc>
          <w:tcPr>
            <w:tcW w:w="5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51F4C4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Superar en dos (2) años o más la experiencia mínima habilitante y acreditar el proyecto específico en estudio de grabación, set o auditorio con área igual o superior a 500 m².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18A818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3"/>
                <w:lang w:val="es-CO"/>
              </w:rPr>
              <w:t>[Exceso en años / requisito complementario]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F55E89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</w:tbl>
    <w:p w14:paraId="11DFA70C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EXPERIENCIA PROFESIONAL Y PROYECTOS ESPECÍFICOS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536"/>
        <w:gridCol w:w="937"/>
        <w:gridCol w:w="1171"/>
        <w:gridCol w:w="1517"/>
        <w:gridCol w:w="1664"/>
        <w:gridCol w:w="1804"/>
        <w:gridCol w:w="1517"/>
        <w:gridCol w:w="6"/>
        <w:gridCol w:w="1511"/>
        <w:gridCol w:w="1517"/>
        <w:gridCol w:w="1517"/>
        <w:gridCol w:w="761"/>
      </w:tblGrid>
      <w:tr w:rsidR="000C5318" w14:paraId="4E320803" w14:textId="77777777" w:rsidTr="00667992">
        <w:trPr>
          <w:tblHeader/>
          <w:jc w:val="center"/>
        </w:trPr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182C8F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N.º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724270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Proyecto / contrato y contratante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6BB061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Cargo / rol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5A7671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sz w:val="12"/>
                <w:lang w:val="es-CO"/>
              </w:rPr>
              <w:t>Actividades propias de la especialidad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7EBAF8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Inicio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D7A7D8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Fin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4EC497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Meses válidos sin superposición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27E570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Proyecto estudio/set/auditorio ≥ 500 m² S/N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C1C1BC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Soporte / folio</w:t>
            </w:r>
          </w:p>
        </w:tc>
      </w:tr>
      <w:tr w:rsidR="000C5318" w14:paraId="394DEC24" w14:textId="77777777" w:rsidTr="00667992">
        <w:trPr>
          <w:cantSplit/>
          <w:jc w:val="center"/>
        </w:trPr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6A363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1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AE3DE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8AD9F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D8679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09FE2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687EF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DB447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DF2DD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EDDD4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2F7D37AB" w14:textId="77777777" w:rsidTr="00667992">
        <w:trPr>
          <w:cantSplit/>
          <w:jc w:val="center"/>
        </w:trPr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68FFA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2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23F2E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2A1D9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BD56D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B91FB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019BF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C87A2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0382A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B777D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3DEF3F6E" w14:textId="77777777" w:rsidTr="00667992">
        <w:trPr>
          <w:cantSplit/>
          <w:jc w:val="center"/>
        </w:trPr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CD565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3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7527E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89D2D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69716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30F96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DBBA1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7F7CA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DE844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86C2E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4E591ECA" w14:textId="77777777" w:rsidTr="00667992">
        <w:trPr>
          <w:cantSplit/>
          <w:jc w:val="center"/>
        </w:trPr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6124F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4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D3246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28E1C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6B79D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2F384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8ED49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7E3B5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B7189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3794E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44C934ED" w14:textId="77777777" w:rsidTr="00667992">
        <w:trPr>
          <w:cantSplit/>
          <w:jc w:val="center"/>
        </w:trPr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FF0B5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5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63E2C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FFA6A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A98E5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C67D7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C9151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3B677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FDACC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DA38F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53F38492" w14:textId="77777777" w:rsidTr="00667992">
        <w:trPr>
          <w:cantSplit/>
          <w:jc w:val="center"/>
        </w:trPr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003B0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6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E5F1C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78745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1532A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44649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D4CD3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D1FD0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E45F3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2595E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50F4ADB7" w14:textId="77777777" w:rsidTr="00667992">
        <w:trPr>
          <w:cantSplit/>
          <w:jc w:val="center"/>
        </w:trPr>
        <w:tc>
          <w:tcPr>
            <w:tcW w:w="1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31B8D9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meses válidos</w:t>
            </w:r>
          </w:p>
        </w:tc>
        <w:tc>
          <w:tcPr>
            <w:tcW w:w="43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8D2536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3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D9744B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años (meses / 12)</w:t>
            </w:r>
          </w:p>
        </w:tc>
        <w:tc>
          <w:tcPr>
            <w:tcW w:w="53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4F1566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</w:tr>
      <w:tr w:rsidR="000C5318" w14:paraId="243A1FB4" w14:textId="77777777" w:rsidTr="00667992">
        <w:trPr>
          <w:cantSplit/>
          <w:jc w:val="center"/>
        </w:trPr>
        <w:tc>
          <w:tcPr>
            <w:tcW w:w="1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B92025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lastRenderedPageBreak/>
              <w:t>Experiencia mínima del rol</w:t>
            </w:r>
          </w:p>
        </w:tc>
        <w:tc>
          <w:tcPr>
            <w:tcW w:w="43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12FD0A" w14:textId="77777777" w:rsidR="000C5318" w:rsidRDefault="009B6465">
            <w:pPr>
              <w:spacing w:after="0"/>
            </w:pPr>
            <w:r>
              <w:rPr>
                <w:color w:val="000000"/>
              </w:rPr>
              <w:t>3 años</w:t>
            </w:r>
          </w:p>
        </w:tc>
        <w:tc>
          <w:tcPr>
            <w:tcW w:w="33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823B0F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Exceso sobre el mínimo</w:t>
            </w:r>
          </w:p>
        </w:tc>
        <w:tc>
          <w:tcPr>
            <w:tcW w:w="53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205A6E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 años</w:t>
            </w:r>
          </w:p>
        </w:tc>
      </w:tr>
      <w:tr w:rsidR="000C5318" w:rsidRPr="00316866" w14:paraId="169318F2" w14:textId="77777777" w:rsidTr="00667992">
        <w:trPr>
          <w:cantSplit/>
          <w:jc w:val="center"/>
        </w:trPr>
        <w:tc>
          <w:tcPr>
            <w:tcW w:w="1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DF0BE3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b/>
                <w:color w:val="000000"/>
                <w:lang w:val="es-CO"/>
              </w:rPr>
              <w:t>N.º de proyectos específicos</w:t>
            </w:r>
          </w:p>
        </w:tc>
        <w:tc>
          <w:tcPr>
            <w:tcW w:w="43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D7F8F3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3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767B4A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Puntaje que declara acreditar</w:t>
            </w:r>
          </w:p>
        </w:tc>
        <w:tc>
          <w:tcPr>
            <w:tcW w:w="53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99B230" w14:textId="77777777" w:rsidR="00D4168A" w:rsidRDefault="003218A0">
            <w:r>
              <w:t>☐</w:t>
            </w:r>
            <w:r>
              <w:t xml:space="preserve"> 0 puntos  ☐ 10 puntos  ☐ 20 puntos</w:t>
            </w:r>
          </w:p>
        </w:tc>
      </w:tr>
    </w:tbl>
    <w:p w14:paraId="2430CC8A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DOCUMENTOS HABILITANTES DEL PROFESIONAL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2642"/>
        <w:gridCol w:w="2836"/>
        <w:gridCol w:w="2836"/>
        <w:gridCol w:w="3036"/>
        <w:gridCol w:w="3108"/>
      </w:tblGrid>
      <w:tr w:rsidR="000C5318" w14:paraId="18916519" w14:textId="77777777" w:rsidTr="00667992">
        <w:trPr>
          <w:tblHeader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238EB0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Documento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25FDDC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Aporta S/N/NA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88A76E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Fecha / vigencia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8BFDE0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Folio / nombre de archivo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976F30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Observación del proponente</w:t>
            </w:r>
          </w:p>
        </w:tc>
      </w:tr>
      <w:tr w:rsidR="000C5318" w14:paraId="7DE23B3B" w14:textId="77777777" w:rsidTr="00667992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E02FB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Hoja de vida firmada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92A1A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510D7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7D663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C82939" w14:textId="77777777" w:rsidR="000C5318" w:rsidRDefault="000C5318">
            <w:pPr>
              <w:spacing w:after="0"/>
            </w:pPr>
          </w:p>
        </w:tc>
      </w:tr>
      <w:tr w:rsidR="000C5318" w14:paraId="4DDBC0FD" w14:textId="77777777" w:rsidTr="00667992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074A3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Documento de identidad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B7A6C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85148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72484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4BAA95" w14:textId="77777777" w:rsidR="000C5318" w:rsidRDefault="000C5318">
            <w:pPr>
              <w:spacing w:after="0"/>
            </w:pPr>
          </w:p>
        </w:tc>
      </w:tr>
      <w:tr w:rsidR="000C5318" w14:paraId="0FBD530E" w14:textId="77777777" w:rsidTr="00667992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2877FDB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Diploma o acta de grado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40B52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723C5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809AD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BFD78F" w14:textId="77777777" w:rsidR="000C5318" w:rsidRDefault="000C5318">
            <w:pPr>
              <w:spacing w:after="0"/>
            </w:pPr>
          </w:p>
        </w:tc>
      </w:tr>
      <w:tr w:rsidR="000C5318" w14:paraId="6CCE7DD0" w14:textId="77777777" w:rsidTr="00667992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280C36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Matrícula, tarjeta o inscripción profesional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69627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F22F0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036FF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EC498C" w14:textId="77777777" w:rsidR="000C5318" w:rsidRDefault="000C5318">
            <w:pPr>
              <w:spacing w:after="0"/>
            </w:pPr>
          </w:p>
        </w:tc>
      </w:tr>
      <w:tr w:rsidR="000C5318" w14:paraId="3EF31F73" w14:textId="77777777" w:rsidTr="00667992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BD7B7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Antecedentes disciplinarios profesionales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3560A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CA1F9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2AC8C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659432" w14:textId="77777777" w:rsidR="000C5318" w:rsidRDefault="000C5318">
            <w:pPr>
              <w:spacing w:after="0"/>
            </w:pPr>
          </w:p>
        </w:tc>
      </w:tr>
      <w:tr w:rsidR="000C5318" w14:paraId="4E911B73" w14:textId="77777777" w:rsidTr="00667992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0A5E1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Certificaciones de experiencia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C84DA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56F8F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[Fechas]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99457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0BA3A0" w14:textId="77777777" w:rsidR="000C5318" w:rsidRDefault="000C5318">
            <w:pPr>
              <w:spacing w:after="0"/>
            </w:pPr>
          </w:p>
        </w:tc>
      </w:tr>
      <w:tr w:rsidR="000C5318" w14:paraId="45742F41" w14:textId="77777777" w:rsidTr="00667992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AD54FE" w14:textId="77777777" w:rsidR="000F6BA6" w:rsidRDefault="003218A0">
            <w:r>
              <w:t>Posgrado o formación adicional exigida, cuando aplique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9D639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03C0E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0D08B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14D676" w14:textId="77777777" w:rsidR="000C5318" w:rsidRDefault="000C5318">
            <w:pPr>
              <w:spacing w:after="0"/>
            </w:pPr>
          </w:p>
        </w:tc>
      </w:tr>
      <w:tr w:rsidR="000C5318" w14:paraId="694B0F93" w14:textId="77777777" w:rsidTr="00667992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45A7E8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Carta de compromiso y disponibilidad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473A3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90F5A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2D88F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EC88DC" w14:textId="77777777" w:rsidR="000C5318" w:rsidRDefault="000C5318">
            <w:pPr>
              <w:spacing w:after="0"/>
            </w:pPr>
          </w:p>
        </w:tc>
      </w:tr>
      <w:tr w:rsidR="000C5318" w14:paraId="390CEF38" w14:textId="77777777" w:rsidTr="00667992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A16852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Declaración de inhabilidades y conflictos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2BFD8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AA524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22473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135E14" w14:textId="77777777" w:rsidR="000C5318" w:rsidRDefault="000C5318">
            <w:pPr>
              <w:spacing w:after="0"/>
            </w:pPr>
          </w:p>
        </w:tc>
      </w:tr>
      <w:tr w:rsidR="000C5318" w14:paraId="6D35C123" w14:textId="77777777" w:rsidTr="00667992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421BE6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Vínculo / promesa de contratación, si aplica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35174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C9E42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A42168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668CD7" w14:textId="77777777" w:rsidR="000C5318" w:rsidRDefault="000C5318">
            <w:pPr>
              <w:spacing w:after="0"/>
            </w:pPr>
          </w:p>
        </w:tc>
      </w:tr>
    </w:tbl>
    <w:p w14:paraId="423F3BEC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DECLARACIÓN Y FIRMA DEL PROFESIONAL</w:t>
      </w:r>
    </w:p>
    <w:p w14:paraId="0EEAAF45" w14:textId="77777777" w:rsidR="000C5318" w:rsidRPr="00F92246" w:rsidRDefault="009B6465">
      <w:pPr>
        <w:spacing w:after="60"/>
        <w:jc w:val="both"/>
        <w:rPr>
          <w:lang w:val="es-CO"/>
        </w:rPr>
      </w:pPr>
      <w:r w:rsidRPr="00F92246">
        <w:rPr>
          <w:lang w:val="es-CO"/>
        </w:rPr>
        <w:t>Bajo la gravedad de juramento declaro que la información y soportes son auténticos, exactos y verificables; conozco el objeto, alcance, plazo y obligaciones; acepto el rol; cuento con disponibilidad; no estoy incurso(a) en inhabilidad, incompatibilidad, conflicto de interés, sanción o prohibición; y autorizo la verificación de mis antecedentes y experiencia.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3547"/>
        <w:gridCol w:w="3547"/>
        <w:gridCol w:w="3816"/>
        <w:gridCol w:w="3548"/>
      </w:tblGrid>
      <w:tr w:rsidR="000C5318" w14:paraId="582C703E" w14:textId="77777777">
        <w:trPr>
          <w:tblHeader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529812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Firma del profesional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A0D89B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Nombre / C.C.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A2ABFF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lang w:val="es-CO"/>
              </w:rPr>
              <w:t>Firma del proponente / representante legal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AD0884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Fecha</w:t>
            </w:r>
          </w:p>
        </w:tc>
      </w:tr>
      <w:tr w:rsidR="000C5318" w14:paraId="768B7AD7" w14:textId="77777777">
        <w:trPr>
          <w:cantSplit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DACE8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318F8B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 / [C.C.]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5CAF6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C2999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[DD/MM/AAAA]</w:t>
            </w:r>
          </w:p>
        </w:tc>
      </w:tr>
    </w:tbl>
    <w:p w14:paraId="5FF47866" w14:textId="77777777" w:rsidR="000C5318" w:rsidRDefault="009B6465">
      <w:r>
        <w:br w:type="page"/>
      </w:r>
    </w:p>
    <w:p w14:paraId="40BBC948" w14:textId="77777777" w:rsidR="000C5318" w:rsidRPr="00F92246" w:rsidRDefault="009B6465">
      <w:pPr>
        <w:keepNext/>
        <w:pBdr>
          <w:bottom w:val="single" w:sz="12" w:space="2" w:color="92D050"/>
        </w:pBdr>
        <w:spacing w:before="100" w:after="60"/>
        <w:jc w:val="center"/>
        <w:rPr>
          <w:lang w:val="es-CO"/>
        </w:rPr>
      </w:pPr>
      <w:r w:rsidRPr="00F92246">
        <w:rPr>
          <w:b/>
          <w:sz w:val="19"/>
          <w:lang w:val="es-CO"/>
        </w:rPr>
        <w:lastRenderedPageBreak/>
        <w:t>FICHA 5. PROFESIONAL PRINCIPAL - CENTROS DE DATOS, NODOS Y CUARTOS TÉCNICOS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4608"/>
        <w:gridCol w:w="2592"/>
        <w:gridCol w:w="4608"/>
      </w:tblGrid>
      <w:tr w:rsidR="000C5318" w14:paraId="1006BEF0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259C07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Nombre completo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DFC6AE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D5F115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C.C.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8E6D5F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0C5318" w14:paraId="66DB29C1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D7C677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Profesión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E5B5CD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7C229C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Posgrado / formación adicional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4889CC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 / no aplica]</w:t>
            </w:r>
          </w:p>
        </w:tc>
      </w:tr>
      <w:tr w:rsidR="000C5318" w14:paraId="61C36F2A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DDB85E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Matrícula / tarjeta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F6AD2A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5DF4E2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Consejo y vigencia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885220" w14:textId="77777777" w:rsidR="000C5318" w:rsidRDefault="009B6465">
            <w:pPr>
              <w:spacing w:after="0"/>
            </w:pPr>
            <w:r>
              <w:rPr>
                <w:color w:val="000000"/>
              </w:rPr>
              <w:t>[Entidad / fecha]</w:t>
            </w:r>
          </w:p>
        </w:tc>
      </w:tr>
      <w:tr w:rsidR="000C5318" w14:paraId="3D6E7E8C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8C7A6C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Fecha de expedición matrícula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4144BF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F7201D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Inicio legal del cómputo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A97D260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0C5318" w14:paraId="1B7493A0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2F99A3F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Vinculación con proponente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9F577A" w14:textId="77777777" w:rsidR="000C5318" w:rsidRDefault="009B6465">
            <w:pPr>
              <w:spacing w:after="0"/>
            </w:pPr>
            <w:r>
              <w:rPr>
                <w:color w:val="000000"/>
              </w:rPr>
              <w:t>☐ Propio   ☐ Contratista   ☐ Subconsultor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EBAF1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Disponibilidad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A837E1" w14:textId="77777777" w:rsidR="000C5318" w:rsidRDefault="009B6465">
            <w:pPr>
              <w:spacing w:after="0"/>
            </w:pPr>
            <w:r>
              <w:rPr>
                <w:color w:val="000000"/>
              </w:rPr>
              <w:t>[Horas/semana y fases]</w:t>
            </w:r>
          </w:p>
        </w:tc>
      </w:tr>
      <w:tr w:rsidR="000C5318" w14:paraId="15A35B4E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500F47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Rol ofrecido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6712CD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lang w:val="es-CO"/>
              </w:rPr>
              <w:t>Centros de datos, nodos y cuartos técnicos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490D8C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Profesional principal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99B437" w14:textId="77777777" w:rsidR="000C5318" w:rsidRDefault="009B6465">
            <w:pPr>
              <w:spacing w:after="0"/>
            </w:pPr>
            <w:r>
              <w:rPr>
                <w:color w:val="000000"/>
              </w:rPr>
              <w:t>☐ Sí</w:t>
            </w:r>
          </w:p>
        </w:tc>
      </w:tr>
    </w:tbl>
    <w:p w14:paraId="36F27117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REQUISITOS DEL ROL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1889"/>
        <w:gridCol w:w="5688"/>
        <w:gridCol w:w="3440"/>
        <w:gridCol w:w="3441"/>
      </w:tblGrid>
      <w:tr w:rsidR="000C5318" w14:paraId="2050FCB9" w14:textId="77777777" w:rsidTr="00943E57">
        <w:trPr>
          <w:tblHeader/>
          <w:jc w:val="center"/>
        </w:trPr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E94A36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Tipo</w:t>
            </w:r>
          </w:p>
        </w:tc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D0BEB3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Exigencia de la invitación</w:t>
            </w:r>
          </w:p>
        </w:tc>
        <w:tc>
          <w:tcPr>
            <w:tcW w:w="3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30C4FF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sz w:val="13"/>
                <w:lang w:val="es-CO"/>
              </w:rPr>
              <w:t>Dato declarado por el proponente</w:t>
            </w:r>
          </w:p>
        </w:tc>
        <w:tc>
          <w:tcPr>
            <w:tcW w:w="3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026106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Soporte / folio</w:t>
            </w:r>
          </w:p>
        </w:tc>
      </w:tr>
      <w:tr w:rsidR="000C5318" w14:paraId="5EF2D315" w14:textId="77777777" w:rsidTr="00943E57">
        <w:trPr>
          <w:cantSplit/>
          <w:jc w:val="center"/>
        </w:trPr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FBFB01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Formación y matrícula</w:t>
            </w:r>
          </w:p>
        </w:tc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558D45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Ingeniero de Telecomunicaciones, Ingeniero Eléctrico o Ingeniero Electrónico, con matrícula o registro profesional que lo faculte legalmente para elaborar y suscribir diseños de infraestructura crítica.</w:t>
            </w:r>
          </w:p>
        </w:tc>
        <w:tc>
          <w:tcPr>
            <w:tcW w:w="3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5BD3E2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cumplimiento]</w:t>
            </w:r>
          </w:p>
        </w:tc>
        <w:tc>
          <w:tcPr>
            <w:tcW w:w="3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DC854E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7797AFC4" w14:textId="77777777" w:rsidTr="00943E57">
        <w:trPr>
          <w:cantSplit/>
          <w:jc w:val="center"/>
        </w:trPr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98ACFD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Experiencia específica mínima</w:t>
            </w:r>
          </w:p>
        </w:tc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A25AC8" w14:textId="77777777" w:rsidR="000F6BA6" w:rsidRDefault="003218A0">
            <w:r>
              <w:t>Tres (3) años en diseño de infraestructura de características críticas, como centros de datos, nodos de telecomunicaciones o cuartos técnicos, desarrollada bajo criterios o lineamientos BICSI, ICREA, Uptime Institute, DCIM o estándares equivalentes. No se exigen certificaciones expedidas por dichas entidades.</w:t>
            </w:r>
          </w:p>
        </w:tc>
        <w:tc>
          <w:tcPr>
            <w:tcW w:w="3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A0BD594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[Total años válidos]</w:t>
            </w:r>
          </w:p>
        </w:tc>
        <w:tc>
          <w:tcPr>
            <w:tcW w:w="3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0D7D96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1BA5AAE9" w14:textId="77777777" w:rsidTr="00943E57">
        <w:trPr>
          <w:cantSplit/>
          <w:jc w:val="center"/>
        </w:trPr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0D6B01" w14:textId="77777777" w:rsidR="00D4168A" w:rsidRDefault="003218A0">
            <w:r>
              <w:t>Proyecto específico puntuable</w:t>
            </w:r>
          </w:p>
        </w:tc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CEF1B5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Acreditar, según la especialidad, al menos un (1) contrato de intervención de una edificación correspondiente a un estudio de grabación, set o auditorio, con área diseñada o intervenida igual o superior a 500 m².</w:t>
            </w:r>
          </w:p>
        </w:tc>
        <w:tc>
          <w:tcPr>
            <w:tcW w:w="3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2B816E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 / no aplica]</w:t>
            </w:r>
          </w:p>
        </w:tc>
        <w:tc>
          <w:tcPr>
            <w:tcW w:w="3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113832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4984DC4B" w14:textId="77777777" w:rsidTr="00943E57">
        <w:trPr>
          <w:cantSplit/>
          <w:jc w:val="center"/>
        </w:trPr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9A70D4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Condición para 20 puntos</w:t>
            </w:r>
          </w:p>
        </w:tc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1B9F9F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Superar en dos (2) años o más la experiencia mínima habilitante y acreditar el proyecto específico en estudio de grabación, set o auditorio con área igual o superior a 500 m².</w:t>
            </w:r>
          </w:p>
        </w:tc>
        <w:tc>
          <w:tcPr>
            <w:tcW w:w="3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7825D6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3"/>
                <w:lang w:val="es-CO"/>
              </w:rPr>
              <w:t>[Exceso en años / requisito complementario]</w:t>
            </w:r>
          </w:p>
        </w:tc>
        <w:tc>
          <w:tcPr>
            <w:tcW w:w="3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50316C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</w:tbl>
    <w:p w14:paraId="0903FDD8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EXPERIENCIA PROFESIONAL Y PROYECTOS ESPECÍFICOS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539"/>
        <w:gridCol w:w="965"/>
        <w:gridCol w:w="1154"/>
        <w:gridCol w:w="1526"/>
        <w:gridCol w:w="1698"/>
        <w:gridCol w:w="1790"/>
        <w:gridCol w:w="1526"/>
        <w:gridCol w:w="29"/>
        <w:gridCol w:w="1497"/>
        <w:gridCol w:w="1526"/>
        <w:gridCol w:w="1181"/>
        <w:gridCol w:w="943"/>
        <w:gridCol w:w="84"/>
      </w:tblGrid>
      <w:tr w:rsidR="000C5318" w14:paraId="7EACD7B5" w14:textId="77777777" w:rsidTr="00943E57">
        <w:trPr>
          <w:gridAfter w:val="1"/>
          <w:wAfter w:w="84" w:type="dxa"/>
          <w:tblHeader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2DFDB7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N.º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6B42CC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Proyecto / contrato y contratante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EE8CE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Cargo / rol</w:t>
            </w:r>
          </w:p>
        </w:tc>
        <w:tc>
          <w:tcPr>
            <w:tcW w:w="34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A0A9C6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sz w:val="12"/>
                <w:lang w:val="es-CO"/>
              </w:rPr>
              <w:t>Actividades propias de la especialidad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9DF6AE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Inicio</w:t>
            </w:r>
          </w:p>
        </w:tc>
        <w:tc>
          <w:tcPr>
            <w:tcW w:w="1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0D64A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Fin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DC173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Meses válidos sin superposición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C75BB3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Proyecto estudio/set/auditorio ≥ 500 m² S/N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026A18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Soporte / folio</w:t>
            </w:r>
          </w:p>
        </w:tc>
      </w:tr>
      <w:tr w:rsidR="000C5318" w14:paraId="11EB4818" w14:textId="77777777" w:rsidTr="00943E57">
        <w:trPr>
          <w:gridAfter w:val="1"/>
          <w:wAfter w:w="84" w:type="dxa"/>
          <w:cantSplit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DC356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1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F9E45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B8FC3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B0054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C7129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21F61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EB91A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3F625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ACDEC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226DA9F6" w14:textId="77777777" w:rsidTr="00943E57">
        <w:trPr>
          <w:gridAfter w:val="1"/>
          <w:wAfter w:w="84" w:type="dxa"/>
          <w:cantSplit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39855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2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BDB63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046B1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8D4F0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1CF10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5718D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61E48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87D2E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B2979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1DA48134" w14:textId="77777777" w:rsidTr="00943E57">
        <w:trPr>
          <w:gridAfter w:val="1"/>
          <w:wAfter w:w="84" w:type="dxa"/>
          <w:cantSplit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1E07C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3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1C323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BFE75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1AA94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DCFD3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EBA49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16EF4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E587B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95A34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59C3A224" w14:textId="77777777" w:rsidTr="00943E57">
        <w:trPr>
          <w:gridAfter w:val="1"/>
          <w:wAfter w:w="84" w:type="dxa"/>
          <w:cantSplit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AFD6F2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4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9DD4A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F4E2C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AE2A0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8FB1C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A4DC1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9C374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02296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FA9F7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4CA81A55" w14:textId="77777777" w:rsidTr="00943E57">
        <w:trPr>
          <w:gridAfter w:val="1"/>
          <w:wAfter w:w="84" w:type="dxa"/>
          <w:cantSplit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30351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5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71906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BE234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5C1C8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BE662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62494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A1F17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B9902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DB7F1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7279E160" w14:textId="77777777" w:rsidTr="00943E57">
        <w:trPr>
          <w:gridAfter w:val="1"/>
          <w:wAfter w:w="84" w:type="dxa"/>
          <w:cantSplit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06FB7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6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E9836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6306B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04B34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5F8C9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A1E4E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D786E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5E2B7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B7851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0CE10929" w14:textId="77777777" w:rsidTr="00943E57">
        <w:trPr>
          <w:cantSplit/>
          <w:jc w:val="center"/>
        </w:trPr>
        <w:tc>
          <w:tcPr>
            <w:tcW w:w="1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C82326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lastRenderedPageBreak/>
              <w:t>Total meses válidos</w:t>
            </w:r>
          </w:p>
        </w:tc>
        <w:tc>
          <w:tcPr>
            <w:tcW w:w="43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F94BA3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3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D77618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años (meses / 12)</w:t>
            </w:r>
          </w:p>
        </w:tc>
        <w:tc>
          <w:tcPr>
            <w:tcW w:w="522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2DA544F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</w:tr>
      <w:tr w:rsidR="000C5318" w14:paraId="5ED50F6E" w14:textId="77777777" w:rsidTr="00943E57">
        <w:trPr>
          <w:cantSplit/>
          <w:jc w:val="center"/>
        </w:trPr>
        <w:tc>
          <w:tcPr>
            <w:tcW w:w="1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290EB0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Experiencia mínima del rol</w:t>
            </w:r>
          </w:p>
        </w:tc>
        <w:tc>
          <w:tcPr>
            <w:tcW w:w="43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254787" w14:textId="2EADEAE5" w:rsidR="000C5318" w:rsidRDefault="00AD21BF">
            <w:pPr>
              <w:spacing w:after="0"/>
            </w:pPr>
            <w:r>
              <w:rPr>
                <w:color w:val="000000"/>
              </w:rPr>
              <w:t>3</w:t>
            </w:r>
            <w:r w:rsidR="009B6465">
              <w:rPr>
                <w:color w:val="000000"/>
              </w:rPr>
              <w:t xml:space="preserve"> años</w:t>
            </w:r>
          </w:p>
        </w:tc>
        <w:tc>
          <w:tcPr>
            <w:tcW w:w="33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35C937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Exceso sobre el mínimo</w:t>
            </w:r>
          </w:p>
        </w:tc>
        <w:tc>
          <w:tcPr>
            <w:tcW w:w="522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7529E5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 años</w:t>
            </w:r>
          </w:p>
        </w:tc>
      </w:tr>
      <w:tr w:rsidR="000C5318" w:rsidRPr="00316866" w14:paraId="4A9F9529" w14:textId="77777777" w:rsidTr="00943E57">
        <w:trPr>
          <w:cantSplit/>
          <w:jc w:val="center"/>
        </w:trPr>
        <w:tc>
          <w:tcPr>
            <w:tcW w:w="1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BDD59D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b/>
                <w:color w:val="000000"/>
                <w:lang w:val="es-CO"/>
              </w:rPr>
              <w:t>N.º de proyectos específicos</w:t>
            </w:r>
          </w:p>
        </w:tc>
        <w:tc>
          <w:tcPr>
            <w:tcW w:w="43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B8BC08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3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124A2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Puntaje que declara acreditar</w:t>
            </w:r>
          </w:p>
        </w:tc>
        <w:tc>
          <w:tcPr>
            <w:tcW w:w="522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1599B3" w14:textId="77777777" w:rsidR="00D4168A" w:rsidRDefault="003218A0">
            <w:r>
              <w:t>☐</w:t>
            </w:r>
            <w:r>
              <w:t xml:space="preserve"> 0 puntos  ☐ 10 puntos  ☐ 20 puntos</w:t>
            </w:r>
          </w:p>
        </w:tc>
      </w:tr>
    </w:tbl>
    <w:p w14:paraId="672A17CA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DOCUMENTOS HABILITANTES DEL PROFESIONAL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2755"/>
        <w:gridCol w:w="2809"/>
        <w:gridCol w:w="2809"/>
        <w:gridCol w:w="3007"/>
        <w:gridCol w:w="3078"/>
      </w:tblGrid>
      <w:tr w:rsidR="000C5318" w14:paraId="4ECD513B" w14:textId="77777777" w:rsidTr="00943E57">
        <w:trPr>
          <w:tblHeader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DF8EA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Documento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F716B13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Aporta S/N/NA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2584C7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Fecha / vigencia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63AE13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Folio / nombre de archivo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19B1F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Observación del proponente</w:t>
            </w:r>
          </w:p>
        </w:tc>
      </w:tr>
      <w:tr w:rsidR="000C5318" w14:paraId="1C202035" w14:textId="77777777" w:rsidTr="00943E57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B231F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Hoja de vida firmada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34331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98C91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66E84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EA71E4" w14:textId="77777777" w:rsidR="000C5318" w:rsidRDefault="000C5318">
            <w:pPr>
              <w:spacing w:after="0"/>
            </w:pPr>
          </w:p>
        </w:tc>
      </w:tr>
      <w:tr w:rsidR="000C5318" w14:paraId="794692D0" w14:textId="77777777" w:rsidTr="00943E57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8045C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Documento de identidad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01C9C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A75D2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AE0E1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5F6F88" w14:textId="77777777" w:rsidR="000C5318" w:rsidRDefault="000C5318">
            <w:pPr>
              <w:spacing w:after="0"/>
            </w:pPr>
          </w:p>
        </w:tc>
      </w:tr>
      <w:tr w:rsidR="000C5318" w14:paraId="4C97BD30" w14:textId="77777777" w:rsidTr="00943E57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7B30AC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Diploma o acta de grado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06FAB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CE371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23848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A02AD3" w14:textId="77777777" w:rsidR="000C5318" w:rsidRDefault="000C5318">
            <w:pPr>
              <w:spacing w:after="0"/>
            </w:pPr>
          </w:p>
        </w:tc>
      </w:tr>
      <w:tr w:rsidR="000C5318" w14:paraId="0BD7F451" w14:textId="77777777" w:rsidTr="00943E57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41C0C9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Matrícula, tarjeta o inscripción profesional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8DE3D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6B976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9D6AB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13F62E" w14:textId="77777777" w:rsidR="000C5318" w:rsidRDefault="000C5318">
            <w:pPr>
              <w:spacing w:after="0"/>
            </w:pPr>
          </w:p>
        </w:tc>
      </w:tr>
      <w:tr w:rsidR="000C5318" w14:paraId="0717FF35" w14:textId="77777777" w:rsidTr="00943E57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C48FD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Antecedentes disciplinarios profesionales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CF2D7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0F33B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401AC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50CEBE" w14:textId="77777777" w:rsidR="000C5318" w:rsidRDefault="000C5318">
            <w:pPr>
              <w:spacing w:after="0"/>
            </w:pPr>
          </w:p>
        </w:tc>
      </w:tr>
      <w:tr w:rsidR="000C5318" w14:paraId="04223FF4" w14:textId="77777777" w:rsidTr="00943E57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A63FD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Certificaciones de experiencia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ECD03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FB7F2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[Fechas]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4AD4F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D8C59F" w14:textId="77777777" w:rsidR="000C5318" w:rsidRDefault="000C5318">
            <w:pPr>
              <w:spacing w:after="0"/>
            </w:pPr>
          </w:p>
        </w:tc>
      </w:tr>
      <w:tr w:rsidR="000C5318" w14:paraId="1834D5FA" w14:textId="77777777" w:rsidTr="00943E57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818193" w14:textId="77777777" w:rsidR="000F6BA6" w:rsidRDefault="003218A0">
            <w:r>
              <w:t>Posgrado o formación adicional exigida, cuando aplique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F0BEF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DBD34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44ABF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873CD1" w14:textId="77777777" w:rsidR="000C5318" w:rsidRDefault="000C5318">
            <w:pPr>
              <w:spacing w:after="0"/>
            </w:pPr>
          </w:p>
        </w:tc>
      </w:tr>
      <w:tr w:rsidR="000C5318" w14:paraId="2593F4BA" w14:textId="77777777" w:rsidTr="00943E57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018634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Carta de compromiso y disponibilidad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863D1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E1E6F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67064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6966A7" w14:textId="77777777" w:rsidR="000C5318" w:rsidRDefault="000C5318">
            <w:pPr>
              <w:spacing w:after="0"/>
            </w:pPr>
          </w:p>
        </w:tc>
      </w:tr>
      <w:tr w:rsidR="000C5318" w14:paraId="72533FC2" w14:textId="77777777" w:rsidTr="00943E57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20582A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Declaración de inhabilidades y conflictos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E31FD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4A74F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76287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FAEC97" w14:textId="77777777" w:rsidR="000C5318" w:rsidRDefault="000C5318">
            <w:pPr>
              <w:spacing w:after="0"/>
            </w:pPr>
          </w:p>
        </w:tc>
      </w:tr>
      <w:tr w:rsidR="000C5318" w14:paraId="59E063C7" w14:textId="77777777" w:rsidTr="00943E57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C1ECAF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Vínculo / promesa de contratación, si aplica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A1F57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53258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D4A98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778970" w14:textId="77777777" w:rsidR="000C5318" w:rsidRDefault="000C5318">
            <w:pPr>
              <w:spacing w:after="0"/>
            </w:pPr>
          </w:p>
        </w:tc>
      </w:tr>
    </w:tbl>
    <w:p w14:paraId="1060BE2F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DECLARACIÓN Y FIRMA DEL PROFESIONAL</w:t>
      </w:r>
    </w:p>
    <w:p w14:paraId="6A6CD256" w14:textId="77777777" w:rsidR="000C5318" w:rsidRPr="00F92246" w:rsidRDefault="009B6465">
      <w:pPr>
        <w:spacing w:after="60"/>
        <w:jc w:val="both"/>
        <w:rPr>
          <w:lang w:val="es-CO"/>
        </w:rPr>
      </w:pPr>
      <w:r w:rsidRPr="00F92246">
        <w:rPr>
          <w:lang w:val="es-CO"/>
        </w:rPr>
        <w:t>Bajo la gravedad de juramento declaro que la información y soportes son auténticos, exactos y verificables; conozco el objeto, alcance, plazo y obligaciones; acepto el rol; cuento con disponibilidad; no estoy incurso(a) en inhabilidad, incompatibilidad, conflicto de interés, sanción o prohibición; y autorizo la verificación de mis antecedentes y experiencia.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3547"/>
        <w:gridCol w:w="3547"/>
        <w:gridCol w:w="3816"/>
        <w:gridCol w:w="3548"/>
      </w:tblGrid>
      <w:tr w:rsidR="000C5318" w14:paraId="2101F838" w14:textId="77777777">
        <w:trPr>
          <w:tblHeader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CE0F1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Firma del profesional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261476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Nombre / C.C.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EBDFBD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lang w:val="es-CO"/>
              </w:rPr>
              <w:t>Firma del proponente / representante legal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F32C94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Fecha</w:t>
            </w:r>
          </w:p>
        </w:tc>
      </w:tr>
      <w:tr w:rsidR="000C5318" w14:paraId="388165B9" w14:textId="77777777">
        <w:trPr>
          <w:cantSplit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9C36A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E8F130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 / [C.C.]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79C6C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CCBD2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[DD/MM/AAAA]</w:t>
            </w:r>
          </w:p>
        </w:tc>
      </w:tr>
    </w:tbl>
    <w:p w14:paraId="57283AE7" w14:textId="77777777" w:rsidR="000C5318" w:rsidRDefault="009B6465">
      <w:r>
        <w:br w:type="page"/>
      </w:r>
    </w:p>
    <w:p w14:paraId="3D68A1CF" w14:textId="77777777" w:rsidR="000C5318" w:rsidRPr="00F92246" w:rsidRDefault="009B6465">
      <w:pPr>
        <w:keepNext/>
        <w:pBdr>
          <w:bottom w:val="single" w:sz="12" w:space="2" w:color="92D050"/>
        </w:pBdr>
        <w:spacing w:before="100" w:after="60"/>
        <w:jc w:val="center"/>
        <w:rPr>
          <w:lang w:val="es-CO"/>
        </w:rPr>
      </w:pPr>
      <w:r w:rsidRPr="00F92246">
        <w:rPr>
          <w:b/>
          <w:sz w:val="19"/>
          <w:lang w:val="es-CO"/>
        </w:rPr>
        <w:lastRenderedPageBreak/>
        <w:t>FICHA 6. PROFESIONAL PRINCIPAL - AIRE ACONDICIONADO Y VENTILACIÓN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4608"/>
        <w:gridCol w:w="2592"/>
        <w:gridCol w:w="4608"/>
      </w:tblGrid>
      <w:tr w:rsidR="000C5318" w14:paraId="2863DA93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145FA2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Nombre completo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A5B71A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6E0D79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C.C.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07E187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0C5318" w14:paraId="6E7A63BF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C50DD9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Profesión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B10C82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39A66E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Posgrado / formación adicional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B27D37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 / no aplica]</w:t>
            </w:r>
          </w:p>
        </w:tc>
      </w:tr>
      <w:tr w:rsidR="000C5318" w14:paraId="411E07B8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517C2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Matrícula / tarjeta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143E2F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A24107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Consejo y vigencia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A58CF9" w14:textId="77777777" w:rsidR="000C5318" w:rsidRDefault="009B6465">
            <w:pPr>
              <w:spacing w:after="0"/>
            </w:pPr>
            <w:r>
              <w:rPr>
                <w:color w:val="000000"/>
              </w:rPr>
              <w:t>[Entidad / fecha]</w:t>
            </w:r>
          </w:p>
        </w:tc>
      </w:tr>
      <w:tr w:rsidR="000C5318" w14:paraId="26097075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1B00D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Fecha de expedición matrícula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FB7677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FCAEF1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Inicio legal del cómputo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D002D4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0C5318" w14:paraId="06F25F49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2C127E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Vinculación con proponente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CE4B61" w14:textId="77777777" w:rsidR="000C5318" w:rsidRDefault="009B6465">
            <w:pPr>
              <w:spacing w:after="0"/>
            </w:pPr>
            <w:r>
              <w:rPr>
                <w:color w:val="000000"/>
              </w:rPr>
              <w:t>☐ Propio   ☐ Contratista   ☐ Subconsultor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2EBFBF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Disponibilidad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7EF7BA" w14:textId="77777777" w:rsidR="000C5318" w:rsidRDefault="009B6465">
            <w:pPr>
              <w:spacing w:after="0"/>
            </w:pPr>
            <w:r>
              <w:rPr>
                <w:color w:val="000000"/>
              </w:rPr>
              <w:t>[Horas/semana y fases]</w:t>
            </w:r>
          </w:p>
        </w:tc>
      </w:tr>
      <w:tr w:rsidR="000C5318" w14:paraId="61072298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3E164A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Rol ofrecido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E9D326" w14:textId="77777777" w:rsidR="000C5318" w:rsidRDefault="009B6465">
            <w:pPr>
              <w:spacing w:after="0"/>
            </w:pPr>
            <w:r>
              <w:rPr>
                <w:color w:val="000000"/>
              </w:rPr>
              <w:t>Aire acondicionado y ventilación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563079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Profesional principal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8E595E" w14:textId="77777777" w:rsidR="000C5318" w:rsidRDefault="009B6465">
            <w:pPr>
              <w:spacing w:after="0"/>
            </w:pPr>
            <w:r>
              <w:rPr>
                <w:color w:val="000000"/>
              </w:rPr>
              <w:t>☐ Sí</w:t>
            </w:r>
          </w:p>
        </w:tc>
      </w:tr>
    </w:tbl>
    <w:p w14:paraId="69C70AF1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REQUISITOS DEL ROL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1910"/>
        <w:gridCol w:w="5750"/>
        <w:gridCol w:w="3477"/>
        <w:gridCol w:w="3321"/>
      </w:tblGrid>
      <w:tr w:rsidR="000C5318" w14:paraId="52D2CE0E" w14:textId="77777777" w:rsidTr="002A6A2E">
        <w:trPr>
          <w:tblHeader/>
          <w:jc w:val="center"/>
        </w:trPr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FBA4B5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Tipo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EA6F7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Exigencia de la invitación</w:t>
            </w:r>
          </w:p>
        </w:tc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C345E1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sz w:val="13"/>
                <w:lang w:val="es-CO"/>
              </w:rPr>
              <w:t>Dato declarado por el proponente</w:t>
            </w:r>
          </w:p>
        </w:tc>
        <w:tc>
          <w:tcPr>
            <w:tcW w:w="3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5CA92B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Soporte / folio</w:t>
            </w:r>
          </w:p>
        </w:tc>
      </w:tr>
      <w:tr w:rsidR="000C5318" w14:paraId="5FFD364A" w14:textId="77777777" w:rsidTr="002A6A2E">
        <w:trPr>
          <w:cantSplit/>
          <w:jc w:val="center"/>
        </w:trPr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37DD74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Formación y matrícula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B6404C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Ingeniero mecánico, electromecánico o profesional legalmente facultado para desarrollar la especialidad, con matrícula profesional vigente.</w:t>
            </w:r>
          </w:p>
        </w:tc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289E00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cumplimiento]</w:t>
            </w:r>
          </w:p>
        </w:tc>
        <w:tc>
          <w:tcPr>
            <w:tcW w:w="3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4227CA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6ED802A9" w14:textId="77777777" w:rsidTr="002A6A2E">
        <w:trPr>
          <w:cantSplit/>
          <w:jc w:val="center"/>
        </w:trPr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18A0C8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Experiencia específica mínima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CD560A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Cinco (5) años en diseño de sistemas de aire acondicionado y ventilación para edificaciones, con los conocimientos y experiencia adicional exigidos en la invitación cuando participe en centros de datos.</w:t>
            </w:r>
          </w:p>
        </w:tc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CBE0C8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[Total años válidos]</w:t>
            </w:r>
          </w:p>
        </w:tc>
        <w:tc>
          <w:tcPr>
            <w:tcW w:w="3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7B0E15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300B15AD" w14:textId="77777777" w:rsidTr="002A6A2E">
        <w:trPr>
          <w:cantSplit/>
          <w:jc w:val="center"/>
        </w:trPr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6A7A79" w14:textId="77777777" w:rsidR="00D4168A" w:rsidRDefault="003218A0">
            <w:r>
              <w:t>Proyecto específico puntuable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E960AE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Acreditar, según la especialidad, al menos un (1) contrato de intervención de una edificación correspondiente a un estudio de grabación, set o auditorio, con área diseñada o intervenida igual o superior a 500 m².</w:t>
            </w:r>
          </w:p>
        </w:tc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43A3FE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 / no aplica]</w:t>
            </w:r>
          </w:p>
        </w:tc>
        <w:tc>
          <w:tcPr>
            <w:tcW w:w="3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F73DD0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6AF94F3B" w14:textId="77777777" w:rsidTr="002A6A2E">
        <w:trPr>
          <w:cantSplit/>
          <w:jc w:val="center"/>
        </w:trPr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4B61C5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Condición para 20 puntos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2EBC32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Superar en dos (2) años o más la experiencia mínima habilitante y acreditar el proyecto específico en estudio de grabación, set o auditorio con área igual o superior a 500 m².</w:t>
            </w:r>
          </w:p>
        </w:tc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2B38B3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3"/>
                <w:lang w:val="es-CO"/>
              </w:rPr>
              <w:t>[Exceso en años / requisito complementario]</w:t>
            </w:r>
          </w:p>
        </w:tc>
        <w:tc>
          <w:tcPr>
            <w:tcW w:w="3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2B0204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</w:tbl>
    <w:p w14:paraId="79618D55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EXPERIENCIA PROFESIONAL Y PROYECTOS ESPECÍFICOS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955"/>
        <w:gridCol w:w="1183"/>
        <w:gridCol w:w="1540"/>
        <w:gridCol w:w="1694"/>
        <w:gridCol w:w="1826"/>
        <w:gridCol w:w="1225"/>
        <w:gridCol w:w="1223"/>
        <w:gridCol w:w="1358"/>
        <w:gridCol w:w="1540"/>
        <w:gridCol w:w="1178"/>
        <w:gridCol w:w="56"/>
      </w:tblGrid>
      <w:tr w:rsidR="000C5318" w14:paraId="51771730" w14:textId="77777777" w:rsidTr="002A6A2E">
        <w:trPr>
          <w:gridAfter w:val="1"/>
          <w:wAfter w:w="56" w:type="dxa"/>
          <w:tblHeader/>
          <w:jc w:val="center"/>
        </w:trPr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77DC4F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N.º</w:t>
            </w:r>
          </w:p>
        </w:tc>
        <w:tc>
          <w:tcPr>
            <w:tcW w:w="2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4B81D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Proyecto / contrato y contratante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C1D9D8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Cargo / rol</w:t>
            </w:r>
          </w:p>
        </w:tc>
        <w:tc>
          <w:tcPr>
            <w:tcW w:w="3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CF1626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sz w:val="12"/>
                <w:lang w:val="es-CO"/>
              </w:rPr>
              <w:t>Actividades propias de la especialidad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91921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Inicio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9F2200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Fin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E82E12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Meses válidos sin superposición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F67A7F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Proyecto estudio/set/auditorio ≥ 500 m² S/N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A6221B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Soporte / folio</w:t>
            </w:r>
          </w:p>
        </w:tc>
      </w:tr>
      <w:tr w:rsidR="000C5318" w14:paraId="3C37389B" w14:textId="77777777" w:rsidTr="002A6A2E">
        <w:trPr>
          <w:gridAfter w:val="1"/>
          <w:wAfter w:w="56" w:type="dxa"/>
          <w:cantSplit/>
          <w:jc w:val="center"/>
        </w:trPr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C15AD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1</w:t>
            </w:r>
          </w:p>
        </w:tc>
        <w:tc>
          <w:tcPr>
            <w:tcW w:w="2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C5B74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13FC5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C4C3F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9EA83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A7CC0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4BDD8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7F20F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21A80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45BDEE56" w14:textId="77777777" w:rsidTr="002A6A2E">
        <w:trPr>
          <w:gridAfter w:val="1"/>
          <w:wAfter w:w="56" w:type="dxa"/>
          <w:cantSplit/>
          <w:jc w:val="center"/>
        </w:trPr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83710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2</w:t>
            </w:r>
          </w:p>
        </w:tc>
        <w:tc>
          <w:tcPr>
            <w:tcW w:w="2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93971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17679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EE658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B992B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3DF91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8A421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158E6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049B1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05164F2E" w14:textId="77777777" w:rsidTr="002A6A2E">
        <w:trPr>
          <w:gridAfter w:val="1"/>
          <w:wAfter w:w="56" w:type="dxa"/>
          <w:cantSplit/>
          <w:jc w:val="center"/>
        </w:trPr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6D293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3</w:t>
            </w:r>
          </w:p>
        </w:tc>
        <w:tc>
          <w:tcPr>
            <w:tcW w:w="2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D20F5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A48FC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2D483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39692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832BC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3400E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13AF4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381F5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55AF5152" w14:textId="77777777" w:rsidTr="002A6A2E">
        <w:trPr>
          <w:gridAfter w:val="1"/>
          <w:wAfter w:w="56" w:type="dxa"/>
          <w:cantSplit/>
          <w:jc w:val="center"/>
        </w:trPr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E848A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4</w:t>
            </w:r>
          </w:p>
        </w:tc>
        <w:tc>
          <w:tcPr>
            <w:tcW w:w="2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37868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2FF54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E18CA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DD665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ABEDB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CABA8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639AD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3858B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1457FA0C" w14:textId="77777777" w:rsidTr="002A6A2E">
        <w:trPr>
          <w:gridAfter w:val="1"/>
          <w:wAfter w:w="56" w:type="dxa"/>
          <w:cantSplit/>
          <w:jc w:val="center"/>
        </w:trPr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CF9A8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5</w:t>
            </w:r>
          </w:p>
        </w:tc>
        <w:tc>
          <w:tcPr>
            <w:tcW w:w="2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67B11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0191D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45318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8935D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E395B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F30C5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2DE37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A7C0EF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21CFB43C" w14:textId="77777777" w:rsidTr="002A6A2E">
        <w:trPr>
          <w:gridAfter w:val="1"/>
          <w:wAfter w:w="56" w:type="dxa"/>
          <w:cantSplit/>
          <w:jc w:val="center"/>
        </w:trPr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2054B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6</w:t>
            </w:r>
          </w:p>
        </w:tc>
        <w:tc>
          <w:tcPr>
            <w:tcW w:w="2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5D8B8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BD83B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73EC7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44306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02CE9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BB6C0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2B990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9AE85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10EE1566" w14:textId="77777777" w:rsidTr="002A6A2E">
        <w:trPr>
          <w:cantSplit/>
          <w:jc w:val="center"/>
        </w:trPr>
        <w:tc>
          <w:tcPr>
            <w:tcW w:w="1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4233D8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meses válidos</w:t>
            </w:r>
          </w:p>
        </w:tc>
        <w:tc>
          <w:tcPr>
            <w:tcW w:w="4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CBBB56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DEB23A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años (meses / 12)</w:t>
            </w:r>
          </w:p>
        </w:tc>
        <w:tc>
          <w:tcPr>
            <w:tcW w:w="535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6828B3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</w:tr>
      <w:tr w:rsidR="000C5318" w14:paraId="7DD429D2" w14:textId="77777777" w:rsidTr="002A6A2E">
        <w:trPr>
          <w:cantSplit/>
          <w:jc w:val="center"/>
        </w:trPr>
        <w:tc>
          <w:tcPr>
            <w:tcW w:w="1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B7B0A4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Experiencia mínima del rol</w:t>
            </w:r>
          </w:p>
        </w:tc>
        <w:tc>
          <w:tcPr>
            <w:tcW w:w="4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003B19" w14:textId="77777777" w:rsidR="000C5318" w:rsidRDefault="009B6465">
            <w:pPr>
              <w:spacing w:after="0"/>
            </w:pPr>
            <w:r>
              <w:rPr>
                <w:color w:val="000000"/>
              </w:rPr>
              <w:t>5 años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E81EC6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Exceso sobre el mínimo</w:t>
            </w:r>
          </w:p>
        </w:tc>
        <w:tc>
          <w:tcPr>
            <w:tcW w:w="535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F172F6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 años</w:t>
            </w:r>
          </w:p>
        </w:tc>
      </w:tr>
      <w:tr w:rsidR="000C5318" w:rsidRPr="00316866" w14:paraId="3363FD84" w14:textId="77777777" w:rsidTr="002A6A2E">
        <w:trPr>
          <w:cantSplit/>
          <w:jc w:val="center"/>
        </w:trPr>
        <w:tc>
          <w:tcPr>
            <w:tcW w:w="1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55510D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b/>
                <w:color w:val="000000"/>
                <w:lang w:val="es-CO"/>
              </w:rPr>
              <w:t>N.º de proyectos específicos</w:t>
            </w:r>
          </w:p>
        </w:tc>
        <w:tc>
          <w:tcPr>
            <w:tcW w:w="4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1351FE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3D30D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Puntaje que declara acreditar</w:t>
            </w:r>
          </w:p>
        </w:tc>
        <w:tc>
          <w:tcPr>
            <w:tcW w:w="535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C613AE" w14:textId="77777777" w:rsidR="00D4168A" w:rsidRDefault="003218A0">
            <w:r>
              <w:t>☐</w:t>
            </w:r>
            <w:r>
              <w:t xml:space="preserve"> 0 puntos  ☐ 10 puntos  ☐ 20 puntos</w:t>
            </w:r>
          </w:p>
        </w:tc>
      </w:tr>
    </w:tbl>
    <w:p w14:paraId="1E017F8E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lastRenderedPageBreak/>
        <w:t>DOCUMENTOS HABILITANTES DEL PROFESIONAL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2614"/>
        <w:gridCol w:w="2843"/>
        <w:gridCol w:w="2843"/>
        <w:gridCol w:w="3044"/>
        <w:gridCol w:w="3114"/>
      </w:tblGrid>
      <w:tr w:rsidR="000C5318" w14:paraId="1C0CEEE7" w14:textId="77777777" w:rsidTr="005C6C82">
        <w:trPr>
          <w:tblHeader/>
          <w:jc w:val="center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8732D1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Documento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B559A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Aporta S/N/NA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3D8B27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Fecha / vigencia</w:t>
            </w:r>
          </w:p>
        </w:tc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101A15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Folio / nombre de archivo</w:t>
            </w:r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C552F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Observación del proponente</w:t>
            </w:r>
          </w:p>
        </w:tc>
      </w:tr>
      <w:tr w:rsidR="000C5318" w14:paraId="4D3D786B" w14:textId="77777777" w:rsidTr="005C6C82">
        <w:trPr>
          <w:cantSplit/>
          <w:jc w:val="center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35E29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Hoja de vida firmada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42B06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76D27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75C22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A71E2D" w14:textId="77777777" w:rsidR="000C5318" w:rsidRDefault="000C5318">
            <w:pPr>
              <w:spacing w:after="0"/>
            </w:pPr>
          </w:p>
        </w:tc>
      </w:tr>
      <w:tr w:rsidR="000C5318" w14:paraId="770D8F09" w14:textId="77777777" w:rsidTr="005C6C82">
        <w:trPr>
          <w:cantSplit/>
          <w:jc w:val="center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A41731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Documento de identidad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E836F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9212E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ECDC7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D2E7A6" w14:textId="77777777" w:rsidR="000C5318" w:rsidRDefault="000C5318">
            <w:pPr>
              <w:spacing w:after="0"/>
            </w:pPr>
          </w:p>
        </w:tc>
      </w:tr>
      <w:tr w:rsidR="000C5318" w14:paraId="5C46A2A9" w14:textId="77777777" w:rsidTr="005C6C82">
        <w:trPr>
          <w:cantSplit/>
          <w:jc w:val="center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355443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Diploma o acta de grado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EE824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07D16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F840F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E03B0F" w14:textId="77777777" w:rsidR="000C5318" w:rsidRDefault="000C5318">
            <w:pPr>
              <w:spacing w:after="0"/>
            </w:pPr>
          </w:p>
        </w:tc>
      </w:tr>
      <w:tr w:rsidR="000C5318" w14:paraId="006CADD8" w14:textId="77777777" w:rsidTr="005C6C82">
        <w:trPr>
          <w:cantSplit/>
          <w:jc w:val="center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DB2309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Matrícula, tarjeta o inscripción profesional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DBCA7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F3FC6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277B0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A67895" w14:textId="77777777" w:rsidR="000C5318" w:rsidRDefault="000C5318">
            <w:pPr>
              <w:spacing w:after="0"/>
            </w:pPr>
          </w:p>
        </w:tc>
      </w:tr>
      <w:tr w:rsidR="000C5318" w14:paraId="39A61AC1" w14:textId="77777777" w:rsidTr="005C6C82">
        <w:trPr>
          <w:cantSplit/>
          <w:jc w:val="center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55F66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Antecedentes disciplinarios profesionales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DAE3C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62039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319D9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767D00" w14:textId="77777777" w:rsidR="000C5318" w:rsidRDefault="000C5318">
            <w:pPr>
              <w:spacing w:after="0"/>
            </w:pPr>
          </w:p>
        </w:tc>
      </w:tr>
      <w:tr w:rsidR="000C5318" w14:paraId="2ED46411" w14:textId="77777777" w:rsidTr="005C6C82">
        <w:trPr>
          <w:cantSplit/>
          <w:jc w:val="center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5D28F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Certificaciones de experiencia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F982A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15B18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[Fechas]</w:t>
            </w:r>
          </w:p>
        </w:tc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48941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65D621" w14:textId="77777777" w:rsidR="000C5318" w:rsidRDefault="000C5318">
            <w:pPr>
              <w:spacing w:after="0"/>
            </w:pPr>
          </w:p>
        </w:tc>
      </w:tr>
      <w:tr w:rsidR="000C5318" w14:paraId="28DA701B" w14:textId="77777777" w:rsidTr="005C6C82">
        <w:trPr>
          <w:cantSplit/>
          <w:jc w:val="center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54B2DA" w14:textId="77777777" w:rsidR="000F6BA6" w:rsidRDefault="003218A0">
            <w:r>
              <w:t>Posgrado o formación adicional exigida, cuando aplique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01CF6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7FA68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251EC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1B856D" w14:textId="77777777" w:rsidR="000C5318" w:rsidRDefault="000C5318">
            <w:pPr>
              <w:spacing w:after="0"/>
            </w:pPr>
          </w:p>
        </w:tc>
      </w:tr>
      <w:tr w:rsidR="000C5318" w14:paraId="5C08F183" w14:textId="77777777" w:rsidTr="005C6C82">
        <w:trPr>
          <w:cantSplit/>
          <w:jc w:val="center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0B768D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Carta de compromiso y disponibilidad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CFE8A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1CF19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6CD3B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022317" w14:textId="77777777" w:rsidR="000C5318" w:rsidRDefault="000C5318">
            <w:pPr>
              <w:spacing w:after="0"/>
            </w:pPr>
          </w:p>
        </w:tc>
      </w:tr>
      <w:tr w:rsidR="000C5318" w14:paraId="0525D3AE" w14:textId="77777777" w:rsidTr="005C6C82">
        <w:trPr>
          <w:cantSplit/>
          <w:jc w:val="center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26055B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Declaración de inhabilidades y conflictos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A85AE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B56BB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F27D6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C2F45F" w14:textId="77777777" w:rsidR="000C5318" w:rsidRDefault="000C5318">
            <w:pPr>
              <w:spacing w:after="0"/>
            </w:pPr>
          </w:p>
        </w:tc>
      </w:tr>
      <w:tr w:rsidR="000C5318" w14:paraId="5E130F3D" w14:textId="77777777" w:rsidTr="005C6C82">
        <w:trPr>
          <w:cantSplit/>
          <w:jc w:val="center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3674A8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Vínculo / promesa de contratación, si aplica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F261E9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7013E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B802E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53E8B3" w14:textId="77777777" w:rsidR="000C5318" w:rsidRDefault="000C5318">
            <w:pPr>
              <w:spacing w:after="0"/>
            </w:pPr>
          </w:p>
        </w:tc>
      </w:tr>
    </w:tbl>
    <w:p w14:paraId="1C3C8CE0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DECLARACIÓN Y FIRMA DEL PROFESIONAL</w:t>
      </w:r>
    </w:p>
    <w:p w14:paraId="59F52E90" w14:textId="77777777" w:rsidR="000C5318" w:rsidRPr="00F92246" w:rsidRDefault="009B6465">
      <w:pPr>
        <w:spacing w:after="60"/>
        <w:jc w:val="both"/>
        <w:rPr>
          <w:lang w:val="es-CO"/>
        </w:rPr>
      </w:pPr>
      <w:r w:rsidRPr="00F92246">
        <w:rPr>
          <w:lang w:val="es-CO"/>
        </w:rPr>
        <w:t>Bajo la gravedad de juramento declaro que la información y soportes son auténticos, exactos y verificables; conozco el objeto, alcance, plazo y obligaciones; acepto el rol; cuento con disponibilidad; no estoy incurso(a) en inhabilidad, incompatibilidad, conflicto de interés, sanción o prohibición; y autorizo la verificación de mis antecedentes y experiencia.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3547"/>
        <w:gridCol w:w="3547"/>
        <w:gridCol w:w="3816"/>
        <w:gridCol w:w="3548"/>
      </w:tblGrid>
      <w:tr w:rsidR="000C5318" w14:paraId="18B14AB5" w14:textId="77777777">
        <w:trPr>
          <w:tblHeader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082534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Firma del profesional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87FC08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Nombre / C.C.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DC84F7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lang w:val="es-CO"/>
              </w:rPr>
              <w:t>Firma del proponente / representante legal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E5CB33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Fecha</w:t>
            </w:r>
          </w:p>
        </w:tc>
      </w:tr>
      <w:tr w:rsidR="000C5318" w14:paraId="4D815260" w14:textId="77777777">
        <w:trPr>
          <w:cantSplit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8BB9C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63C237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 / [C.C.]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1EA28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4DFA1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[DD/MM/AAAA]</w:t>
            </w:r>
          </w:p>
        </w:tc>
      </w:tr>
    </w:tbl>
    <w:p w14:paraId="754201EA" w14:textId="77777777" w:rsidR="000C5318" w:rsidRDefault="009B6465">
      <w:r>
        <w:br w:type="page"/>
      </w:r>
    </w:p>
    <w:p w14:paraId="0050746F" w14:textId="77777777" w:rsidR="000C5318" w:rsidRPr="00F92246" w:rsidRDefault="009B6465">
      <w:pPr>
        <w:keepNext/>
        <w:pBdr>
          <w:bottom w:val="single" w:sz="12" w:space="2" w:color="92D050"/>
        </w:pBdr>
        <w:spacing w:before="100" w:after="60"/>
        <w:jc w:val="center"/>
        <w:rPr>
          <w:lang w:val="es-CO"/>
        </w:rPr>
      </w:pPr>
      <w:r w:rsidRPr="00F92246">
        <w:rPr>
          <w:b/>
          <w:sz w:val="19"/>
          <w:lang w:val="es-CO"/>
        </w:rPr>
        <w:lastRenderedPageBreak/>
        <w:t>FICHA 7. PROFESIONAL PRINCIPAL - SEGURIDAD HUMANA, DETECCIÓN, ALARMA Y PROTECCIÓN CONTRA INCENDIOS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4608"/>
        <w:gridCol w:w="2592"/>
        <w:gridCol w:w="4608"/>
      </w:tblGrid>
      <w:tr w:rsidR="000C5318" w14:paraId="056FA11D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8F748F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Nombre completo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774832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19A1E0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C.C.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63BDA7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0C5318" w14:paraId="5CCA0DE2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84892A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Profesión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8EC981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D52B04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Posgrado / formación adicional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DFE111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 / no aplica]</w:t>
            </w:r>
          </w:p>
        </w:tc>
      </w:tr>
      <w:tr w:rsidR="000C5318" w14:paraId="46479C2B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838698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Matrícula / tarjeta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CF59D9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B6B17F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Consejo y vigencia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C442E9" w14:textId="77777777" w:rsidR="000C5318" w:rsidRDefault="009B6465">
            <w:pPr>
              <w:spacing w:after="0"/>
            </w:pPr>
            <w:r>
              <w:rPr>
                <w:color w:val="000000"/>
              </w:rPr>
              <w:t>[Entidad / fecha]</w:t>
            </w:r>
          </w:p>
        </w:tc>
      </w:tr>
      <w:tr w:rsidR="000C5318" w14:paraId="0AFEAAA8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3EE7F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Fecha de expedición matrícula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55364F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115728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Inicio legal del cómputo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4966EF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0C5318" w14:paraId="65A2E2E2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E59B9D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Vinculación con proponente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8FB2CD" w14:textId="77777777" w:rsidR="000C5318" w:rsidRDefault="009B6465">
            <w:pPr>
              <w:spacing w:after="0"/>
            </w:pPr>
            <w:r>
              <w:rPr>
                <w:color w:val="000000"/>
              </w:rPr>
              <w:t>☐ Propio   ☐ Contratista   ☐ Subconsultor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CB1101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Disponibilidad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58257D" w14:textId="77777777" w:rsidR="000C5318" w:rsidRDefault="009B6465">
            <w:pPr>
              <w:spacing w:after="0"/>
            </w:pPr>
            <w:r>
              <w:rPr>
                <w:color w:val="000000"/>
              </w:rPr>
              <w:t>[Horas/semana y fases]</w:t>
            </w:r>
          </w:p>
        </w:tc>
      </w:tr>
      <w:tr w:rsidR="000C5318" w14:paraId="30D4626A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E6D3F7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Rol ofrecido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5E78BC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lang w:val="es-CO"/>
              </w:rPr>
              <w:t>Seguridad humana, detección, alarma y protección contra incendios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4A7B25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Profesional principal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6312C8" w14:textId="77777777" w:rsidR="000C5318" w:rsidRDefault="009B6465">
            <w:pPr>
              <w:spacing w:after="0"/>
            </w:pPr>
            <w:r>
              <w:rPr>
                <w:color w:val="000000"/>
              </w:rPr>
              <w:t>☐ Sí</w:t>
            </w:r>
          </w:p>
        </w:tc>
      </w:tr>
    </w:tbl>
    <w:p w14:paraId="5ED05B97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REQUISITOS DEL ROL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2091"/>
        <w:gridCol w:w="5750"/>
        <w:gridCol w:w="3477"/>
        <w:gridCol w:w="3140"/>
      </w:tblGrid>
      <w:tr w:rsidR="000C5318" w14:paraId="275FF6BE" w14:textId="77777777" w:rsidTr="005B7776">
        <w:trPr>
          <w:tblHeader/>
          <w:jc w:val="center"/>
        </w:trPr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569CF3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Tipo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D0021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Exigencia de la invitación</w:t>
            </w:r>
          </w:p>
        </w:tc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ED619C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sz w:val="13"/>
                <w:lang w:val="es-CO"/>
              </w:rPr>
              <w:t>Dato declarado por el proponente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C6600E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Soporte / folio</w:t>
            </w:r>
          </w:p>
        </w:tc>
      </w:tr>
      <w:tr w:rsidR="000C5318" w14:paraId="6FA00B0F" w14:textId="77777777" w:rsidTr="005B7776">
        <w:trPr>
          <w:cantSplit/>
          <w:jc w:val="center"/>
        </w:trPr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89A207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Formación y matrícula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EDE73C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Ingeniero civil, mecánico, sanitario, arquitecto o profesional legalmente facultado para desarrollar la especialidad, con matrícula profesional vigente.</w:t>
            </w:r>
          </w:p>
        </w:tc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F0AD0C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cumplimiento]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2B4FC5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759BC274" w14:textId="77777777" w:rsidTr="005B7776">
        <w:trPr>
          <w:cantSplit/>
          <w:jc w:val="center"/>
        </w:trPr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D53E20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Experiencia específica mínima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5E35DB" w14:textId="77777777" w:rsidR="000F6BA6" w:rsidRDefault="003218A0">
            <w:r>
              <w:t>Cinco (5) años de experiencia en diseño de seguridad humana, sistemas de detección y alarma o redes de protección contra incendios en edificaciones institucionales, corporativas, ocupadas o en funcionamiento.</w:t>
            </w:r>
          </w:p>
        </w:tc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3023C2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[Total años válidos]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D8BB71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4C6E36FC" w14:textId="77777777" w:rsidTr="005B7776">
        <w:trPr>
          <w:cantSplit/>
          <w:jc w:val="center"/>
        </w:trPr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AD0063" w14:textId="77777777" w:rsidR="00D4168A" w:rsidRDefault="003218A0">
            <w:r>
              <w:t>Proyecto específico puntuable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F4B833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Acreditar, según la especialidad, al menos un (1) contrato de intervención de una edificación correspondiente a un estudio de grabación, set o auditorio, con área diseñada o intervenida igual o superior a 500 m².</w:t>
            </w:r>
          </w:p>
        </w:tc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D8FF96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 / no aplica]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D214A1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0F23BBF2" w14:textId="77777777" w:rsidTr="005B7776">
        <w:trPr>
          <w:cantSplit/>
          <w:jc w:val="center"/>
        </w:trPr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403ADD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Condición para 20 puntos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4B3506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Superar en dos (2) años o más la experiencia mínima habilitante y acreditar el proyecto específico en estudio de grabación, set o auditorio con área igual o superior a 500 m².</w:t>
            </w:r>
          </w:p>
        </w:tc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0B5F60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3"/>
                <w:lang w:val="es-CO"/>
              </w:rPr>
              <w:t>[Exceso en años / requisito complementario]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568B1E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</w:tbl>
    <w:p w14:paraId="68EDDAD0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EXPERIENCIA PROFESIONAL Y PROYECTOS ESPECÍFICOS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539"/>
        <w:gridCol w:w="947"/>
        <w:gridCol w:w="1173"/>
        <w:gridCol w:w="1526"/>
        <w:gridCol w:w="1680"/>
        <w:gridCol w:w="1810"/>
        <w:gridCol w:w="1526"/>
        <w:gridCol w:w="11"/>
        <w:gridCol w:w="1515"/>
        <w:gridCol w:w="1526"/>
        <w:gridCol w:w="1082"/>
        <w:gridCol w:w="1078"/>
        <w:gridCol w:w="45"/>
      </w:tblGrid>
      <w:tr w:rsidR="000C5318" w14:paraId="62F8F14D" w14:textId="77777777" w:rsidTr="005B7776">
        <w:trPr>
          <w:gridAfter w:val="1"/>
          <w:wAfter w:w="45" w:type="dxa"/>
          <w:tblHeader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F03FFC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N.º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D35D52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Proyecto / contrato y contratante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AFE42A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Cargo / rol</w:t>
            </w:r>
          </w:p>
        </w:tc>
        <w:tc>
          <w:tcPr>
            <w:tcW w:w="3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D0DCC7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sz w:val="12"/>
                <w:lang w:val="es-CO"/>
              </w:rPr>
              <w:t>Actividades propias de la especialidad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B276A4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Inicio</w:t>
            </w:r>
          </w:p>
        </w:tc>
        <w:tc>
          <w:tcPr>
            <w:tcW w:w="1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7E3BD5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Fin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CA3472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Meses válidos sin superposición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3DFF5F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Proyecto estudio/set/auditorio ≥ 500 m² S/N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C02284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Soporte / folio</w:t>
            </w:r>
          </w:p>
        </w:tc>
      </w:tr>
      <w:tr w:rsidR="000C5318" w14:paraId="131A04BC" w14:textId="77777777" w:rsidTr="005B7776">
        <w:trPr>
          <w:gridAfter w:val="1"/>
          <w:wAfter w:w="45" w:type="dxa"/>
          <w:cantSplit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4DFE8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1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2A359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55E22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D2DBC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46055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4775E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82171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BC01A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A99388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233732FF" w14:textId="77777777" w:rsidTr="005B7776">
        <w:trPr>
          <w:gridAfter w:val="1"/>
          <w:wAfter w:w="45" w:type="dxa"/>
          <w:cantSplit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345F8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2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41F04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AC722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A4BE4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25724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9DF39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97EED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B2339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71723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1A52FD62" w14:textId="77777777" w:rsidTr="005B7776">
        <w:trPr>
          <w:gridAfter w:val="1"/>
          <w:wAfter w:w="45" w:type="dxa"/>
          <w:cantSplit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AC2F0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3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945FC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2B3F6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2BC0F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966AD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8DB34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23068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BE462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97242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69952E90" w14:textId="77777777" w:rsidTr="005B7776">
        <w:trPr>
          <w:gridAfter w:val="1"/>
          <w:wAfter w:w="45" w:type="dxa"/>
          <w:cantSplit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CF4CD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4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C32BA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6E2F7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207A0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F5E0B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BAB0A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18179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4EC22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7BC72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3EA2CDB4" w14:textId="77777777" w:rsidTr="005B7776">
        <w:trPr>
          <w:gridAfter w:val="1"/>
          <w:wAfter w:w="45" w:type="dxa"/>
          <w:cantSplit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28380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5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F97B9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06578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586E1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84745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6F535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DC28F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1D2E3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83496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610514E0" w14:textId="77777777" w:rsidTr="005B7776">
        <w:trPr>
          <w:gridAfter w:val="1"/>
          <w:wAfter w:w="45" w:type="dxa"/>
          <w:cantSplit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BA467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6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2DEF1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391C9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0BB12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97807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27BBD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5D9E1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87A02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185F1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40738D49" w14:textId="77777777" w:rsidTr="005B7776">
        <w:trPr>
          <w:cantSplit/>
          <w:jc w:val="center"/>
        </w:trPr>
        <w:tc>
          <w:tcPr>
            <w:tcW w:w="14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FECA91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meses válidos</w:t>
            </w:r>
          </w:p>
        </w:tc>
        <w:tc>
          <w:tcPr>
            <w:tcW w:w="43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ADD373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3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95B427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años (meses / 12)</w:t>
            </w:r>
          </w:p>
        </w:tc>
        <w:tc>
          <w:tcPr>
            <w:tcW w:w="52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2CF9B0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</w:tr>
      <w:tr w:rsidR="000C5318" w14:paraId="6482140E" w14:textId="77777777" w:rsidTr="005B7776">
        <w:trPr>
          <w:cantSplit/>
          <w:jc w:val="center"/>
        </w:trPr>
        <w:tc>
          <w:tcPr>
            <w:tcW w:w="14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FFF3C6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Experiencia mínima del rol</w:t>
            </w:r>
          </w:p>
        </w:tc>
        <w:tc>
          <w:tcPr>
            <w:tcW w:w="43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37CCFF" w14:textId="4CA01217" w:rsidR="000C5318" w:rsidRDefault="00316866">
            <w:pPr>
              <w:spacing w:after="0"/>
            </w:pPr>
            <w:r>
              <w:rPr>
                <w:color w:val="000000"/>
              </w:rPr>
              <w:t>5</w:t>
            </w:r>
            <w:r w:rsidR="009B6465">
              <w:rPr>
                <w:color w:val="000000"/>
              </w:rPr>
              <w:t xml:space="preserve"> años</w:t>
            </w:r>
          </w:p>
        </w:tc>
        <w:tc>
          <w:tcPr>
            <w:tcW w:w="33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C012DA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Exceso sobre el mínimo</w:t>
            </w:r>
          </w:p>
        </w:tc>
        <w:tc>
          <w:tcPr>
            <w:tcW w:w="52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A00239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 años</w:t>
            </w:r>
          </w:p>
        </w:tc>
      </w:tr>
      <w:tr w:rsidR="000C5318" w:rsidRPr="00316866" w14:paraId="1DC2DF9B" w14:textId="77777777" w:rsidTr="005B7776">
        <w:trPr>
          <w:cantSplit/>
          <w:jc w:val="center"/>
        </w:trPr>
        <w:tc>
          <w:tcPr>
            <w:tcW w:w="14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4844A2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b/>
                <w:color w:val="000000"/>
                <w:lang w:val="es-CO"/>
              </w:rPr>
              <w:lastRenderedPageBreak/>
              <w:t>N.º de proyectos específicos</w:t>
            </w:r>
          </w:p>
        </w:tc>
        <w:tc>
          <w:tcPr>
            <w:tcW w:w="43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7DFC1B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3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3D5805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Puntaje que declara acreditar</w:t>
            </w:r>
          </w:p>
        </w:tc>
        <w:tc>
          <w:tcPr>
            <w:tcW w:w="52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7AB156" w14:textId="77777777" w:rsidR="00D4168A" w:rsidRDefault="003218A0">
            <w:r>
              <w:t>☐</w:t>
            </w:r>
            <w:r>
              <w:t xml:space="preserve"> 0 puntos  ☐ 10 puntos  ☐ 20 puntos</w:t>
            </w:r>
          </w:p>
        </w:tc>
      </w:tr>
    </w:tbl>
    <w:p w14:paraId="0F4A8F6A" w14:textId="77777777" w:rsidR="005B7776" w:rsidRPr="000807AE" w:rsidRDefault="005B7776">
      <w:pPr>
        <w:keepNext/>
        <w:pBdr>
          <w:bottom w:val="single" w:sz="12" w:space="2" w:color="92D050"/>
        </w:pBdr>
        <w:spacing w:before="100" w:after="60"/>
        <w:jc w:val="center"/>
        <w:rPr>
          <w:b/>
          <w:sz w:val="19"/>
          <w:lang w:val="es-CO"/>
        </w:rPr>
      </w:pPr>
    </w:p>
    <w:p w14:paraId="5808FE7F" w14:textId="4FC33810" w:rsidR="000C5318" w:rsidRDefault="009B6465" w:rsidP="005B7776">
      <w:pPr>
        <w:keepNext/>
        <w:pBdr>
          <w:bottom w:val="single" w:sz="12" w:space="2" w:color="92D050"/>
        </w:pBdr>
        <w:tabs>
          <w:tab w:val="left" w:pos="1418"/>
        </w:tabs>
        <w:spacing w:before="100" w:after="60"/>
        <w:jc w:val="center"/>
      </w:pPr>
      <w:r>
        <w:rPr>
          <w:b/>
          <w:sz w:val="19"/>
        </w:rPr>
        <w:t>DOCUMENTOS HABILITANTES DEL PROFESIONAL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2642"/>
        <w:gridCol w:w="2836"/>
        <w:gridCol w:w="2836"/>
        <w:gridCol w:w="3036"/>
        <w:gridCol w:w="3108"/>
      </w:tblGrid>
      <w:tr w:rsidR="000C5318" w14:paraId="36DEA208" w14:textId="77777777" w:rsidTr="005B7776">
        <w:trPr>
          <w:tblHeader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182906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Documento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EAB1AE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Aporta S/N/NA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AF4CA2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Fecha / vigencia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1BB666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Folio / nombre de archivo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312ED6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Observación del proponente</w:t>
            </w:r>
          </w:p>
        </w:tc>
      </w:tr>
      <w:tr w:rsidR="000C5318" w14:paraId="7BBF60B8" w14:textId="77777777" w:rsidTr="005B7776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FAE20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Hoja de vida firmada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BDE73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5BACB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FE388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2CC8964" w14:textId="77777777" w:rsidR="000C5318" w:rsidRDefault="000C5318">
            <w:pPr>
              <w:spacing w:after="0"/>
            </w:pPr>
          </w:p>
        </w:tc>
      </w:tr>
      <w:tr w:rsidR="000C5318" w14:paraId="3D476616" w14:textId="77777777" w:rsidTr="005B7776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EE772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Documento de identidad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5E94D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8115C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2D886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D69CBA" w14:textId="77777777" w:rsidR="000C5318" w:rsidRDefault="000C5318">
            <w:pPr>
              <w:spacing w:after="0"/>
            </w:pPr>
          </w:p>
        </w:tc>
      </w:tr>
      <w:tr w:rsidR="000C5318" w14:paraId="597900E3" w14:textId="77777777" w:rsidTr="005B7776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241DA6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Diploma o acta de grado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926A5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06107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B2EAB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E44D5F" w14:textId="77777777" w:rsidR="000C5318" w:rsidRDefault="000C5318">
            <w:pPr>
              <w:spacing w:after="0"/>
            </w:pPr>
          </w:p>
        </w:tc>
      </w:tr>
      <w:tr w:rsidR="000C5318" w14:paraId="2C3BCA3A" w14:textId="77777777" w:rsidTr="005B7776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23FA55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Matrícula, tarjeta o inscripción profesional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4737A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2E613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A54AEF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C8D262" w14:textId="77777777" w:rsidR="000C5318" w:rsidRDefault="000C5318">
            <w:pPr>
              <w:spacing w:after="0"/>
            </w:pPr>
          </w:p>
        </w:tc>
      </w:tr>
      <w:tr w:rsidR="000C5318" w14:paraId="5C332B48" w14:textId="77777777" w:rsidTr="005B7776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C9D7A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Antecedentes disciplinarios profesionales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621D0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011BD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96EA9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B18B20" w14:textId="77777777" w:rsidR="000C5318" w:rsidRDefault="000C5318">
            <w:pPr>
              <w:spacing w:after="0"/>
            </w:pPr>
          </w:p>
        </w:tc>
      </w:tr>
      <w:tr w:rsidR="000C5318" w14:paraId="40A595EC" w14:textId="77777777" w:rsidTr="005B7776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104F2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Certificaciones de experiencia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B8AD5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DF6C6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[Fechas]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4D836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B7E3AA" w14:textId="77777777" w:rsidR="000C5318" w:rsidRDefault="000C5318">
            <w:pPr>
              <w:spacing w:after="0"/>
            </w:pPr>
          </w:p>
        </w:tc>
      </w:tr>
      <w:tr w:rsidR="000C5318" w14:paraId="6021749A" w14:textId="77777777" w:rsidTr="005B7776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44D22D" w14:textId="77777777" w:rsidR="000F6BA6" w:rsidRDefault="003218A0">
            <w:r>
              <w:t>Posgrado o formación adicional exigida, cuando aplique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5DCAD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3C7A0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22D83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CD256C" w14:textId="77777777" w:rsidR="000C5318" w:rsidRDefault="000C5318">
            <w:pPr>
              <w:spacing w:after="0"/>
            </w:pPr>
          </w:p>
        </w:tc>
      </w:tr>
      <w:tr w:rsidR="000C5318" w14:paraId="393B98D4" w14:textId="77777777" w:rsidTr="005B7776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832603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Carta de compromiso y disponibilidad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563AC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19972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C9334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C0D86D" w14:textId="77777777" w:rsidR="000C5318" w:rsidRDefault="000C5318">
            <w:pPr>
              <w:spacing w:after="0"/>
            </w:pPr>
          </w:p>
        </w:tc>
      </w:tr>
      <w:tr w:rsidR="000C5318" w14:paraId="25596DF5" w14:textId="77777777" w:rsidTr="005B7776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62BE94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Declaración de inhabilidades y conflictos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360B2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55E93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E2044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CA20CF" w14:textId="77777777" w:rsidR="000C5318" w:rsidRDefault="000C5318">
            <w:pPr>
              <w:spacing w:after="0"/>
            </w:pPr>
          </w:p>
        </w:tc>
      </w:tr>
      <w:tr w:rsidR="000C5318" w14:paraId="54122719" w14:textId="77777777" w:rsidTr="005B7776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DC11CA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Vínculo / promesa de contratación, si aplica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A35EA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7318A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851BA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839C5C" w14:textId="77777777" w:rsidR="000C5318" w:rsidRDefault="000C5318">
            <w:pPr>
              <w:spacing w:after="0"/>
            </w:pPr>
          </w:p>
        </w:tc>
      </w:tr>
    </w:tbl>
    <w:p w14:paraId="5772D455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DECLARACIÓN Y FIRMA DEL PROFESIONAL</w:t>
      </w:r>
    </w:p>
    <w:p w14:paraId="6B48958C" w14:textId="77777777" w:rsidR="000C5318" w:rsidRPr="00F92246" w:rsidRDefault="009B6465">
      <w:pPr>
        <w:spacing w:after="60"/>
        <w:jc w:val="both"/>
        <w:rPr>
          <w:lang w:val="es-CO"/>
        </w:rPr>
      </w:pPr>
      <w:r w:rsidRPr="00F92246">
        <w:rPr>
          <w:lang w:val="es-CO"/>
        </w:rPr>
        <w:t>Bajo la gravedad de juramento declaro que la información y soportes son auténticos, exactos y verificables; conozco el objeto, alcance, plazo y obligaciones; acepto el rol; cuento con disponibilidad; no estoy incurso(a) en inhabilidad, incompatibilidad, conflicto de interés, sanción o prohibición; y autorizo la verificación de mis antecedentes y experiencia.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3547"/>
        <w:gridCol w:w="3547"/>
        <w:gridCol w:w="3816"/>
        <w:gridCol w:w="3548"/>
      </w:tblGrid>
      <w:tr w:rsidR="000C5318" w14:paraId="61FE9901" w14:textId="77777777">
        <w:trPr>
          <w:tblHeader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9DFF70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Firma del profesional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5D54F5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Nombre / C.C.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914312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lang w:val="es-CO"/>
              </w:rPr>
              <w:t>Firma del proponente / representante legal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C7045A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Fecha</w:t>
            </w:r>
          </w:p>
        </w:tc>
      </w:tr>
      <w:tr w:rsidR="000C5318" w14:paraId="3510308D" w14:textId="77777777">
        <w:trPr>
          <w:cantSplit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40B0E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D04DB6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 / [C.C.]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42224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28B0B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[DD/MM/AAAA]</w:t>
            </w:r>
          </w:p>
        </w:tc>
      </w:tr>
    </w:tbl>
    <w:p w14:paraId="4923636B" w14:textId="77777777" w:rsidR="000C5318" w:rsidRDefault="009B6465">
      <w:r>
        <w:br w:type="page"/>
      </w:r>
    </w:p>
    <w:p w14:paraId="6DA9E3AC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lastRenderedPageBreak/>
        <w:t>FICHA 8. PROFESIONAL PRINCIPAL - REDES HIDROSANITARIAS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4608"/>
        <w:gridCol w:w="2592"/>
        <w:gridCol w:w="4608"/>
      </w:tblGrid>
      <w:tr w:rsidR="000C5318" w14:paraId="6F9D3D41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903B97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Nombre completo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4ADE4F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3F36FE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C.C.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2D9441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0C5318" w14:paraId="4945BCB8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43D6EE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Profesión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995B54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516A87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Posgrado / formación adicional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707BAE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 / no aplica]</w:t>
            </w:r>
          </w:p>
        </w:tc>
      </w:tr>
      <w:tr w:rsidR="000C5318" w14:paraId="0407C39F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65B816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Matrícula / tarjeta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53E448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697226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Consejo y vigencia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4D0D66" w14:textId="77777777" w:rsidR="000C5318" w:rsidRDefault="009B6465">
            <w:pPr>
              <w:spacing w:after="0"/>
            </w:pPr>
            <w:r>
              <w:rPr>
                <w:color w:val="000000"/>
              </w:rPr>
              <w:t>[Entidad / fecha]</w:t>
            </w:r>
          </w:p>
        </w:tc>
      </w:tr>
      <w:tr w:rsidR="000C5318" w14:paraId="48BD5264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E85BC4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Fecha de expedición matrícula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154B9A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022990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Inicio legal del cómputo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015241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0C5318" w14:paraId="20CDD534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0EAACF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Vinculación con proponente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BB90EE" w14:textId="77777777" w:rsidR="000C5318" w:rsidRDefault="009B6465">
            <w:pPr>
              <w:spacing w:after="0"/>
            </w:pPr>
            <w:r>
              <w:rPr>
                <w:color w:val="000000"/>
              </w:rPr>
              <w:t>☐ Propio   ☐ Contratista   ☐ Subconsultor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B3CA1C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Disponibilidad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5D713C" w14:textId="77777777" w:rsidR="000C5318" w:rsidRDefault="009B6465">
            <w:pPr>
              <w:spacing w:after="0"/>
            </w:pPr>
            <w:r>
              <w:rPr>
                <w:color w:val="000000"/>
              </w:rPr>
              <w:t>[Horas/semana y fases]</w:t>
            </w:r>
          </w:p>
        </w:tc>
      </w:tr>
      <w:tr w:rsidR="000C5318" w14:paraId="77607D2D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78ED88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Rol ofrecido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3D3261" w14:textId="77777777" w:rsidR="000C5318" w:rsidRDefault="009B6465">
            <w:pPr>
              <w:spacing w:after="0"/>
            </w:pPr>
            <w:r>
              <w:rPr>
                <w:color w:val="000000"/>
              </w:rPr>
              <w:t>Redes hidrosanitarias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C28104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Profesional principal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DC3EC3" w14:textId="77777777" w:rsidR="000C5318" w:rsidRDefault="009B6465">
            <w:pPr>
              <w:spacing w:after="0"/>
            </w:pPr>
            <w:r>
              <w:rPr>
                <w:color w:val="000000"/>
              </w:rPr>
              <w:t>☐ Sí</w:t>
            </w:r>
          </w:p>
        </w:tc>
      </w:tr>
    </w:tbl>
    <w:p w14:paraId="4BAF2C58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REQUISITOS DEL ROL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2342"/>
        <w:gridCol w:w="5805"/>
        <w:gridCol w:w="3510"/>
        <w:gridCol w:w="2801"/>
      </w:tblGrid>
      <w:tr w:rsidR="000C5318" w14:paraId="5E96AFEB" w14:textId="77777777" w:rsidTr="005B7776">
        <w:trPr>
          <w:tblHeader/>
          <w:jc w:val="center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4515B2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Tipo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5E0C74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Exigencia de la invitación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10A039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sz w:val="13"/>
                <w:lang w:val="es-CO"/>
              </w:rPr>
              <w:t>Dato declarado por el proponente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DF7BA0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Soporte / folio</w:t>
            </w:r>
          </w:p>
        </w:tc>
      </w:tr>
      <w:tr w:rsidR="000C5318" w14:paraId="68103EE7" w14:textId="77777777" w:rsidTr="005B7776">
        <w:trPr>
          <w:cantSplit/>
          <w:jc w:val="center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E7C1E1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Formación y matrícula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F1F134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Ingeniero civil, sanitario, hidráulico o profesional legalmente facultado para desarrollar la especialidad, con matrícula profesional vigente.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2625F9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cumplimiento]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8BB0F3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652CC22D" w14:textId="77777777" w:rsidTr="005B7776">
        <w:trPr>
          <w:cantSplit/>
          <w:jc w:val="center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24A2206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Experiencia específica mínima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BF443E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Cinco (5) años en diseño de redes hidrosanitarias para edificaciones corporativas, institucionales o de oficinas.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233747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[Total años válidos]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0C6288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6FA9C882" w14:textId="77777777" w:rsidTr="005B7776">
        <w:trPr>
          <w:cantSplit/>
          <w:jc w:val="center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A9B020" w14:textId="77777777" w:rsidR="00D4168A" w:rsidRDefault="003218A0">
            <w:r>
              <w:t>Proyecto específico puntuable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D69EE8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Acreditar, según la especialidad, al menos un (1) contrato de intervención de una edificación correspondiente a un estudio de grabación, set o auditorio, con área diseñada o intervenida igual o superior a 500 m².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59172C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 / no aplica]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DAD854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5EAC3938" w14:textId="77777777" w:rsidTr="005B7776">
        <w:trPr>
          <w:cantSplit/>
          <w:jc w:val="center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7E13B1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Condición para 20 puntos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9AF79B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Superar en dos (2) años o más la experiencia mínima habilitante y acreditar el proyecto específico en estudio de grabación, set o auditorio con área igual o superior a 500 m².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589713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3"/>
                <w:lang w:val="es-CO"/>
              </w:rPr>
              <w:t>[Exceso en años / requisito complementario]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A87C0F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</w:tbl>
    <w:p w14:paraId="101BF728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EXPERIENCIA PROFESIONAL Y PROYECTOS ESPECÍFICOS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544"/>
        <w:gridCol w:w="955"/>
        <w:gridCol w:w="1183"/>
        <w:gridCol w:w="1538"/>
        <w:gridCol w:w="1693"/>
        <w:gridCol w:w="1503"/>
        <w:gridCol w:w="1538"/>
        <w:gridCol w:w="25"/>
        <w:gridCol w:w="1513"/>
        <w:gridCol w:w="1538"/>
        <w:gridCol w:w="1090"/>
        <w:gridCol w:w="1330"/>
        <w:gridCol w:w="8"/>
      </w:tblGrid>
      <w:tr w:rsidR="000C5318" w14:paraId="1A791384" w14:textId="77777777" w:rsidTr="005B7776">
        <w:trPr>
          <w:gridAfter w:val="1"/>
          <w:wAfter w:w="8" w:type="dxa"/>
          <w:tblHeader/>
          <w:jc w:val="center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E57CE5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N.º</w:t>
            </w:r>
          </w:p>
        </w:tc>
        <w:tc>
          <w:tcPr>
            <w:tcW w:w="2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F51BFB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Proyecto / contrato y contratante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3F4E44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Cargo / rol</w:t>
            </w:r>
          </w:p>
        </w:tc>
        <w:tc>
          <w:tcPr>
            <w:tcW w:w="3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AAA57A0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sz w:val="12"/>
                <w:lang w:val="es-CO"/>
              </w:rPr>
              <w:t>Actividades propias de la especialidad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F07590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Inicio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DAC006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Fin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056E2F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Meses válidos sin superposición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19E089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Proyecto estudio/set/auditorio ≥ 500 m² S/N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EE4FD2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Soporte / folio</w:t>
            </w:r>
          </w:p>
        </w:tc>
      </w:tr>
      <w:tr w:rsidR="000C5318" w14:paraId="213F798E" w14:textId="77777777" w:rsidTr="005B7776">
        <w:trPr>
          <w:gridAfter w:val="1"/>
          <w:wAfter w:w="8" w:type="dxa"/>
          <w:cantSplit/>
          <w:jc w:val="center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EE7BD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1</w:t>
            </w:r>
          </w:p>
        </w:tc>
        <w:tc>
          <w:tcPr>
            <w:tcW w:w="2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115BC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FB442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734C7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4A1E9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84761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B4795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A02F5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45C91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17A3EDBB" w14:textId="77777777" w:rsidTr="005B7776">
        <w:trPr>
          <w:gridAfter w:val="1"/>
          <w:wAfter w:w="8" w:type="dxa"/>
          <w:cantSplit/>
          <w:jc w:val="center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26F10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2</w:t>
            </w:r>
          </w:p>
        </w:tc>
        <w:tc>
          <w:tcPr>
            <w:tcW w:w="2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F9C5C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263A0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8C7E8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DFABA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C8397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51A5B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4EE6E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FDCCB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7EFA47F8" w14:textId="77777777" w:rsidTr="005B7776">
        <w:trPr>
          <w:gridAfter w:val="1"/>
          <w:wAfter w:w="8" w:type="dxa"/>
          <w:cantSplit/>
          <w:jc w:val="center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E3CBD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3</w:t>
            </w:r>
          </w:p>
        </w:tc>
        <w:tc>
          <w:tcPr>
            <w:tcW w:w="2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10252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6DDC4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A7978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6D282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AA41A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A5633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2DBC34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DFE25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664BCBBE" w14:textId="77777777" w:rsidTr="005B7776">
        <w:trPr>
          <w:gridAfter w:val="1"/>
          <w:wAfter w:w="8" w:type="dxa"/>
          <w:cantSplit/>
          <w:jc w:val="center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A7E05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4</w:t>
            </w:r>
          </w:p>
        </w:tc>
        <w:tc>
          <w:tcPr>
            <w:tcW w:w="2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555A9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80500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8B173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05E6A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6D85E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B7D46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5C3E3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CAE8A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76C59AA5" w14:textId="77777777" w:rsidTr="005B7776">
        <w:trPr>
          <w:gridAfter w:val="1"/>
          <w:wAfter w:w="8" w:type="dxa"/>
          <w:cantSplit/>
          <w:jc w:val="center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D4350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5</w:t>
            </w:r>
          </w:p>
        </w:tc>
        <w:tc>
          <w:tcPr>
            <w:tcW w:w="2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02404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69BB1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3C2C0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715F2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5D5DB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E15F5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13846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CBC15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338EE882" w14:textId="77777777" w:rsidTr="005B7776">
        <w:trPr>
          <w:gridAfter w:val="1"/>
          <w:wAfter w:w="8" w:type="dxa"/>
          <w:cantSplit/>
          <w:jc w:val="center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CA9D0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6</w:t>
            </w:r>
          </w:p>
        </w:tc>
        <w:tc>
          <w:tcPr>
            <w:tcW w:w="2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F6335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1B58E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2DA14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901B9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7E8B8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BB8B9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E6052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5F997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0D13D214" w14:textId="77777777" w:rsidTr="005B7776">
        <w:trPr>
          <w:cantSplit/>
          <w:jc w:val="center"/>
        </w:trPr>
        <w:tc>
          <w:tcPr>
            <w:tcW w:w="14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7A9640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meses válidos</w:t>
            </w:r>
          </w:p>
        </w:tc>
        <w:tc>
          <w:tcPr>
            <w:tcW w:w="44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E2D29E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0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B6C82B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años (meses / 12)</w:t>
            </w:r>
          </w:p>
        </w:tc>
        <w:tc>
          <w:tcPr>
            <w:tcW w:w="547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2A127A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</w:tr>
      <w:tr w:rsidR="000C5318" w14:paraId="789F88FD" w14:textId="77777777" w:rsidTr="005B7776">
        <w:trPr>
          <w:cantSplit/>
          <w:jc w:val="center"/>
        </w:trPr>
        <w:tc>
          <w:tcPr>
            <w:tcW w:w="14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6EF134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Experiencia mínima del rol</w:t>
            </w:r>
          </w:p>
        </w:tc>
        <w:tc>
          <w:tcPr>
            <w:tcW w:w="44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282A9C" w14:textId="77777777" w:rsidR="000C5318" w:rsidRDefault="009B6465">
            <w:pPr>
              <w:spacing w:after="0"/>
            </w:pPr>
            <w:r>
              <w:rPr>
                <w:color w:val="000000"/>
              </w:rPr>
              <w:t>5 años</w:t>
            </w:r>
          </w:p>
        </w:tc>
        <w:tc>
          <w:tcPr>
            <w:tcW w:w="30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F790E4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Exceso sobre el mínimo</w:t>
            </w:r>
          </w:p>
        </w:tc>
        <w:tc>
          <w:tcPr>
            <w:tcW w:w="547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7E5C16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 años</w:t>
            </w:r>
          </w:p>
        </w:tc>
      </w:tr>
      <w:tr w:rsidR="000C5318" w:rsidRPr="00316866" w14:paraId="0CD18C3D" w14:textId="77777777" w:rsidTr="005B7776">
        <w:trPr>
          <w:cantSplit/>
          <w:jc w:val="center"/>
        </w:trPr>
        <w:tc>
          <w:tcPr>
            <w:tcW w:w="14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573950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b/>
                <w:color w:val="000000"/>
                <w:lang w:val="es-CO"/>
              </w:rPr>
              <w:lastRenderedPageBreak/>
              <w:t>N.º de proyectos específicos</w:t>
            </w:r>
          </w:p>
        </w:tc>
        <w:tc>
          <w:tcPr>
            <w:tcW w:w="44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3E7F03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0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9B84D6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Puntaje que declara acreditar</w:t>
            </w:r>
          </w:p>
        </w:tc>
        <w:tc>
          <w:tcPr>
            <w:tcW w:w="547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C7987A" w14:textId="77777777" w:rsidR="00D4168A" w:rsidRDefault="003218A0">
            <w:r>
              <w:t>☐</w:t>
            </w:r>
            <w:r>
              <w:t xml:space="preserve"> 0 puntos  ☐ 10 puntos  ☐ 20 puntos</w:t>
            </w:r>
          </w:p>
        </w:tc>
      </w:tr>
    </w:tbl>
    <w:p w14:paraId="722D2A75" w14:textId="77777777" w:rsidR="005B7776" w:rsidRPr="000807AE" w:rsidRDefault="005B7776" w:rsidP="005B7776">
      <w:pPr>
        <w:keepNext/>
        <w:pBdr>
          <w:bottom w:val="single" w:sz="12" w:space="2" w:color="92D050"/>
        </w:pBdr>
        <w:spacing w:before="100" w:after="60"/>
        <w:rPr>
          <w:b/>
          <w:sz w:val="19"/>
          <w:lang w:val="es-CO"/>
        </w:rPr>
      </w:pPr>
    </w:p>
    <w:p w14:paraId="6EEB7D7C" w14:textId="77777777" w:rsidR="005B7776" w:rsidRPr="000807AE" w:rsidRDefault="005B7776" w:rsidP="005B7776">
      <w:pPr>
        <w:keepNext/>
        <w:pBdr>
          <w:bottom w:val="single" w:sz="12" w:space="2" w:color="92D050"/>
        </w:pBdr>
        <w:spacing w:before="100" w:after="60"/>
        <w:rPr>
          <w:b/>
          <w:sz w:val="19"/>
          <w:lang w:val="es-CO"/>
        </w:rPr>
      </w:pPr>
    </w:p>
    <w:p w14:paraId="5DFDC3D2" w14:textId="49AC4DB0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DOCUMENTOS HABILITANTES DEL PROFESIONAL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2838"/>
        <w:gridCol w:w="2789"/>
        <w:gridCol w:w="2789"/>
        <w:gridCol w:w="2986"/>
        <w:gridCol w:w="3056"/>
      </w:tblGrid>
      <w:tr w:rsidR="000C5318" w14:paraId="100B74BB" w14:textId="77777777" w:rsidTr="005B7776">
        <w:trPr>
          <w:tblHeader/>
          <w:jc w:val="center"/>
        </w:trPr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4E29F3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Documento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AC473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Aporta S/N/NA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35C1A8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Fecha / vigencia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53235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Folio / nombre de archivo</w:t>
            </w:r>
          </w:p>
        </w:tc>
        <w:tc>
          <w:tcPr>
            <w:tcW w:w="3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7FD497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Observación del proponente</w:t>
            </w:r>
          </w:p>
        </w:tc>
      </w:tr>
      <w:tr w:rsidR="000C5318" w14:paraId="4C953316" w14:textId="77777777" w:rsidTr="005B7776">
        <w:trPr>
          <w:cantSplit/>
          <w:jc w:val="center"/>
        </w:trPr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89F58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Hoja de vida firmada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9D6D2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721A1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6077F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E6353C" w14:textId="77777777" w:rsidR="000C5318" w:rsidRDefault="000C5318">
            <w:pPr>
              <w:spacing w:after="0"/>
            </w:pPr>
          </w:p>
        </w:tc>
      </w:tr>
      <w:tr w:rsidR="000C5318" w14:paraId="32B2D6C3" w14:textId="77777777" w:rsidTr="005B7776">
        <w:trPr>
          <w:cantSplit/>
          <w:jc w:val="center"/>
        </w:trPr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D5A93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Documento de identidad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CA3F4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E9A65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9FFA0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47B9E2" w14:textId="77777777" w:rsidR="000C5318" w:rsidRDefault="000C5318">
            <w:pPr>
              <w:spacing w:after="0"/>
            </w:pPr>
          </w:p>
        </w:tc>
      </w:tr>
      <w:tr w:rsidR="000C5318" w14:paraId="5506CE0F" w14:textId="77777777" w:rsidTr="005B7776">
        <w:trPr>
          <w:cantSplit/>
          <w:jc w:val="center"/>
        </w:trPr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E5D182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Diploma o acta de grado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A3137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2E684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63B13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92EFD0" w14:textId="77777777" w:rsidR="000C5318" w:rsidRDefault="000C5318">
            <w:pPr>
              <w:spacing w:after="0"/>
            </w:pPr>
          </w:p>
        </w:tc>
      </w:tr>
      <w:tr w:rsidR="000C5318" w14:paraId="50DF3324" w14:textId="77777777" w:rsidTr="005B7776">
        <w:trPr>
          <w:cantSplit/>
          <w:jc w:val="center"/>
        </w:trPr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1C0AF1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Matrícula, tarjeta o inscripción profesional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DC6BD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21B1A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A85E5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391B75" w14:textId="77777777" w:rsidR="000C5318" w:rsidRDefault="000C5318">
            <w:pPr>
              <w:spacing w:after="0"/>
            </w:pPr>
          </w:p>
        </w:tc>
      </w:tr>
      <w:tr w:rsidR="000C5318" w14:paraId="36605D8C" w14:textId="77777777" w:rsidTr="005B7776">
        <w:trPr>
          <w:cantSplit/>
          <w:jc w:val="center"/>
        </w:trPr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B9CB8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Antecedentes disciplinarios profesionales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C2305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C5772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7A306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9F893A" w14:textId="77777777" w:rsidR="000C5318" w:rsidRDefault="000C5318">
            <w:pPr>
              <w:spacing w:after="0"/>
            </w:pPr>
          </w:p>
        </w:tc>
      </w:tr>
      <w:tr w:rsidR="000C5318" w14:paraId="6CF5C21C" w14:textId="77777777" w:rsidTr="005B7776">
        <w:trPr>
          <w:cantSplit/>
          <w:jc w:val="center"/>
        </w:trPr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F197C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Certificaciones de experiencia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5897E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C8D80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[Fechas]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15681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469CAF" w14:textId="77777777" w:rsidR="000C5318" w:rsidRDefault="000C5318">
            <w:pPr>
              <w:spacing w:after="0"/>
            </w:pPr>
          </w:p>
        </w:tc>
      </w:tr>
      <w:tr w:rsidR="000C5318" w14:paraId="3455DF29" w14:textId="77777777" w:rsidTr="005B7776">
        <w:trPr>
          <w:cantSplit/>
          <w:jc w:val="center"/>
        </w:trPr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3FC3FE" w14:textId="77777777" w:rsidR="000F6BA6" w:rsidRDefault="003218A0">
            <w:r>
              <w:t>Posgrado o formación adicional exigida, cuando aplique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15FD2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9E0FF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D7838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DD6AC4" w14:textId="77777777" w:rsidR="000C5318" w:rsidRDefault="000C5318">
            <w:pPr>
              <w:spacing w:after="0"/>
            </w:pPr>
          </w:p>
        </w:tc>
      </w:tr>
      <w:tr w:rsidR="000C5318" w14:paraId="1DF406C5" w14:textId="77777777" w:rsidTr="005B7776">
        <w:trPr>
          <w:cantSplit/>
          <w:jc w:val="center"/>
        </w:trPr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5EE855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Carta de compromiso y disponibilidad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03E6D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BA7C8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48EF8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1A2B19" w14:textId="77777777" w:rsidR="000C5318" w:rsidRDefault="000C5318">
            <w:pPr>
              <w:spacing w:after="0"/>
            </w:pPr>
          </w:p>
        </w:tc>
      </w:tr>
      <w:tr w:rsidR="000C5318" w14:paraId="316E1F40" w14:textId="77777777" w:rsidTr="005B7776">
        <w:trPr>
          <w:cantSplit/>
          <w:jc w:val="center"/>
        </w:trPr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B47F3F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Declaración de inhabilidades y conflictos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826FE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0BA67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FF04B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65C61D" w14:textId="77777777" w:rsidR="000C5318" w:rsidRDefault="000C5318">
            <w:pPr>
              <w:spacing w:after="0"/>
            </w:pPr>
          </w:p>
        </w:tc>
      </w:tr>
      <w:tr w:rsidR="000C5318" w14:paraId="158AEF4E" w14:textId="77777777" w:rsidTr="005B7776">
        <w:trPr>
          <w:cantSplit/>
          <w:jc w:val="center"/>
        </w:trPr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B1B67C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Vínculo / promesa de contratación, si aplica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B2A3E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462A6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D6BE8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588249" w14:textId="77777777" w:rsidR="000C5318" w:rsidRDefault="000C5318">
            <w:pPr>
              <w:spacing w:after="0"/>
            </w:pPr>
          </w:p>
        </w:tc>
      </w:tr>
    </w:tbl>
    <w:p w14:paraId="0E0B5370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DECLARACIÓN Y FIRMA DEL PROFESIONAL</w:t>
      </w:r>
    </w:p>
    <w:p w14:paraId="638CA9D4" w14:textId="77777777" w:rsidR="000C5318" w:rsidRPr="00F92246" w:rsidRDefault="009B6465">
      <w:pPr>
        <w:spacing w:after="60"/>
        <w:jc w:val="both"/>
        <w:rPr>
          <w:lang w:val="es-CO"/>
        </w:rPr>
      </w:pPr>
      <w:r w:rsidRPr="00F92246">
        <w:rPr>
          <w:lang w:val="es-CO"/>
        </w:rPr>
        <w:t>Bajo la gravedad de juramento declaro que la información y soportes son auténticos, exactos y verificables; conozco el objeto, alcance, plazo y obligaciones; acepto el rol; cuento con disponibilidad; no estoy incurso(a) en inhabilidad, incompatibilidad, conflicto de interés, sanción o prohibición; y autorizo la verificación de mis antecedentes y experiencia.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3547"/>
        <w:gridCol w:w="3547"/>
        <w:gridCol w:w="3816"/>
        <w:gridCol w:w="3548"/>
      </w:tblGrid>
      <w:tr w:rsidR="000C5318" w14:paraId="0A7B1D90" w14:textId="77777777">
        <w:trPr>
          <w:tblHeader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5C286C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Firma del profesional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877B1F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Nombre / C.C.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8B1D78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lang w:val="es-CO"/>
              </w:rPr>
              <w:t>Firma del proponente / representante legal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F649D4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Fecha</w:t>
            </w:r>
          </w:p>
        </w:tc>
      </w:tr>
      <w:tr w:rsidR="000C5318" w14:paraId="37FD06AF" w14:textId="77777777">
        <w:trPr>
          <w:cantSplit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29E51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246A402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 / [C.C.]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0EB5D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63067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[DD/MM/AAAA]</w:t>
            </w:r>
          </w:p>
        </w:tc>
      </w:tr>
    </w:tbl>
    <w:p w14:paraId="00F64B9C" w14:textId="77777777" w:rsidR="000C5318" w:rsidRDefault="009B6465">
      <w:r>
        <w:br w:type="page"/>
      </w:r>
    </w:p>
    <w:p w14:paraId="03BF3F98" w14:textId="77777777" w:rsidR="000C5318" w:rsidRPr="00F92246" w:rsidRDefault="009B6465">
      <w:pPr>
        <w:keepNext/>
        <w:pBdr>
          <w:bottom w:val="single" w:sz="12" w:space="2" w:color="92D050"/>
        </w:pBdr>
        <w:spacing w:before="100" w:after="60"/>
        <w:jc w:val="center"/>
        <w:rPr>
          <w:lang w:val="es-CO"/>
        </w:rPr>
      </w:pPr>
      <w:r w:rsidRPr="00F92246">
        <w:rPr>
          <w:b/>
          <w:sz w:val="19"/>
          <w:lang w:val="es-CO"/>
        </w:rPr>
        <w:lastRenderedPageBreak/>
        <w:t>FICHA 9. PROFESIONAL PRINCIPAL - EVALUACIÓN, DIAGNÓSTICO Y DISEÑO ESTRUCTURAL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4608"/>
        <w:gridCol w:w="2592"/>
        <w:gridCol w:w="4608"/>
      </w:tblGrid>
      <w:tr w:rsidR="000C5318" w14:paraId="2182ECAD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F76C3B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Nombre completo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FFF9BF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1D029B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C.C.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F9D592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0C5318" w14:paraId="147B5940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BE69E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Profesión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F0F66B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2A2F40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Posgrado / formación adicional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6395EB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 / no aplica]</w:t>
            </w:r>
          </w:p>
        </w:tc>
      </w:tr>
      <w:tr w:rsidR="000C5318" w14:paraId="7B1B4340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1BAFE9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Matrícula / tarjeta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38584F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A0A04C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Consejo y vigencia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325607" w14:textId="77777777" w:rsidR="000C5318" w:rsidRDefault="009B6465">
            <w:pPr>
              <w:spacing w:after="0"/>
            </w:pPr>
            <w:r>
              <w:rPr>
                <w:color w:val="000000"/>
              </w:rPr>
              <w:t>[Entidad / fecha]</w:t>
            </w:r>
          </w:p>
        </w:tc>
      </w:tr>
      <w:tr w:rsidR="000C5318" w14:paraId="6564492F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EFDFFD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Fecha de expedición matrícula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70E2C7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B8950E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Inicio legal del cómputo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3B0CBC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0C5318" w14:paraId="5D217B90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587574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Vinculación con proponente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9EB3C4" w14:textId="77777777" w:rsidR="000C5318" w:rsidRDefault="009B6465">
            <w:pPr>
              <w:spacing w:after="0"/>
            </w:pPr>
            <w:r>
              <w:rPr>
                <w:color w:val="000000"/>
              </w:rPr>
              <w:t>☐ Propio   ☐ Contratista   ☐ Subconsultor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632AC2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Disponibilidad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6C5C65" w14:textId="77777777" w:rsidR="000C5318" w:rsidRDefault="009B6465">
            <w:pPr>
              <w:spacing w:after="0"/>
            </w:pPr>
            <w:r>
              <w:rPr>
                <w:color w:val="000000"/>
              </w:rPr>
              <w:t>[Horas/semana y fases]</w:t>
            </w:r>
          </w:p>
        </w:tc>
      </w:tr>
      <w:tr w:rsidR="000C5318" w14:paraId="07F3FD27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8E1A3A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Rol ofrecido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9117E3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lang w:val="es-CO"/>
              </w:rPr>
              <w:t>Evaluación, diagnóstico y diseño estructural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4E19C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Profesional principal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3F0D74" w14:textId="77777777" w:rsidR="000C5318" w:rsidRDefault="009B6465">
            <w:pPr>
              <w:spacing w:after="0"/>
            </w:pPr>
            <w:r>
              <w:rPr>
                <w:color w:val="000000"/>
              </w:rPr>
              <w:t>☐ Sí</w:t>
            </w:r>
          </w:p>
        </w:tc>
      </w:tr>
    </w:tbl>
    <w:p w14:paraId="364364C3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REQUISITOS DEL ROL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2298"/>
        <w:gridCol w:w="5696"/>
        <w:gridCol w:w="4977"/>
        <w:gridCol w:w="1487"/>
      </w:tblGrid>
      <w:tr w:rsidR="000C5318" w14:paraId="5BEEB597" w14:textId="77777777" w:rsidTr="005B7776">
        <w:trPr>
          <w:tblHeader/>
          <w:jc w:val="center"/>
        </w:trPr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27D4B08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Tipo</w:t>
            </w:r>
          </w:p>
        </w:tc>
        <w:tc>
          <w:tcPr>
            <w:tcW w:w="5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B4429B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Exigencia de la invitación</w:t>
            </w:r>
          </w:p>
        </w:tc>
        <w:tc>
          <w:tcPr>
            <w:tcW w:w="4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6BFFD6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sz w:val="13"/>
                <w:lang w:val="es-CO"/>
              </w:rPr>
              <w:t>Dato declarado por el proponente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42922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Soporte / folio</w:t>
            </w:r>
          </w:p>
        </w:tc>
      </w:tr>
      <w:tr w:rsidR="000C5318" w14:paraId="64790C35" w14:textId="77777777" w:rsidTr="005B7776">
        <w:trPr>
          <w:cantSplit/>
          <w:jc w:val="center"/>
        </w:trPr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B95B9D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Formación y matrícula</w:t>
            </w:r>
          </w:p>
        </w:tc>
        <w:tc>
          <w:tcPr>
            <w:tcW w:w="5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313658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Ingeniero civil con matrícula profesional vigente y posgrado en estructuras o diseño estructural.</w:t>
            </w:r>
          </w:p>
        </w:tc>
        <w:tc>
          <w:tcPr>
            <w:tcW w:w="4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510B0E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cumplimiento]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21EC75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5AEA6D30" w14:textId="77777777" w:rsidTr="005B7776">
        <w:trPr>
          <w:cantSplit/>
          <w:jc w:val="center"/>
        </w:trPr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D646F1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Experiencia específica mínima</w:t>
            </w:r>
          </w:p>
        </w:tc>
        <w:tc>
          <w:tcPr>
            <w:tcW w:w="5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FEA662" w14:textId="77777777" w:rsidR="00D4168A" w:rsidRPr="00AD21BF" w:rsidRDefault="003218A0">
            <w:pPr>
              <w:rPr>
                <w:lang w:val="es-CO"/>
              </w:rPr>
            </w:pPr>
            <w:r>
              <w:t>Cinco (5) años de experiencia específica en evaluación, diagnóstico, modelación o diseño estructural. No se exige certificación adicional de idoneidad frente a la Ley 400 de 1997 o la NSR vigente.</w:t>
            </w:r>
          </w:p>
        </w:tc>
        <w:tc>
          <w:tcPr>
            <w:tcW w:w="4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A3C23F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[Total años válidos]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5FE53E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1E80CE3E" w14:textId="77777777" w:rsidTr="005B7776">
        <w:trPr>
          <w:cantSplit/>
          <w:jc w:val="center"/>
        </w:trPr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41E454" w14:textId="77777777" w:rsidR="00D4168A" w:rsidRDefault="003218A0">
            <w:r>
              <w:t>Proyecto específico puntuable</w:t>
            </w:r>
          </w:p>
        </w:tc>
        <w:tc>
          <w:tcPr>
            <w:tcW w:w="5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E1457B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Acreditar, según la especialidad, al menos un (1) contrato de intervención de una edificación correspondiente a un estudio de grabación, set o auditorio, con área diseñada o intervenida igual o superior a 500 m².</w:t>
            </w:r>
          </w:p>
        </w:tc>
        <w:tc>
          <w:tcPr>
            <w:tcW w:w="4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E42EF8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 / no aplica]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EAD1D5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437B8919" w14:textId="77777777" w:rsidTr="005B7776">
        <w:trPr>
          <w:cantSplit/>
          <w:jc w:val="center"/>
        </w:trPr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74EFB9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Condición para 20 puntos</w:t>
            </w:r>
          </w:p>
        </w:tc>
        <w:tc>
          <w:tcPr>
            <w:tcW w:w="5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3346CA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Superar en dos (2) años o más la experiencia mínima habilitante y acreditar el proyecto específico en estudio de grabación, set o auditorio con área igual o superior a 500 m².</w:t>
            </w:r>
          </w:p>
        </w:tc>
        <w:tc>
          <w:tcPr>
            <w:tcW w:w="4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D80C6B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3"/>
                <w:lang w:val="es-CO"/>
              </w:rPr>
              <w:t>[Exceso en años / requisito complementario]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614AB3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</w:tbl>
    <w:p w14:paraId="75475647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EXPERIENCIA PROFESIONAL Y PROYECTOS ESPECÍFICOS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545"/>
        <w:gridCol w:w="953"/>
        <w:gridCol w:w="1191"/>
        <w:gridCol w:w="1543"/>
        <w:gridCol w:w="1693"/>
        <w:gridCol w:w="1835"/>
        <w:gridCol w:w="1543"/>
        <w:gridCol w:w="6"/>
        <w:gridCol w:w="1537"/>
        <w:gridCol w:w="1543"/>
        <w:gridCol w:w="1072"/>
        <w:gridCol w:w="964"/>
        <w:gridCol w:w="33"/>
      </w:tblGrid>
      <w:tr w:rsidR="000C5318" w14:paraId="0EBA5E03" w14:textId="77777777" w:rsidTr="00A65BEA">
        <w:trPr>
          <w:gridAfter w:val="1"/>
          <w:wAfter w:w="33" w:type="dxa"/>
          <w:tblHeader/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C5C59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N.º</w:t>
            </w:r>
          </w:p>
        </w:tc>
        <w:tc>
          <w:tcPr>
            <w:tcW w:w="21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3A5652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Proyecto / contrato y contratante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0E7C88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Cargo / rol</w:t>
            </w:r>
          </w:p>
        </w:tc>
        <w:tc>
          <w:tcPr>
            <w:tcW w:w="3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CC20BB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sz w:val="12"/>
                <w:lang w:val="es-CO"/>
              </w:rPr>
              <w:t>Actividades propias de la especialidad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109008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Inicio</w:t>
            </w:r>
          </w:p>
        </w:tc>
        <w:tc>
          <w:tcPr>
            <w:tcW w:w="1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72648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Fin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87CF9C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Meses válidos sin superposición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2F9BAE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Proyecto estudio/set/auditorio ≥ 500 m² S/N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4BD86C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Soporte / folio</w:t>
            </w:r>
          </w:p>
        </w:tc>
      </w:tr>
      <w:tr w:rsidR="000C5318" w14:paraId="7E136D9F" w14:textId="77777777" w:rsidTr="00A65BEA">
        <w:trPr>
          <w:gridAfter w:val="1"/>
          <w:wAfter w:w="33" w:type="dxa"/>
          <w:cantSplit/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B5441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1</w:t>
            </w:r>
          </w:p>
        </w:tc>
        <w:tc>
          <w:tcPr>
            <w:tcW w:w="21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0256F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CEFA1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5C9B8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C7176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D8CAD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E980F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04DFF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11D48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4F7E2546" w14:textId="77777777" w:rsidTr="00A65BEA">
        <w:trPr>
          <w:gridAfter w:val="1"/>
          <w:wAfter w:w="33" w:type="dxa"/>
          <w:cantSplit/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A61758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2</w:t>
            </w:r>
          </w:p>
        </w:tc>
        <w:tc>
          <w:tcPr>
            <w:tcW w:w="21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E5C2B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6C7D3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0C756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01DD9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9FDC6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FD630E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1E180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8DB5A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1B837AFA" w14:textId="77777777" w:rsidTr="00A65BEA">
        <w:trPr>
          <w:gridAfter w:val="1"/>
          <w:wAfter w:w="33" w:type="dxa"/>
          <w:cantSplit/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68E05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3</w:t>
            </w:r>
          </w:p>
        </w:tc>
        <w:tc>
          <w:tcPr>
            <w:tcW w:w="21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72873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BA82F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3E9E0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419F7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8FEDD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A4989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7DBA6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6414E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40ACF172" w14:textId="77777777" w:rsidTr="00A65BEA">
        <w:trPr>
          <w:gridAfter w:val="1"/>
          <w:wAfter w:w="33" w:type="dxa"/>
          <w:cantSplit/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11893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4</w:t>
            </w:r>
          </w:p>
        </w:tc>
        <w:tc>
          <w:tcPr>
            <w:tcW w:w="21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C8AB0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5665B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89EBF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2E103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30CB4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F3063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43027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C3555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458A5281" w14:textId="77777777" w:rsidTr="00A65BEA">
        <w:trPr>
          <w:gridAfter w:val="1"/>
          <w:wAfter w:w="33" w:type="dxa"/>
          <w:cantSplit/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B7874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5</w:t>
            </w:r>
          </w:p>
        </w:tc>
        <w:tc>
          <w:tcPr>
            <w:tcW w:w="21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CD284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8EE6D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3A7EA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1A920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60246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62516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D8994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7E1F7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6D198B03" w14:textId="77777777" w:rsidTr="00A65BEA">
        <w:trPr>
          <w:gridAfter w:val="1"/>
          <w:wAfter w:w="33" w:type="dxa"/>
          <w:cantSplit/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8BE7C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6</w:t>
            </w:r>
          </w:p>
        </w:tc>
        <w:tc>
          <w:tcPr>
            <w:tcW w:w="21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47404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7A3AE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32E94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2CA44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A652C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C2EEE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5477A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7E0F3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05DC6EE9" w14:textId="77777777" w:rsidTr="00A65BEA">
        <w:trPr>
          <w:cantSplit/>
          <w:jc w:val="center"/>
        </w:trPr>
        <w:tc>
          <w:tcPr>
            <w:tcW w:w="14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F6E57C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meses válidos</w:t>
            </w:r>
          </w:p>
        </w:tc>
        <w:tc>
          <w:tcPr>
            <w:tcW w:w="44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CE6F09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866D74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años (meses / 12)</w:t>
            </w:r>
          </w:p>
        </w:tc>
        <w:tc>
          <w:tcPr>
            <w:tcW w:w="514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21FC64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</w:tr>
      <w:tr w:rsidR="000C5318" w14:paraId="61409025" w14:textId="77777777" w:rsidTr="00A65BEA">
        <w:trPr>
          <w:cantSplit/>
          <w:jc w:val="center"/>
        </w:trPr>
        <w:tc>
          <w:tcPr>
            <w:tcW w:w="14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978761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Experiencia mínima del rol</w:t>
            </w:r>
          </w:p>
        </w:tc>
        <w:tc>
          <w:tcPr>
            <w:tcW w:w="44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3190EB" w14:textId="77777777" w:rsidR="000C5318" w:rsidRDefault="009B6465">
            <w:pPr>
              <w:spacing w:after="0"/>
            </w:pPr>
            <w:r>
              <w:rPr>
                <w:color w:val="000000"/>
              </w:rPr>
              <w:t>5 años</w:t>
            </w:r>
          </w:p>
        </w:tc>
        <w:tc>
          <w:tcPr>
            <w:tcW w:w="3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916ACD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Exceso sobre el mínimo</w:t>
            </w:r>
          </w:p>
        </w:tc>
        <w:tc>
          <w:tcPr>
            <w:tcW w:w="514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BB15CF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 años</w:t>
            </w:r>
          </w:p>
        </w:tc>
      </w:tr>
      <w:tr w:rsidR="000C5318" w:rsidRPr="00316866" w14:paraId="22C80726" w14:textId="77777777" w:rsidTr="00A65BEA">
        <w:trPr>
          <w:cantSplit/>
          <w:jc w:val="center"/>
        </w:trPr>
        <w:tc>
          <w:tcPr>
            <w:tcW w:w="14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E6D581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b/>
                <w:color w:val="000000"/>
                <w:lang w:val="es-CO"/>
              </w:rPr>
              <w:lastRenderedPageBreak/>
              <w:t>N.º de proyectos específicos</w:t>
            </w:r>
          </w:p>
        </w:tc>
        <w:tc>
          <w:tcPr>
            <w:tcW w:w="44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996538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CCE76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Puntaje que declara acreditar</w:t>
            </w:r>
          </w:p>
        </w:tc>
        <w:tc>
          <w:tcPr>
            <w:tcW w:w="514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745C6B" w14:textId="77777777" w:rsidR="00D4168A" w:rsidRDefault="003218A0">
            <w:r>
              <w:t>☐</w:t>
            </w:r>
            <w:r>
              <w:t xml:space="preserve"> 0 puntos  ☐ 10 puntos  ☐ 20 puntos</w:t>
            </w:r>
          </w:p>
        </w:tc>
      </w:tr>
    </w:tbl>
    <w:p w14:paraId="59941080" w14:textId="77777777" w:rsidR="00A65BEA" w:rsidRPr="000807AE" w:rsidRDefault="00A65BEA">
      <w:pPr>
        <w:keepNext/>
        <w:pBdr>
          <w:bottom w:val="single" w:sz="12" w:space="2" w:color="92D050"/>
        </w:pBdr>
        <w:spacing w:before="100" w:after="60"/>
        <w:jc w:val="center"/>
        <w:rPr>
          <w:b/>
          <w:sz w:val="19"/>
          <w:lang w:val="es-CO"/>
        </w:rPr>
      </w:pPr>
    </w:p>
    <w:p w14:paraId="4DBDBF1A" w14:textId="77777777" w:rsidR="00A65BEA" w:rsidRPr="000807AE" w:rsidRDefault="00A65BEA">
      <w:pPr>
        <w:keepNext/>
        <w:pBdr>
          <w:bottom w:val="single" w:sz="12" w:space="2" w:color="92D050"/>
        </w:pBdr>
        <w:spacing w:before="100" w:after="60"/>
        <w:jc w:val="center"/>
        <w:rPr>
          <w:b/>
          <w:sz w:val="19"/>
          <w:lang w:val="es-CO"/>
        </w:rPr>
      </w:pPr>
    </w:p>
    <w:p w14:paraId="6EC70A6E" w14:textId="2049E408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DOCUMENTOS HABILITANTES DEL PROFESIONAL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2642"/>
        <w:gridCol w:w="2836"/>
        <w:gridCol w:w="2836"/>
        <w:gridCol w:w="3036"/>
        <w:gridCol w:w="3108"/>
      </w:tblGrid>
      <w:tr w:rsidR="000C5318" w14:paraId="07308783" w14:textId="77777777" w:rsidTr="00A65BEA">
        <w:trPr>
          <w:tblHeader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E80A31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Documento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DBF55C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Aporta S/N/NA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60920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Fecha / vigencia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CFEF71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Folio / nombre de archivo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217920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Observación del proponente</w:t>
            </w:r>
          </w:p>
        </w:tc>
      </w:tr>
      <w:tr w:rsidR="000C5318" w14:paraId="3BAA50AE" w14:textId="77777777" w:rsidTr="00A65BEA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CB599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Hoja de vida firmada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3A08F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76F4A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93729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9F19B6" w14:textId="77777777" w:rsidR="000C5318" w:rsidRDefault="000C5318">
            <w:pPr>
              <w:spacing w:after="0"/>
            </w:pPr>
          </w:p>
        </w:tc>
      </w:tr>
      <w:tr w:rsidR="000C5318" w14:paraId="6DBFFD51" w14:textId="77777777" w:rsidTr="00A65BEA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E5FCD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Documento de identidad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210DC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1A976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2F643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259B34" w14:textId="77777777" w:rsidR="000C5318" w:rsidRDefault="000C5318">
            <w:pPr>
              <w:spacing w:after="0"/>
            </w:pPr>
          </w:p>
        </w:tc>
      </w:tr>
      <w:tr w:rsidR="000C5318" w14:paraId="5A7443C1" w14:textId="77777777" w:rsidTr="00A65BEA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660E20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Diploma o acta de grado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38CBA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E97A0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FBD09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7CF29D" w14:textId="77777777" w:rsidR="000C5318" w:rsidRDefault="000C5318">
            <w:pPr>
              <w:spacing w:after="0"/>
            </w:pPr>
          </w:p>
        </w:tc>
      </w:tr>
      <w:tr w:rsidR="000C5318" w14:paraId="37B10973" w14:textId="77777777" w:rsidTr="00A65BEA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583155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Matrícula, tarjeta o inscripción profesional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696B2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3FEEB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B5A38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4EF244" w14:textId="77777777" w:rsidR="000C5318" w:rsidRDefault="000C5318">
            <w:pPr>
              <w:spacing w:after="0"/>
            </w:pPr>
          </w:p>
        </w:tc>
      </w:tr>
      <w:tr w:rsidR="000C5318" w14:paraId="56A044EA" w14:textId="77777777" w:rsidTr="00A65BEA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C4461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Antecedentes disciplinarios profesionales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C1948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6B02E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5A992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B15896" w14:textId="77777777" w:rsidR="000C5318" w:rsidRDefault="000C5318">
            <w:pPr>
              <w:spacing w:after="0"/>
            </w:pPr>
          </w:p>
        </w:tc>
      </w:tr>
      <w:tr w:rsidR="000C5318" w14:paraId="2AA23D55" w14:textId="77777777" w:rsidTr="00A65BEA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80975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Certificaciones de experiencia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3B497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7D1D2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[Fechas]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D5898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0B2BF5" w14:textId="77777777" w:rsidR="000C5318" w:rsidRDefault="000C5318">
            <w:pPr>
              <w:spacing w:after="0"/>
            </w:pPr>
          </w:p>
        </w:tc>
      </w:tr>
      <w:tr w:rsidR="000C5318" w14:paraId="24803750" w14:textId="77777777" w:rsidTr="00A65BEA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4EB13A" w14:textId="77777777" w:rsidR="000F6BA6" w:rsidRDefault="003218A0">
            <w:r>
              <w:t>Posgrado o formación adicional exigida, cuando aplique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2909C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694F5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14B47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5BF985" w14:textId="77777777" w:rsidR="000C5318" w:rsidRDefault="000C5318">
            <w:pPr>
              <w:spacing w:after="0"/>
            </w:pPr>
          </w:p>
        </w:tc>
      </w:tr>
      <w:tr w:rsidR="000C5318" w14:paraId="0C328614" w14:textId="77777777" w:rsidTr="00A65BEA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D6D0ED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Carta de compromiso y disponibilidad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19FE4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3C85A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E0BA7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5EAD7E" w14:textId="77777777" w:rsidR="000C5318" w:rsidRDefault="000C5318">
            <w:pPr>
              <w:spacing w:after="0"/>
            </w:pPr>
          </w:p>
        </w:tc>
      </w:tr>
      <w:tr w:rsidR="000C5318" w14:paraId="015D5D7D" w14:textId="77777777" w:rsidTr="00A65BEA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4E75CD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Declaración de inhabilidades y conflictos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09E65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D7035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A7984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8A2294" w14:textId="77777777" w:rsidR="000C5318" w:rsidRDefault="000C5318">
            <w:pPr>
              <w:spacing w:after="0"/>
            </w:pPr>
          </w:p>
        </w:tc>
      </w:tr>
      <w:tr w:rsidR="000C5318" w14:paraId="74ABEF68" w14:textId="77777777" w:rsidTr="00A65BEA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D83017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Vínculo / promesa de contratación, si aplica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B9DE9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29D0C0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E2C20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3A8FD0" w14:textId="77777777" w:rsidR="000C5318" w:rsidRDefault="000C5318">
            <w:pPr>
              <w:spacing w:after="0"/>
            </w:pPr>
          </w:p>
        </w:tc>
      </w:tr>
    </w:tbl>
    <w:p w14:paraId="030C689D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DECLARACIÓN Y FIRMA DEL PROFESIONAL</w:t>
      </w:r>
    </w:p>
    <w:p w14:paraId="0E15FDDE" w14:textId="77777777" w:rsidR="000C5318" w:rsidRPr="00F92246" w:rsidRDefault="009B6465">
      <w:pPr>
        <w:spacing w:after="60"/>
        <w:jc w:val="both"/>
        <w:rPr>
          <w:lang w:val="es-CO"/>
        </w:rPr>
      </w:pPr>
      <w:r w:rsidRPr="00F92246">
        <w:rPr>
          <w:lang w:val="es-CO"/>
        </w:rPr>
        <w:t>Bajo la gravedad de juramento declaro que la información y soportes son auténticos, exactos y verificables; conozco el objeto, alcance, plazo y obligaciones; acepto el rol; cuento con disponibilidad; no estoy incurso(a) en inhabilidad, incompatibilidad, conflicto de interés, sanción o prohibición; y autorizo la verificación de mis antecedentes y experiencia.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3547"/>
        <w:gridCol w:w="3547"/>
        <w:gridCol w:w="3816"/>
        <w:gridCol w:w="3548"/>
      </w:tblGrid>
      <w:tr w:rsidR="000C5318" w14:paraId="755E7654" w14:textId="77777777">
        <w:trPr>
          <w:tblHeader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B8F547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Firma del profesional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A6AE82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Nombre / C.C.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81ABE3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lang w:val="es-CO"/>
              </w:rPr>
              <w:t>Firma del proponente / representante legal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ABE433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Fecha</w:t>
            </w:r>
          </w:p>
        </w:tc>
      </w:tr>
      <w:tr w:rsidR="000C5318" w14:paraId="6DB9D8B0" w14:textId="77777777">
        <w:trPr>
          <w:cantSplit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EE73D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DE0A25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 / [C.C.]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37F28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5FEAA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[DD/MM/AAAA]</w:t>
            </w:r>
          </w:p>
        </w:tc>
      </w:tr>
    </w:tbl>
    <w:p w14:paraId="0DBAD7D8" w14:textId="77777777" w:rsidR="000C5318" w:rsidRDefault="009B6465">
      <w:r>
        <w:br w:type="page"/>
      </w:r>
    </w:p>
    <w:p w14:paraId="53F72F57" w14:textId="77777777" w:rsidR="000C5318" w:rsidRPr="00F92246" w:rsidRDefault="009B6465">
      <w:pPr>
        <w:keepNext/>
        <w:pBdr>
          <w:bottom w:val="single" w:sz="12" w:space="2" w:color="92D050"/>
        </w:pBdr>
        <w:spacing w:before="100" w:after="60"/>
        <w:jc w:val="center"/>
        <w:rPr>
          <w:lang w:val="es-CO"/>
        </w:rPr>
      </w:pPr>
      <w:r w:rsidRPr="00F92246">
        <w:rPr>
          <w:b/>
          <w:sz w:val="19"/>
          <w:lang w:val="es-CO"/>
        </w:rPr>
        <w:lastRenderedPageBreak/>
        <w:t>FICHA 10. PROFESIONAL PRINCIPAL - PROGRAMACIÓN, CANTIDADES Y PRESUPUESTO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4608"/>
        <w:gridCol w:w="2592"/>
        <w:gridCol w:w="4608"/>
      </w:tblGrid>
      <w:tr w:rsidR="000C5318" w14:paraId="2976A60D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E00D72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Nombre completo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A70BD62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1E32D0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C.C.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904A14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0C5318" w14:paraId="00C9904C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CD10D2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Profesión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0B28CD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28F226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Posgrado / formación adicional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DE860D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 / no aplica]</w:t>
            </w:r>
          </w:p>
        </w:tc>
      </w:tr>
      <w:tr w:rsidR="000C5318" w14:paraId="5E5217D3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B1528E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Matrícula / tarjeta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B8EC19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467092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Consejo y vigencia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5963AF" w14:textId="77777777" w:rsidR="000C5318" w:rsidRDefault="009B6465">
            <w:pPr>
              <w:spacing w:after="0"/>
            </w:pPr>
            <w:r>
              <w:rPr>
                <w:color w:val="000000"/>
              </w:rPr>
              <w:t>[Entidad / fecha]</w:t>
            </w:r>
          </w:p>
        </w:tc>
      </w:tr>
      <w:tr w:rsidR="000C5318" w14:paraId="0C823965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68DF09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Fecha de expedición matrícula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410687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A453F8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Inicio legal del cómputo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360C4A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0C5318" w14:paraId="3849D44E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E0883E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Vinculación con proponente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D7A757" w14:textId="77777777" w:rsidR="000C5318" w:rsidRDefault="009B6465">
            <w:pPr>
              <w:spacing w:after="0"/>
            </w:pPr>
            <w:r>
              <w:rPr>
                <w:color w:val="000000"/>
              </w:rPr>
              <w:t>☐ Propio   ☐ Contratista   ☐ Subconsultor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3B6EF9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Disponibilidad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1D3367" w14:textId="77777777" w:rsidR="000C5318" w:rsidRDefault="009B6465">
            <w:pPr>
              <w:spacing w:after="0"/>
            </w:pPr>
            <w:r>
              <w:rPr>
                <w:color w:val="000000"/>
              </w:rPr>
              <w:t>[Horas/semana y fases]</w:t>
            </w:r>
          </w:p>
        </w:tc>
      </w:tr>
      <w:tr w:rsidR="000C5318" w14:paraId="4310570E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627EAB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Rol ofrecido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A220C9" w14:textId="77777777" w:rsidR="000C5318" w:rsidRDefault="009B6465">
            <w:pPr>
              <w:spacing w:after="0"/>
            </w:pPr>
            <w:r>
              <w:rPr>
                <w:color w:val="000000"/>
              </w:rPr>
              <w:t>Programación, cantidades y presupuesto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D0C7D8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Profesional principal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8F5083" w14:textId="77777777" w:rsidR="000C5318" w:rsidRDefault="009B6465">
            <w:pPr>
              <w:spacing w:after="0"/>
            </w:pPr>
            <w:r>
              <w:rPr>
                <w:color w:val="000000"/>
              </w:rPr>
              <w:t>☐ Sí</w:t>
            </w:r>
          </w:p>
        </w:tc>
      </w:tr>
    </w:tbl>
    <w:p w14:paraId="64E88708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REQUISITOS DEL ROL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1982"/>
        <w:gridCol w:w="5315"/>
        <w:gridCol w:w="4703"/>
        <w:gridCol w:w="2458"/>
      </w:tblGrid>
      <w:tr w:rsidR="000C5318" w14:paraId="30375A06" w14:textId="77777777" w:rsidTr="00A65BEA">
        <w:trPr>
          <w:tblHeader/>
          <w:jc w:val="center"/>
        </w:trPr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911AAB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Tipo</w:t>
            </w:r>
          </w:p>
        </w:tc>
        <w:tc>
          <w:tcPr>
            <w:tcW w:w="5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B8E704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Exigencia de la invitación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835693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sz w:val="13"/>
                <w:lang w:val="es-CO"/>
              </w:rPr>
              <w:t>Dato declarado por el proponente</w:t>
            </w: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9D223E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Soporte / folio</w:t>
            </w:r>
          </w:p>
        </w:tc>
      </w:tr>
      <w:tr w:rsidR="000C5318" w14:paraId="18017B7B" w14:textId="77777777" w:rsidTr="00A65BEA">
        <w:trPr>
          <w:cantSplit/>
          <w:jc w:val="center"/>
        </w:trPr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85662E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Formación y matrícula</w:t>
            </w:r>
          </w:p>
        </w:tc>
        <w:tc>
          <w:tcPr>
            <w:tcW w:w="5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0A589B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Arquitecto, ingeniero civil o profesional competente, con matrícula profesional vigente cuando resulte legalmente exigible.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0E6913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cumplimiento]</w:t>
            </w: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E1DDA8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14E99D60" w14:textId="77777777" w:rsidTr="00A65BEA">
        <w:trPr>
          <w:cantSplit/>
          <w:jc w:val="center"/>
        </w:trPr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EAE47F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Experiencia específica mínima</w:t>
            </w:r>
          </w:p>
        </w:tc>
        <w:tc>
          <w:tcPr>
            <w:tcW w:w="5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F5DCB7" w14:textId="77777777" w:rsidR="00D4168A" w:rsidRPr="00AD21BF" w:rsidRDefault="003218A0">
            <w:pPr>
              <w:rPr>
                <w:lang w:val="es-CO"/>
              </w:rPr>
            </w:pPr>
            <w:r>
              <w:t>Cinco (5) años en programación de obra, elaboración de cantidades, análisis de precios unitarios y presupuestos. No es obligatorio que las certificaciones mencionen los programas informáticos utilizados.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2BC2DC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[Total años válidos]</w:t>
            </w: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DF2DB7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0BFDEBDB" w14:textId="77777777" w:rsidTr="00A65BEA">
        <w:trPr>
          <w:cantSplit/>
          <w:jc w:val="center"/>
        </w:trPr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215157" w14:textId="77777777" w:rsidR="00D4168A" w:rsidRDefault="003218A0">
            <w:r>
              <w:t>Proyecto específico puntuable</w:t>
            </w:r>
          </w:p>
        </w:tc>
        <w:tc>
          <w:tcPr>
            <w:tcW w:w="5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3A4FFF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Acreditar, según la especialidad, al menos un (1) contrato de intervención de una edificación correspondiente a un estudio de grabación, set o auditorio, con área diseñada o intervenida igual o superior a 500 m².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0B42EF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 / no aplica]</w:t>
            </w: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137F0D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5ACDD914" w14:textId="77777777" w:rsidTr="00A65BEA">
        <w:trPr>
          <w:cantSplit/>
          <w:jc w:val="center"/>
        </w:trPr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4DEF6D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Condición para 20 puntos</w:t>
            </w:r>
          </w:p>
        </w:tc>
        <w:tc>
          <w:tcPr>
            <w:tcW w:w="5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1BB7DE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Superar en dos (2) años o más la experiencia mínima habilitante y acreditar el proyecto específico en estudio de grabación, set o auditorio con área igual o superior a 500 m².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DD1C51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3"/>
                <w:lang w:val="es-CO"/>
              </w:rPr>
              <w:t>[Exceso en años / requisito complementario]</w:t>
            </w: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9456AC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</w:tbl>
    <w:p w14:paraId="260DB0E1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EXPERIENCIA PROFESIONAL Y PROYECTOS ESPECÍFICOS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552"/>
        <w:gridCol w:w="968"/>
        <w:gridCol w:w="1200"/>
        <w:gridCol w:w="1560"/>
        <w:gridCol w:w="1716"/>
        <w:gridCol w:w="1850"/>
        <w:gridCol w:w="1560"/>
        <w:gridCol w:w="11"/>
        <w:gridCol w:w="1549"/>
        <w:gridCol w:w="1289"/>
        <w:gridCol w:w="967"/>
        <w:gridCol w:w="1236"/>
      </w:tblGrid>
      <w:tr w:rsidR="000C5318" w14:paraId="5D352CF9" w14:textId="77777777" w:rsidTr="00A359F2">
        <w:trPr>
          <w:tblHeader/>
          <w:jc w:val="center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476EB1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N.º</w:t>
            </w:r>
          </w:p>
        </w:tc>
        <w:tc>
          <w:tcPr>
            <w:tcW w:w="2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6E7D07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Proyecto / contrato y contratante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2BF51A2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Cargo / rol</w:t>
            </w:r>
          </w:p>
        </w:tc>
        <w:tc>
          <w:tcPr>
            <w:tcW w:w="3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AB7066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sz w:val="12"/>
                <w:lang w:val="es-CO"/>
              </w:rPr>
              <w:t>Actividades propias de la especialidad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03A38A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Inicio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A5D598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Fin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00079A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Meses válidos sin superposición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69650A" w14:textId="77777777" w:rsidR="00D4168A" w:rsidRPr="00AD21BF" w:rsidRDefault="003218A0">
            <w:pPr>
              <w:rPr>
                <w:lang w:val="es-CO"/>
              </w:rPr>
            </w:pPr>
            <w:r w:rsidRPr="00AD21BF">
              <w:rPr>
                <w:lang w:val="es-CO"/>
              </w:rPr>
              <w:t>Proyecto estudio/set/auditorio ≥ 500 m² S/N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E6D990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Soporte / folio</w:t>
            </w:r>
          </w:p>
        </w:tc>
      </w:tr>
      <w:tr w:rsidR="000C5318" w14:paraId="1305D0E3" w14:textId="77777777" w:rsidTr="00A359F2">
        <w:trPr>
          <w:cantSplit/>
          <w:jc w:val="center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0B271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1</w:t>
            </w:r>
          </w:p>
        </w:tc>
        <w:tc>
          <w:tcPr>
            <w:tcW w:w="2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E8A1D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96475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3BCD5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4067C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DB195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67C75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5833C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C7DA1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57782B82" w14:textId="77777777" w:rsidTr="00A359F2">
        <w:trPr>
          <w:cantSplit/>
          <w:jc w:val="center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2B60F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2</w:t>
            </w:r>
          </w:p>
        </w:tc>
        <w:tc>
          <w:tcPr>
            <w:tcW w:w="2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33CF0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9A1D9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6D8F0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14FEB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7BD5F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CB723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EA796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3F7BA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48E41CE2" w14:textId="77777777" w:rsidTr="00A359F2">
        <w:trPr>
          <w:cantSplit/>
          <w:jc w:val="center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29F2A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3</w:t>
            </w:r>
          </w:p>
        </w:tc>
        <w:tc>
          <w:tcPr>
            <w:tcW w:w="2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4E644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6ADF4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05541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776B9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666D8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846AF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08A7C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18B4F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74F22ED9" w14:textId="77777777" w:rsidTr="00A359F2">
        <w:trPr>
          <w:cantSplit/>
          <w:jc w:val="center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34F52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4</w:t>
            </w:r>
          </w:p>
        </w:tc>
        <w:tc>
          <w:tcPr>
            <w:tcW w:w="2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AE887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B694F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7D060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5CBC3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AC7D7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570E8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D472D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472F6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4779C875" w14:textId="77777777" w:rsidTr="00A359F2">
        <w:trPr>
          <w:cantSplit/>
          <w:jc w:val="center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FC301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5</w:t>
            </w:r>
          </w:p>
        </w:tc>
        <w:tc>
          <w:tcPr>
            <w:tcW w:w="2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CDECE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0607C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65171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329C6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A5E75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A9C87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7CED8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B11B8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31B80849" w14:textId="77777777" w:rsidTr="00A359F2">
        <w:trPr>
          <w:cantSplit/>
          <w:jc w:val="center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0C161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6</w:t>
            </w:r>
          </w:p>
        </w:tc>
        <w:tc>
          <w:tcPr>
            <w:tcW w:w="2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B8EF5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C294C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D35F2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F63D7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A130C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D9631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BB3B8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E8740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0010A23F" w14:textId="77777777" w:rsidTr="00A359F2">
        <w:trPr>
          <w:cantSplit/>
          <w:jc w:val="center"/>
        </w:trPr>
        <w:tc>
          <w:tcPr>
            <w:tcW w:w="1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22A6E4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meses válidos</w:t>
            </w:r>
          </w:p>
        </w:tc>
        <w:tc>
          <w:tcPr>
            <w:tcW w:w="44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6978E1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4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4F39E9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años (meses / 12)</w:t>
            </w:r>
          </w:p>
        </w:tc>
        <w:tc>
          <w:tcPr>
            <w:tcW w:w="50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6D883F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</w:tr>
      <w:tr w:rsidR="000C5318" w14:paraId="2E3F8E43" w14:textId="77777777" w:rsidTr="00A359F2">
        <w:trPr>
          <w:cantSplit/>
          <w:jc w:val="center"/>
        </w:trPr>
        <w:tc>
          <w:tcPr>
            <w:tcW w:w="1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2CF7B2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Experiencia mínima del rol</w:t>
            </w:r>
          </w:p>
        </w:tc>
        <w:tc>
          <w:tcPr>
            <w:tcW w:w="44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2732F7" w14:textId="77777777" w:rsidR="000C5318" w:rsidRDefault="009B6465">
            <w:pPr>
              <w:spacing w:after="0"/>
            </w:pPr>
            <w:r>
              <w:rPr>
                <w:color w:val="000000"/>
              </w:rPr>
              <w:t>5 años</w:t>
            </w:r>
          </w:p>
        </w:tc>
        <w:tc>
          <w:tcPr>
            <w:tcW w:w="34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DB2A48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Exceso sobre el mínimo</w:t>
            </w:r>
          </w:p>
        </w:tc>
        <w:tc>
          <w:tcPr>
            <w:tcW w:w="50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F1D9DB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 años</w:t>
            </w:r>
          </w:p>
        </w:tc>
      </w:tr>
      <w:tr w:rsidR="000C5318" w:rsidRPr="00316866" w14:paraId="4DAB2C21" w14:textId="77777777" w:rsidTr="00A359F2">
        <w:trPr>
          <w:cantSplit/>
          <w:jc w:val="center"/>
        </w:trPr>
        <w:tc>
          <w:tcPr>
            <w:tcW w:w="1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4162CD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b/>
                <w:color w:val="000000"/>
                <w:lang w:val="es-CO"/>
              </w:rPr>
              <w:lastRenderedPageBreak/>
              <w:t>N.º de proyectos específicos</w:t>
            </w:r>
          </w:p>
        </w:tc>
        <w:tc>
          <w:tcPr>
            <w:tcW w:w="44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27830BD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4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F2631A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Puntaje que declara acreditar</w:t>
            </w:r>
          </w:p>
        </w:tc>
        <w:tc>
          <w:tcPr>
            <w:tcW w:w="50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55FC9D" w14:textId="77777777" w:rsidR="00D4168A" w:rsidRDefault="003218A0">
            <w:r>
              <w:t>☐</w:t>
            </w:r>
            <w:r>
              <w:t xml:space="preserve"> 0 puntos  ☐ 10 puntos  ☐ 20 puntos</w:t>
            </w:r>
          </w:p>
        </w:tc>
      </w:tr>
    </w:tbl>
    <w:p w14:paraId="3AC8C714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DOCUMENTOS HABILITANTES DEL PROFESIONAL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2892"/>
        <w:gridCol w:w="1786"/>
        <w:gridCol w:w="3096"/>
        <w:gridCol w:w="3990"/>
      </w:tblGrid>
      <w:tr w:rsidR="000C5318" w14:paraId="7E1F4A67" w14:textId="77777777" w:rsidTr="00A359F2">
        <w:trPr>
          <w:tblHeader/>
          <w:jc w:val="center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8A22FB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Documento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6CD36C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Aporta S/N/NA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F7A0B6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Fecha / vigencia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DD5515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Folio / nombre de archivo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160736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Observación del proponente</w:t>
            </w:r>
          </w:p>
        </w:tc>
      </w:tr>
      <w:tr w:rsidR="000C5318" w14:paraId="4CA8D87E" w14:textId="77777777" w:rsidTr="00A359F2">
        <w:trPr>
          <w:cantSplit/>
          <w:jc w:val="center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763C9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Hoja de vida firmada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FE56C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53CA7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8A02B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9783D2" w14:textId="77777777" w:rsidR="000C5318" w:rsidRDefault="000C5318">
            <w:pPr>
              <w:spacing w:after="0"/>
            </w:pPr>
          </w:p>
        </w:tc>
      </w:tr>
      <w:tr w:rsidR="000C5318" w14:paraId="13E2FA2F" w14:textId="77777777" w:rsidTr="00A359F2">
        <w:trPr>
          <w:cantSplit/>
          <w:jc w:val="center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86456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Documento de identidad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20210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A1043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2C25B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AFFF53" w14:textId="77777777" w:rsidR="000C5318" w:rsidRDefault="000C5318">
            <w:pPr>
              <w:spacing w:after="0"/>
            </w:pPr>
          </w:p>
        </w:tc>
      </w:tr>
      <w:tr w:rsidR="000C5318" w14:paraId="6C2AEB24" w14:textId="77777777" w:rsidTr="00A359F2">
        <w:trPr>
          <w:cantSplit/>
          <w:jc w:val="center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A48743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Diploma o acta de grado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E5D2E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D9DA2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925D3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0EBB0E" w14:textId="77777777" w:rsidR="000C5318" w:rsidRDefault="000C5318">
            <w:pPr>
              <w:spacing w:after="0"/>
            </w:pPr>
          </w:p>
        </w:tc>
      </w:tr>
      <w:tr w:rsidR="000C5318" w14:paraId="794DD2C1" w14:textId="77777777" w:rsidTr="00A359F2">
        <w:trPr>
          <w:cantSplit/>
          <w:jc w:val="center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8BA2DD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Matrícula, tarjeta o inscripción profesional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F3C99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89360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EB007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7D9F1D" w14:textId="77777777" w:rsidR="000C5318" w:rsidRDefault="000C5318">
            <w:pPr>
              <w:spacing w:after="0"/>
            </w:pPr>
          </w:p>
        </w:tc>
      </w:tr>
      <w:tr w:rsidR="000C5318" w14:paraId="373B3743" w14:textId="77777777" w:rsidTr="00A359F2">
        <w:trPr>
          <w:cantSplit/>
          <w:jc w:val="center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9B314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Antecedentes disciplinarios profesionales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BEFBC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CD48C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6E959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6DE01A" w14:textId="77777777" w:rsidR="000C5318" w:rsidRDefault="000C5318">
            <w:pPr>
              <w:spacing w:after="0"/>
            </w:pPr>
          </w:p>
        </w:tc>
      </w:tr>
      <w:tr w:rsidR="000C5318" w14:paraId="527731C4" w14:textId="77777777" w:rsidTr="00A359F2">
        <w:trPr>
          <w:cantSplit/>
          <w:jc w:val="center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C3DBC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Certificaciones de experiencia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D45F3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5520F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[Fechas]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DF4E5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CC737C" w14:textId="77777777" w:rsidR="000C5318" w:rsidRDefault="000C5318">
            <w:pPr>
              <w:spacing w:after="0"/>
            </w:pPr>
          </w:p>
        </w:tc>
      </w:tr>
      <w:tr w:rsidR="000C5318" w14:paraId="06B972FF" w14:textId="77777777" w:rsidTr="00A359F2">
        <w:trPr>
          <w:cantSplit/>
          <w:jc w:val="center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F1E2A0" w14:textId="77777777" w:rsidR="000F6BA6" w:rsidRDefault="003218A0">
            <w:r>
              <w:t>Posgrado o formación adicional exigida, cuando aplique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72B31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4E65E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A75CB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9D2C4D" w14:textId="77777777" w:rsidR="000C5318" w:rsidRDefault="000C5318">
            <w:pPr>
              <w:spacing w:after="0"/>
            </w:pPr>
          </w:p>
        </w:tc>
      </w:tr>
      <w:tr w:rsidR="000C5318" w14:paraId="55FCCE01" w14:textId="77777777" w:rsidTr="00A359F2">
        <w:trPr>
          <w:cantSplit/>
          <w:jc w:val="center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7D5F34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Carta de compromiso y disponibilidad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BA1B1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AD387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5BE62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9A27FD" w14:textId="77777777" w:rsidR="000C5318" w:rsidRDefault="000C5318">
            <w:pPr>
              <w:spacing w:after="0"/>
            </w:pPr>
          </w:p>
        </w:tc>
      </w:tr>
      <w:tr w:rsidR="000C5318" w14:paraId="02D65594" w14:textId="77777777" w:rsidTr="00A359F2">
        <w:trPr>
          <w:cantSplit/>
          <w:jc w:val="center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77E5F0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Declaración de inhabilidades y conflictos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BCFF6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9EFCB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52D53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C9C6A4" w14:textId="77777777" w:rsidR="000C5318" w:rsidRDefault="000C5318">
            <w:pPr>
              <w:spacing w:after="0"/>
            </w:pPr>
          </w:p>
        </w:tc>
      </w:tr>
      <w:tr w:rsidR="000C5318" w14:paraId="53D187E5" w14:textId="77777777" w:rsidTr="00A359F2">
        <w:trPr>
          <w:cantSplit/>
          <w:jc w:val="center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9DB3A1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Vínculo / promesa de contratación, si aplica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010F6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B943E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6DD79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F3C4CB" w14:textId="77777777" w:rsidR="000C5318" w:rsidRDefault="000C5318">
            <w:pPr>
              <w:spacing w:after="0"/>
            </w:pPr>
          </w:p>
        </w:tc>
      </w:tr>
    </w:tbl>
    <w:p w14:paraId="28574877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DECLARACIÓN Y FIRMA DEL PROFESIONAL</w:t>
      </w:r>
    </w:p>
    <w:p w14:paraId="3783C2C4" w14:textId="77777777" w:rsidR="000C5318" w:rsidRPr="00F92246" w:rsidRDefault="009B6465">
      <w:pPr>
        <w:spacing w:after="60"/>
        <w:jc w:val="both"/>
        <w:rPr>
          <w:lang w:val="es-CO"/>
        </w:rPr>
      </w:pPr>
      <w:r w:rsidRPr="00F92246">
        <w:rPr>
          <w:lang w:val="es-CO"/>
        </w:rPr>
        <w:t>Bajo la gravedad de juramento declaro que la información y soportes son auténticos, exactos y verificables; conozco el objeto, alcance, plazo y obligaciones; acepto el rol; cuento con disponibilidad; no estoy incurso(a) en inhabilidad, incompatibilidad, conflicto de interés, sanción o prohibición; y autorizo la verificación de mis antecedentes y experiencia.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3547"/>
        <w:gridCol w:w="3547"/>
        <w:gridCol w:w="3816"/>
        <w:gridCol w:w="3548"/>
      </w:tblGrid>
      <w:tr w:rsidR="000C5318" w14:paraId="30567506" w14:textId="77777777">
        <w:trPr>
          <w:tblHeader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D3A242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Firma del profesional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049BA3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Nombre / C.C.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D39801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lang w:val="es-CO"/>
              </w:rPr>
              <w:t>Firma del proponente / representante legal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7B2566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Fecha</w:t>
            </w:r>
          </w:p>
        </w:tc>
      </w:tr>
      <w:tr w:rsidR="000C5318" w14:paraId="4677C872" w14:textId="77777777">
        <w:trPr>
          <w:cantSplit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D43F2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8751BA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 / [C.C.]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56F39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CC738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[DD/MM/AAAA]</w:t>
            </w:r>
          </w:p>
        </w:tc>
      </w:tr>
    </w:tbl>
    <w:p w14:paraId="7C519A2C" w14:textId="77777777" w:rsidR="000C5318" w:rsidRDefault="009B6465">
      <w:r>
        <w:br w:type="page"/>
      </w:r>
    </w:p>
    <w:p w14:paraId="6194853D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lastRenderedPageBreak/>
        <w:t>DECLARACIÓN GENERAL DEL PROPONENTE</w:t>
      </w:r>
    </w:p>
    <w:p w14:paraId="19C86DB9" w14:textId="77777777" w:rsidR="000C5318" w:rsidRPr="00F92246" w:rsidRDefault="009B6465">
      <w:pPr>
        <w:jc w:val="both"/>
        <w:rPr>
          <w:lang w:val="es-CO"/>
        </w:rPr>
      </w:pPr>
      <w:r w:rsidRPr="00F92246">
        <w:rPr>
          <w:lang w:val="es-CO"/>
        </w:rPr>
        <w:t>Bajo la gravedad de juramento, el proponente declara que los profesionales relacionados aceptaron su postulación y participarán efectivamente; que la formación, matrículas, experiencia, disponibilidad y soportes son completos, auténticos y verificables; que ningún profesional se encuentra incurso en inhabilidad, incompatibilidad, conflicto de interés, sanción o prohibición; y que no reemplazará, retirará ni reducirá la dedicación del equipo sin autorización previa y escrita de Teleantioquia. Todo reemplazo acreditará condiciones iguales o superiores y no generará mayores costos.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4519"/>
        <w:gridCol w:w="3672"/>
        <w:gridCol w:w="3544"/>
        <w:gridCol w:w="2723"/>
      </w:tblGrid>
      <w:tr w:rsidR="000C5318" w14:paraId="7B983FA4" w14:textId="77777777" w:rsidTr="00A359F2">
        <w:trPr>
          <w:tblHeader/>
          <w:jc w:val="center"/>
        </w:trPr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260FA6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sz w:val="16"/>
                <w:lang w:val="es-CO"/>
              </w:rPr>
              <w:t>Firma del proponente / representante legal</w:t>
            </w:r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332B0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Nombre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0739BC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C.C. / NIT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3EBAFC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Fecha</w:t>
            </w:r>
          </w:p>
        </w:tc>
      </w:tr>
      <w:tr w:rsidR="000C5318" w14:paraId="46518E8F" w14:textId="77777777" w:rsidTr="00A359F2">
        <w:trPr>
          <w:cantSplit/>
          <w:jc w:val="center"/>
        </w:trPr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CE7E9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>____________________________</w:t>
            </w:r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DA9AF3" w14:textId="77777777" w:rsidR="000C5318" w:rsidRDefault="009B6465">
            <w:pPr>
              <w:spacing w:after="0"/>
            </w:pPr>
            <w:r>
              <w:rPr>
                <w:color w:val="000000"/>
                <w:sz w:val="16"/>
              </w:rPr>
              <w:t>[Nombre completo]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775C68" w14:textId="77777777" w:rsidR="000C5318" w:rsidRDefault="009B6465">
            <w:pPr>
              <w:spacing w:after="0"/>
            </w:pPr>
            <w:r>
              <w:rPr>
                <w:color w:val="000000"/>
                <w:sz w:val="16"/>
              </w:rPr>
              <w:t>[Número]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20CC7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6"/>
              </w:rPr>
              <w:t>[DD/MM/AAAA]</w:t>
            </w:r>
          </w:p>
        </w:tc>
      </w:tr>
    </w:tbl>
    <w:p w14:paraId="41D6D1CD" w14:textId="77777777" w:rsidR="000C5318" w:rsidRPr="00F92246" w:rsidRDefault="009B6465">
      <w:pPr>
        <w:keepNext/>
        <w:pBdr>
          <w:bottom w:val="single" w:sz="12" w:space="2" w:color="92D050"/>
        </w:pBdr>
        <w:spacing w:before="100" w:after="60"/>
        <w:jc w:val="center"/>
        <w:rPr>
          <w:lang w:val="es-CO"/>
        </w:rPr>
      </w:pPr>
      <w:r w:rsidRPr="00F92246">
        <w:rPr>
          <w:b/>
          <w:sz w:val="19"/>
          <w:lang w:val="es-CO"/>
        </w:rPr>
        <w:t>LISTA DE CONTROL FINAL DEL PROPONENTE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5798"/>
        <w:gridCol w:w="1484"/>
        <w:gridCol w:w="1656"/>
        <w:gridCol w:w="5520"/>
      </w:tblGrid>
      <w:tr w:rsidR="000C5318" w14:paraId="6589CFFB" w14:textId="77777777" w:rsidTr="00735368">
        <w:trPr>
          <w:tblHeader/>
          <w:jc w:val="center"/>
        </w:trPr>
        <w:tc>
          <w:tcPr>
            <w:tcW w:w="5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3B74BF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Control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FAA3F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Sí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71401B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No</w:t>
            </w:r>
          </w:p>
        </w:tc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B50B93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Observación</w:t>
            </w:r>
          </w:p>
        </w:tc>
      </w:tr>
      <w:tr w:rsidR="000C5318" w14:paraId="68235FB4" w14:textId="77777777" w:rsidTr="00735368">
        <w:trPr>
          <w:cantSplit/>
          <w:jc w:val="center"/>
        </w:trPr>
        <w:tc>
          <w:tcPr>
            <w:tcW w:w="5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FCB842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lang w:val="es-CO"/>
              </w:rPr>
              <w:t>Se relacionaron las diez especialidades y un profesional principal por cada una.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35A14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☐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7910C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☐</w:t>
            </w:r>
          </w:p>
        </w:tc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86C43E" w14:textId="77777777" w:rsidR="000C5318" w:rsidRDefault="000C5318">
            <w:pPr>
              <w:spacing w:after="0"/>
            </w:pPr>
          </w:p>
        </w:tc>
      </w:tr>
      <w:tr w:rsidR="000C5318" w14:paraId="1E54AC03" w14:textId="77777777" w:rsidTr="00735368">
        <w:trPr>
          <w:cantSplit/>
          <w:jc w:val="center"/>
        </w:trPr>
        <w:tc>
          <w:tcPr>
            <w:tcW w:w="5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1B6CC9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lang w:val="es-CO"/>
              </w:rPr>
              <w:t>Cada ficha está completa y firmada por el profesional.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29202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☐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C4514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☐</w:t>
            </w:r>
          </w:p>
        </w:tc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6F4FC9" w14:textId="77777777" w:rsidR="000C5318" w:rsidRDefault="000C5318">
            <w:pPr>
              <w:spacing w:after="0"/>
            </w:pPr>
          </w:p>
        </w:tc>
      </w:tr>
      <w:tr w:rsidR="000C5318" w14:paraId="5C49257D" w14:textId="77777777" w:rsidTr="00735368">
        <w:trPr>
          <w:cantSplit/>
          <w:jc w:val="center"/>
        </w:trPr>
        <w:tc>
          <w:tcPr>
            <w:tcW w:w="5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57A856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lang w:val="es-CO"/>
              </w:rPr>
              <w:t>Los meses de experiencia fueron depurados por superposición.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E1BC6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☐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05174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☐</w:t>
            </w:r>
          </w:p>
        </w:tc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5BD00C" w14:textId="77777777" w:rsidR="000C5318" w:rsidRDefault="000C5318">
            <w:pPr>
              <w:spacing w:after="0"/>
            </w:pPr>
          </w:p>
        </w:tc>
      </w:tr>
      <w:tr w:rsidR="000C5318" w14:paraId="49864E15" w14:textId="77777777" w:rsidTr="00735368">
        <w:trPr>
          <w:cantSplit/>
          <w:jc w:val="center"/>
        </w:trPr>
        <w:tc>
          <w:tcPr>
            <w:tcW w:w="5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301109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lang w:val="es-CO"/>
              </w:rPr>
              <w:t>Los proyectos específicos identifican actividades propias de la especialidad.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0A844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☐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82456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☐</w:t>
            </w:r>
          </w:p>
        </w:tc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AC780C" w14:textId="77777777" w:rsidR="000C5318" w:rsidRDefault="000C5318">
            <w:pPr>
              <w:spacing w:after="0"/>
            </w:pPr>
          </w:p>
        </w:tc>
      </w:tr>
      <w:tr w:rsidR="000C5318" w14:paraId="32AA6663" w14:textId="77777777" w:rsidTr="00735368">
        <w:trPr>
          <w:cantSplit/>
          <w:jc w:val="center"/>
        </w:trPr>
        <w:tc>
          <w:tcPr>
            <w:tcW w:w="5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6E60C8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lang w:val="es-CO"/>
              </w:rPr>
              <w:t>Todos los soportes están identificados por folio o nombre de archivo.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83BAB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☐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9FB59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☐</w:t>
            </w:r>
          </w:p>
        </w:tc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05F590" w14:textId="77777777" w:rsidR="000C5318" w:rsidRDefault="000C5318">
            <w:pPr>
              <w:spacing w:after="0"/>
            </w:pPr>
          </w:p>
        </w:tc>
      </w:tr>
      <w:tr w:rsidR="000C5318" w14:paraId="4B8AEC0E" w14:textId="77777777" w:rsidTr="00735368">
        <w:trPr>
          <w:cantSplit/>
          <w:jc w:val="center"/>
        </w:trPr>
        <w:tc>
          <w:tcPr>
            <w:tcW w:w="5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26ABF8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lang w:val="es-CO"/>
              </w:rPr>
              <w:t>Se anexaron organigrama, matriz de responsabilidades y cartas de compromiso.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A0384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☐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9C37A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☐</w:t>
            </w:r>
          </w:p>
        </w:tc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0F505E" w14:textId="77777777" w:rsidR="000C5318" w:rsidRDefault="000C5318">
            <w:pPr>
              <w:spacing w:after="0"/>
            </w:pPr>
          </w:p>
        </w:tc>
      </w:tr>
    </w:tbl>
    <w:p w14:paraId="69738E45" w14:textId="77777777" w:rsidR="00184E12" w:rsidRDefault="00184E12"/>
    <w:sectPr w:rsidR="00184E12" w:rsidSect="00850881">
      <w:headerReference w:type="default" r:id="rId8"/>
      <w:footerReference w:type="default" r:id="rId9"/>
      <w:pgSz w:w="15840" w:h="12240" w:orient="landscape"/>
      <w:pgMar w:top="1842" w:right="691" w:bottom="691" w:left="691" w:header="259" w:footer="2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883EC6" w14:textId="77777777" w:rsidR="003218A0" w:rsidRDefault="003218A0">
      <w:pPr>
        <w:spacing w:after="0"/>
      </w:pPr>
      <w:r>
        <w:separator/>
      </w:r>
    </w:p>
  </w:endnote>
  <w:endnote w:type="continuationSeparator" w:id="0">
    <w:p w14:paraId="5B9E12D1" w14:textId="77777777" w:rsidR="003218A0" w:rsidRDefault="003218A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A1E31D" w14:textId="0589919C" w:rsidR="000C5318" w:rsidRDefault="000C531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E3C9FE" w14:textId="77777777" w:rsidR="003218A0" w:rsidRDefault="003218A0">
      <w:pPr>
        <w:spacing w:after="0"/>
      </w:pPr>
      <w:r>
        <w:separator/>
      </w:r>
    </w:p>
  </w:footnote>
  <w:footnote w:type="continuationSeparator" w:id="0">
    <w:p w14:paraId="1AA0A53B" w14:textId="77777777" w:rsidR="003218A0" w:rsidRDefault="003218A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501333" w14:textId="77777777" w:rsidR="000C5318" w:rsidRDefault="000C5318">
    <w:pPr>
      <w:pStyle w:val="Encabezad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752"/>
      <w:gridCol w:w="4752"/>
      <w:gridCol w:w="4752"/>
    </w:tblGrid>
    <w:tr w:rsidR="000C5318" w:rsidRPr="00AD21BF" w14:paraId="4A5CD12D" w14:textId="77777777">
      <w:trPr>
        <w:jc w:val="center"/>
      </w:trPr>
      <w:tc>
        <w:tcPr>
          <w:tcW w:w="475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65" w:type="dxa"/>
            <w:left w:w="85" w:type="dxa"/>
            <w:bottom w:w="65" w:type="dxa"/>
            <w:right w:w="85" w:type="dxa"/>
          </w:tcMar>
        </w:tcPr>
        <w:p w14:paraId="33FD7181" w14:textId="77777777" w:rsidR="000C5318" w:rsidRDefault="009B6465">
          <w:pPr>
            <w:jc w:val="center"/>
          </w:pPr>
          <w:r>
            <w:rPr>
              <w:noProof/>
            </w:rPr>
            <w:drawing>
              <wp:inline distT="0" distB="0" distL="0" distR="0" wp14:anchorId="2AE196A9" wp14:editId="2B5DA996">
                <wp:extent cx="1417320" cy="285846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2858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5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65" w:type="dxa"/>
            <w:left w:w="85" w:type="dxa"/>
            <w:bottom w:w="65" w:type="dxa"/>
            <w:right w:w="85" w:type="dxa"/>
          </w:tcMar>
          <w:vAlign w:val="center"/>
        </w:tcPr>
        <w:p w14:paraId="1CF843F2" w14:textId="77777777" w:rsidR="000C5318" w:rsidRPr="00910B4D" w:rsidRDefault="009B6465">
          <w:pPr>
            <w:spacing w:after="0"/>
            <w:jc w:val="center"/>
            <w:rPr>
              <w:lang w:val="es-CO"/>
            </w:rPr>
          </w:pPr>
          <w:r w:rsidRPr="00910B4D">
            <w:rPr>
              <w:b/>
              <w:color w:val="000000"/>
              <w:sz w:val="21"/>
              <w:lang w:val="es-CO"/>
            </w:rPr>
            <w:t>FORMATO 6</w:t>
          </w:r>
          <w:r w:rsidRPr="00910B4D">
            <w:rPr>
              <w:b/>
              <w:color w:val="000000"/>
              <w:sz w:val="21"/>
              <w:lang w:val="es-CO"/>
            </w:rPr>
            <w:br/>
            <w:t>ESTRUCTURA DEL EQUIPO Y RECURSO HUMANO</w:t>
          </w:r>
        </w:p>
      </w:tc>
      <w:tc>
        <w:tcPr>
          <w:tcW w:w="475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65" w:type="dxa"/>
            <w:left w:w="85" w:type="dxa"/>
            <w:bottom w:w="65" w:type="dxa"/>
            <w:right w:w="85" w:type="dxa"/>
          </w:tcMar>
        </w:tcPr>
        <w:p w14:paraId="7B536BD5" w14:textId="666D314B" w:rsidR="000C5318" w:rsidRPr="00910B4D" w:rsidRDefault="009B6465">
          <w:pPr>
            <w:rPr>
              <w:lang w:val="es-CO"/>
            </w:rPr>
          </w:pPr>
          <w:r w:rsidRPr="00910B4D">
            <w:rPr>
              <w:b/>
              <w:sz w:val="16"/>
              <w:lang w:val="es-CO"/>
            </w:rPr>
            <w:t xml:space="preserve">Código: </w:t>
          </w:r>
          <w:r w:rsidRPr="00910B4D">
            <w:rPr>
              <w:sz w:val="16"/>
              <w:lang w:val="es-CO"/>
            </w:rPr>
            <w:t>FO-7020XX</w:t>
          </w:r>
          <w:r w:rsidRPr="00910B4D">
            <w:rPr>
              <w:b/>
              <w:sz w:val="16"/>
              <w:lang w:val="es-CO"/>
            </w:rPr>
            <w:br/>
            <w:t xml:space="preserve">Versión: </w:t>
          </w:r>
          <w:r w:rsidRPr="00910B4D">
            <w:rPr>
              <w:sz w:val="16"/>
              <w:lang w:val="es-CO"/>
            </w:rPr>
            <w:t>01</w:t>
          </w:r>
          <w:r w:rsidRPr="00910B4D">
            <w:rPr>
              <w:b/>
              <w:sz w:val="16"/>
              <w:lang w:val="es-CO"/>
            </w:rPr>
            <w:br/>
            <w:t xml:space="preserve">Fecha: </w:t>
          </w:r>
          <w:r w:rsidRPr="00910B4D">
            <w:rPr>
              <w:sz w:val="16"/>
              <w:lang w:val="es-CO"/>
            </w:rPr>
            <w:t>__/__/2026</w:t>
          </w:r>
          <w:r w:rsidRPr="00910B4D">
            <w:rPr>
              <w:b/>
              <w:sz w:val="16"/>
              <w:lang w:val="es-CO"/>
            </w:rPr>
            <w:br/>
            <w:t xml:space="preserve">Página </w:t>
          </w:r>
          <w:r>
            <w:fldChar w:fldCharType="begin"/>
          </w:r>
          <w:r w:rsidRPr="00910B4D">
            <w:rPr>
              <w:lang w:val="es-CO"/>
            </w:rPr>
            <w:instrText>PAGE</w:instrText>
          </w:r>
          <w:r>
            <w:fldChar w:fldCharType="separate"/>
          </w:r>
          <w:r w:rsidR="00910B4D" w:rsidRPr="00910B4D">
            <w:rPr>
              <w:noProof/>
              <w:lang w:val="es-CO"/>
            </w:rPr>
            <w:t>3</w:t>
          </w:r>
          <w:r>
            <w:fldChar w:fldCharType="end"/>
          </w:r>
          <w:r w:rsidRPr="00910B4D">
            <w:rPr>
              <w:sz w:val="16"/>
              <w:lang w:val="es-CO"/>
            </w:rPr>
            <w:t xml:space="preserve"> de </w:t>
          </w:r>
          <w:r>
            <w:fldChar w:fldCharType="begin"/>
          </w:r>
          <w:r w:rsidRPr="00910B4D">
            <w:rPr>
              <w:lang w:val="es-CO"/>
            </w:rPr>
            <w:instrText>NUMPAGES</w:instrText>
          </w:r>
          <w:r>
            <w:fldChar w:fldCharType="separate"/>
          </w:r>
          <w:r w:rsidR="00910B4D" w:rsidRPr="00910B4D">
            <w:rPr>
              <w:noProof/>
              <w:lang w:val="es-CO"/>
            </w:rPr>
            <w:t>1</w:t>
          </w:r>
          <w:r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859851">
    <w:abstractNumId w:val="8"/>
  </w:num>
  <w:num w:numId="2" w16cid:durableId="1219897723">
    <w:abstractNumId w:val="6"/>
  </w:num>
  <w:num w:numId="3" w16cid:durableId="733359422">
    <w:abstractNumId w:val="5"/>
  </w:num>
  <w:num w:numId="4" w16cid:durableId="1714964708">
    <w:abstractNumId w:val="4"/>
  </w:num>
  <w:num w:numId="5" w16cid:durableId="933169928">
    <w:abstractNumId w:val="7"/>
  </w:num>
  <w:num w:numId="6" w16cid:durableId="1163474286">
    <w:abstractNumId w:val="3"/>
  </w:num>
  <w:num w:numId="7" w16cid:durableId="754545941">
    <w:abstractNumId w:val="2"/>
  </w:num>
  <w:num w:numId="8" w16cid:durableId="1029181790">
    <w:abstractNumId w:val="1"/>
  </w:num>
  <w:num w:numId="9" w16cid:durableId="11198405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07AE"/>
    <w:rsid w:val="000C5318"/>
    <w:rsid w:val="000F6BA6"/>
    <w:rsid w:val="0015074B"/>
    <w:rsid w:val="00184E12"/>
    <w:rsid w:val="00262A72"/>
    <w:rsid w:val="0029639D"/>
    <w:rsid w:val="002A6A2E"/>
    <w:rsid w:val="002C1612"/>
    <w:rsid w:val="00316866"/>
    <w:rsid w:val="003218A0"/>
    <w:rsid w:val="00326F90"/>
    <w:rsid w:val="004753A3"/>
    <w:rsid w:val="005010E9"/>
    <w:rsid w:val="0058219E"/>
    <w:rsid w:val="005B7776"/>
    <w:rsid w:val="005C6C82"/>
    <w:rsid w:val="00667992"/>
    <w:rsid w:val="00735368"/>
    <w:rsid w:val="0080003C"/>
    <w:rsid w:val="00850881"/>
    <w:rsid w:val="00910B4D"/>
    <w:rsid w:val="00943E57"/>
    <w:rsid w:val="009B6465"/>
    <w:rsid w:val="00A359F2"/>
    <w:rsid w:val="00A65BEA"/>
    <w:rsid w:val="00AA1D8D"/>
    <w:rsid w:val="00AD21BF"/>
    <w:rsid w:val="00B47730"/>
    <w:rsid w:val="00C33C9D"/>
    <w:rsid w:val="00CB0664"/>
    <w:rsid w:val="00D4168A"/>
    <w:rsid w:val="00E05794"/>
    <w:rsid w:val="00F92246"/>
    <w:rsid w:val="00F92B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6FABDD78-BB4F-704D-8586-73BBD5185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/>
      <w:sz w:val="14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24</Pages>
  <Words>7473</Words>
  <Characters>42673</Characters>
  <Application>Microsoft Office Word</Application>
  <DocSecurity>0</DocSecurity>
  <Lines>2667</Lines>
  <Paragraphs>2387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47759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Camilo Andrés Chaverra Monsalve</cp:lastModifiedBy>
  <cp:revision>6</cp:revision>
  <dcterms:created xsi:type="dcterms:W3CDTF">2026-08-27T16:00:00Z</dcterms:created>
  <dcterms:modified xsi:type="dcterms:W3CDTF">2026-09-22T18:34:00Z</dcterms:modified>
  <cp:category/>
</cp:coreProperties>
</file>