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80"/>
        <w:gridCol w:w="4320"/>
        <w:gridCol w:w="2880"/>
        <w:gridCol w:w="4320"/>
      </w:tblGrid>
      <w:tr w:rsidR="00183BD2" w14:paraId="7E2E41B7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34A5050E" w14:textId="77777777" w:rsidR="00183BD2" w:rsidRDefault="00D40215">
            <w:pPr>
              <w:spacing w:after="0"/>
            </w:pPr>
            <w:proofErr w:type="spellStart"/>
            <w:r>
              <w:rPr>
                <w:b/>
                <w:color w:val="000000"/>
              </w:rPr>
              <w:t>Proceso</w:t>
            </w:r>
            <w:proofErr w:type="spellEnd"/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39BFB610" w14:textId="77777777" w:rsidR="00183BD2" w:rsidRPr="007358E8" w:rsidRDefault="00D40215">
            <w:pPr>
              <w:spacing w:after="0"/>
              <w:rPr>
                <w:lang w:val="es-CO"/>
              </w:rPr>
            </w:pPr>
            <w:r w:rsidRPr="007358E8">
              <w:rPr>
                <w:color w:val="000000"/>
                <w:lang w:val="es-CO"/>
              </w:rPr>
              <w:t>Invitación Pública N.º IP 45-2026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0AB864B3" w14:textId="77777777" w:rsidR="00183BD2" w:rsidRDefault="00D40215">
            <w:pPr>
              <w:spacing w:after="0"/>
            </w:pPr>
            <w:proofErr w:type="spellStart"/>
            <w:r>
              <w:rPr>
                <w:b/>
                <w:color w:val="000000"/>
              </w:rPr>
              <w:t>Fecha</w:t>
            </w:r>
            <w:proofErr w:type="spellEnd"/>
            <w:r>
              <w:rPr>
                <w:b/>
                <w:color w:val="000000"/>
              </w:rPr>
              <w:t xml:space="preserve"> de </w:t>
            </w:r>
            <w:proofErr w:type="spellStart"/>
            <w:r>
              <w:rPr>
                <w:b/>
                <w:color w:val="000000"/>
              </w:rPr>
              <w:t>cierre</w:t>
            </w:r>
            <w:proofErr w:type="spellEnd"/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5EFBD52E" w14:textId="77777777" w:rsidR="00183BD2" w:rsidRDefault="00D40215">
            <w:pPr>
              <w:spacing w:after="0"/>
            </w:pPr>
            <w:r>
              <w:rPr>
                <w:color w:val="000000"/>
              </w:rPr>
              <w:t>[DD/MM/AAAA]</w:t>
            </w:r>
          </w:p>
        </w:tc>
      </w:tr>
      <w:tr w:rsidR="00183BD2" w14:paraId="4237E3E1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4F9BFAEC" w14:textId="77777777" w:rsidR="00183BD2" w:rsidRDefault="00D40215">
            <w:pPr>
              <w:spacing w:after="0"/>
            </w:pPr>
            <w:proofErr w:type="spellStart"/>
            <w:r>
              <w:rPr>
                <w:b/>
                <w:color w:val="000000"/>
              </w:rPr>
              <w:t>Objeto</w:t>
            </w:r>
            <w:proofErr w:type="spellEnd"/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2DF609BA" w14:textId="77777777" w:rsidR="00183BD2" w:rsidRPr="007358E8" w:rsidRDefault="00D40215">
            <w:pPr>
              <w:spacing w:after="0"/>
              <w:rPr>
                <w:lang w:val="es-CO"/>
              </w:rPr>
            </w:pPr>
            <w:r w:rsidRPr="007358E8">
              <w:rPr>
                <w:color w:val="000000"/>
                <w:lang w:val="es-CO"/>
              </w:rPr>
              <w:t>Estudios y diseños arquitectónicos y técnicos para la adecuación de las instalaciones de Teleantioquia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52DFDDD1" w14:textId="77777777" w:rsidR="00183BD2" w:rsidRDefault="00D40215">
            <w:pPr>
              <w:spacing w:after="0"/>
            </w:pPr>
            <w:proofErr w:type="spellStart"/>
            <w:r>
              <w:rPr>
                <w:b/>
                <w:color w:val="000000"/>
              </w:rPr>
              <w:t>Presupuesto</w:t>
            </w:r>
            <w:proofErr w:type="spellEnd"/>
            <w:r>
              <w:rPr>
                <w:b/>
                <w:color w:val="000000"/>
              </w:rPr>
              <w:t xml:space="preserve"> </w:t>
            </w:r>
            <w:proofErr w:type="spellStart"/>
            <w:r>
              <w:rPr>
                <w:b/>
                <w:color w:val="000000"/>
              </w:rPr>
              <w:t>oficial</w:t>
            </w:r>
            <w:proofErr w:type="spellEnd"/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714D6C12" w14:textId="77777777" w:rsidR="00183BD2" w:rsidRDefault="00D40215">
            <w:pPr>
              <w:spacing w:after="0"/>
            </w:pPr>
            <w:r>
              <w:rPr>
                <w:color w:val="000000"/>
              </w:rPr>
              <w:t>$724.939.669 IVA incluido</w:t>
            </w:r>
          </w:p>
        </w:tc>
      </w:tr>
      <w:tr w:rsidR="00183BD2" w14:paraId="3FB27D57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752DF372" w14:textId="77777777" w:rsidR="00183BD2" w:rsidRDefault="00D40215">
            <w:pPr>
              <w:spacing w:after="0"/>
            </w:pPr>
            <w:r>
              <w:rPr>
                <w:b/>
                <w:color w:val="000000"/>
              </w:rPr>
              <w:t>Proponente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7EE14BE7" w14:textId="77777777" w:rsidR="00183BD2" w:rsidRDefault="00D40215">
            <w:pPr>
              <w:spacing w:after="0"/>
            </w:pPr>
            <w:r>
              <w:rPr>
                <w:color w:val="000000"/>
              </w:rPr>
              <w:t>[Nombre o razón social]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2429E7E9" w14:textId="77777777" w:rsidR="00183BD2" w:rsidRDefault="00D40215">
            <w:pPr>
              <w:spacing w:after="0"/>
            </w:pPr>
            <w:r>
              <w:rPr>
                <w:b/>
                <w:color w:val="000000"/>
              </w:rPr>
              <w:t>NIT / C.C.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76B2AD62" w14:textId="77777777" w:rsidR="00183BD2" w:rsidRDefault="00D40215">
            <w:pPr>
              <w:spacing w:after="0"/>
            </w:pPr>
            <w:r>
              <w:rPr>
                <w:color w:val="000000"/>
              </w:rPr>
              <w:t>[Número]</w:t>
            </w:r>
          </w:p>
        </w:tc>
      </w:tr>
      <w:tr w:rsidR="00183BD2" w14:paraId="7701E707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3D7F4C4C" w14:textId="77777777" w:rsidR="00183BD2" w:rsidRDefault="00D40215">
            <w:pPr>
              <w:spacing w:after="0"/>
            </w:pPr>
            <w:r>
              <w:rPr>
                <w:b/>
                <w:color w:val="000000"/>
              </w:rPr>
              <w:t>Tipo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579EC358" w14:textId="77777777" w:rsidR="00183BD2" w:rsidRPr="007358E8" w:rsidRDefault="00D40215">
            <w:pPr>
              <w:spacing w:after="0"/>
              <w:rPr>
                <w:lang w:val="es-CO"/>
              </w:rPr>
            </w:pPr>
            <w:r w:rsidRPr="007358E8">
              <w:rPr>
                <w:color w:val="000000"/>
                <w:lang w:val="es-CO"/>
              </w:rPr>
              <w:t>☐</w:t>
            </w:r>
            <w:r w:rsidRPr="007358E8">
              <w:rPr>
                <w:color w:val="000000"/>
                <w:lang w:val="es-CO"/>
              </w:rPr>
              <w:t xml:space="preserve"> Persona natural   ☐ Persona jurídica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00B8E89B" w14:textId="77777777" w:rsidR="00183BD2" w:rsidRPr="007358E8" w:rsidRDefault="00D40215">
            <w:pPr>
              <w:spacing w:after="0"/>
              <w:rPr>
                <w:lang w:val="es-CO"/>
              </w:rPr>
            </w:pPr>
            <w:r w:rsidRPr="007358E8">
              <w:rPr>
                <w:b/>
                <w:color w:val="000000"/>
                <w:lang w:val="es-CO"/>
              </w:rPr>
              <w:t>N.º de contratos relacionados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50C0296C" w14:textId="77777777" w:rsidR="00183BD2" w:rsidRDefault="00D40215">
            <w:pPr>
              <w:spacing w:after="0"/>
            </w:pPr>
            <w:r>
              <w:rPr>
                <w:color w:val="000000"/>
              </w:rPr>
              <w:t>[1 a 5]</w:t>
            </w:r>
          </w:p>
        </w:tc>
      </w:tr>
    </w:tbl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4400"/>
      </w:tblGrid>
      <w:tr w:rsidR="00183BD2" w14:paraId="36266B5C" w14:textId="77777777">
        <w:trPr>
          <w:jc w:val="center"/>
        </w:trPr>
        <w:tc>
          <w:tcPr>
            <w:tcW w:w="1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>
            <w:r>
              <w:t>INSTRUCCIONES: diligencie mínimo uno (1) y máximo cinco (5) contratos ejecutados y terminados antes del cierre. La experiencia podrá acreditarse mediante el RUP vigente; cuando este no permita verificar integralmente alguno de los requisitos, anexe certificaciones, actas de terminación, recibo a satisfacción, liquidación, contratos u otros documentos idóneos. Para la coordinación interdisciplinaria, los soportes deberán demostrar actividades de dirección, articulación, integración, compatibilización o coordinación entre el diseño arquitectónico y, al menos, tres (3) especialidades técnicas complementarias. Indique fechas y meses completos; los periodos simultáneos se contabilizarán una sola vez.</w:t>
            </w:r>
          </w:p>
        </w:tc>
      </w:tr>
    </w:tbl>
    <w:p w14:paraId="7AF1700D" w14:textId="77777777" w:rsidR="00183BD2" w:rsidRDefault="00D40215">
      <w:pPr>
        <w:keepNext/>
        <w:pBdr>
          <w:bottom w:val="single" w:sz="12" w:space="3" w:color="92D050"/>
        </w:pBdr>
        <w:spacing w:before="140" w:after="80"/>
        <w:jc w:val="center"/>
      </w:pPr>
      <w:r>
        <w:rPr>
          <w:b/>
          <w:sz w:val="20"/>
        </w:rPr>
        <w:t>1. DECLARACIÓN DE CUMPLIMIENTO HABILITANTE</w:t>
      </w:r>
    </w:p>
    <w:tbl>
      <w:tblPr>
        <w:tblW w:w="18570" w:type="dxa"/>
        <w:jc w:val="center"/>
        <w:tblLayout w:type="fixed"/>
        <w:tblLook w:val="04A0" w:firstRow="1" w:lastRow="0" w:firstColumn="1" w:lastColumn="0" w:noHBand="0" w:noVBand="1"/>
      </w:tblPr>
      <w:tblGrid>
        <w:gridCol w:w="3600"/>
        <w:gridCol w:w="9936"/>
        <w:gridCol w:w="1490"/>
        <w:gridCol w:w="3544"/>
      </w:tblGrid>
      <w:tr w:rsidR="00183BD2" w14:paraId="615F8EF8" w14:textId="77777777" w:rsidTr="002F4B4D">
        <w:trPr>
          <w:tblHeader/>
          <w:jc w:val="center"/>
        </w:trPr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1B649571" w14:textId="77777777" w:rsidR="00183BD2" w:rsidRDefault="00D40215">
            <w:pPr>
              <w:spacing w:after="0"/>
              <w:jc w:val="center"/>
            </w:pPr>
            <w:r>
              <w:rPr>
                <w:b/>
                <w:color w:val="FFFFFF"/>
              </w:rPr>
              <w:t>Ítem</w:t>
            </w:r>
          </w:p>
        </w:tc>
        <w:tc>
          <w:tcPr>
            <w:tcW w:w="9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7CC5C71F" w14:textId="77777777" w:rsidR="00183BD2" w:rsidRPr="00E442B9" w:rsidRDefault="00D40215">
            <w:pPr>
              <w:spacing w:after="0"/>
              <w:jc w:val="center"/>
              <w:rPr>
                <w:lang w:val="es-CO"/>
              </w:rPr>
            </w:pPr>
            <w:r w:rsidRPr="00E442B9">
              <w:rPr>
                <w:b/>
                <w:color w:val="FFFFFF"/>
                <w:lang w:val="es-CO"/>
              </w:rPr>
              <w:t>Condición declarada por el proponente</w:t>
            </w:r>
          </w:p>
        </w:tc>
        <w:tc>
          <w:tcPr>
            <w:tcW w:w="1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4A74DD82" w14:textId="77777777" w:rsidR="00183BD2" w:rsidRDefault="00D40215">
            <w:pPr>
              <w:spacing w:after="0"/>
              <w:jc w:val="center"/>
            </w:pPr>
            <w:proofErr w:type="spellStart"/>
            <w:r>
              <w:rPr>
                <w:b/>
                <w:color w:val="FFFFFF"/>
              </w:rPr>
              <w:t>Cumple</w:t>
            </w:r>
            <w:proofErr w:type="spellEnd"/>
            <w:r>
              <w:rPr>
                <w:b/>
                <w:color w:val="FFFFFF"/>
              </w:rPr>
              <w:t xml:space="preserve"> S/N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006297A0" w14:textId="7D64D513" w:rsidR="00183BD2" w:rsidRDefault="00D40215">
            <w:pPr>
              <w:spacing w:after="0"/>
              <w:jc w:val="center"/>
            </w:pPr>
            <w:proofErr w:type="spellStart"/>
            <w:r>
              <w:rPr>
                <w:b/>
                <w:color w:val="FFFFFF"/>
              </w:rPr>
              <w:t>Observación</w:t>
            </w:r>
            <w:proofErr w:type="spellEnd"/>
            <w:r>
              <w:rPr>
                <w:b/>
                <w:color w:val="FFFFFF"/>
              </w:rPr>
              <w:t xml:space="preserve"> del </w:t>
            </w:r>
            <w:r w:rsidR="00951553">
              <w:rPr>
                <w:b/>
                <w:color w:val="FFFFFF"/>
              </w:rPr>
              <w:t>proponent / Folio</w:t>
            </w:r>
            <w:r w:rsidR="007A6FD8">
              <w:rPr>
                <w:b/>
                <w:color w:val="FFFFFF"/>
              </w:rPr>
              <w:t>s</w:t>
            </w:r>
          </w:p>
        </w:tc>
      </w:tr>
      <w:tr w:rsidR="00183BD2" w14:paraId="20FAE18E" w14:textId="77777777" w:rsidTr="002F4B4D">
        <w:trPr>
          <w:cantSplit/>
          <w:jc w:val="center"/>
        </w:trPr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29FCA2A1" w14:textId="77777777" w:rsidR="00183BD2" w:rsidRDefault="00D40215">
            <w:pPr>
              <w:spacing w:after="0"/>
              <w:jc w:val="center"/>
            </w:pPr>
            <w:r>
              <w:rPr>
                <w:color w:val="000000"/>
                <w:sz w:val="15"/>
              </w:rPr>
              <w:t>1.1</w:t>
            </w:r>
          </w:p>
        </w:tc>
        <w:tc>
          <w:tcPr>
            <w:tcW w:w="9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5BF7B6E1" w14:textId="77777777" w:rsidR="00183BD2" w:rsidRPr="00E442B9" w:rsidRDefault="00D40215">
            <w:pPr>
              <w:spacing w:after="0"/>
              <w:rPr>
                <w:lang w:val="es-CO"/>
              </w:rPr>
            </w:pPr>
            <w:r w:rsidRPr="00E442B9">
              <w:rPr>
                <w:color w:val="000000"/>
                <w:sz w:val="15"/>
                <w:lang w:val="es-CO"/>
              </w:rPr>
              <w:t>Los contratos tienen por objeto o alcance estudios y diseños para construcción, adecuación, ampliación, remodelación, modernización o reforma de edificaciones institucionales, administrativas, corporativas, comerciales, dotacionales o de oficinas.</w:t>
            </w:r>
          </w:p>
        </w:tc>
        <w:tc>
          <w:tcPr>
            <w:tcW w:w="1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492FBF03" w14:textId="77777777" w:rsidR="00183BD2" w:rsidRDefault="00D40215">
            <w:pPr>
              <w:spacing w:after="0"/>
              <w:jc w:val="center"/>
            </w:pPr>
            <w:r>
              <w:rPr>
                <w:color w:val="000000"/>
                <w:sz w:val="15"/>
              </w:rPr>
              <w:t>☐</w:t>
            </w:r>
            <w:r>
              <w:rPr>
                <w:color w:val="000000"/>
                <w:sz w:val="15"/>
              </w:rPr>
              <w:t xml:space="preserve"> </w:t>
            </w:r>
            <w:proofErr w:type="spellStart"/>
            <w:r>
              <w:rPr>
                <w:color w:val="000000"/>
                <w:sz w:val="15"/>
              </w:rPr>
              <w:t>Sí</w:t>
            </w:r>
            <w:proofErr w:type="spellEnd"/>
            <w:r>
              <w:rPr>
                <w:color w:val="000000"/>
                <w:sz w:val="15"/>
              </w:rPr>
              <w:t xml:space="preserve">   ☐ No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47BFB7CC" w14:textId="77777777" w:rsidR="00183BD2" w:rsidRDefault="00183BD2">
            <w:pPr>
              <w:spacing w:after="0"/>
            </w:pPr>
          </w:p>
        </w:tc>
      </w:tr>
      <w:tr w:rsidR="00183BD2" w14:paraId="76A57DB5" w14:textId="77777777" w:rsidTr="002F4B4D">
        <w:trPr>
          <w:cantSplit/>
          <w:jc w:val="center"/>
        </w:trPr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53ABD343" w14:textId="77777777" w:rsidR="00183BD2" w:rsidRDefault="00D40215">
            <w:pPr>
              <w:spacing w:after="0"/>
              <w:jc w:val="center"/>
            </w:pPr>
            <w:r>
              <w:rPr>
                <w:color w:val="000000"/>
                <w:sz w:val="15"/>
              </w:rPr>
              <w:t>1.2</w:t>
            </w:r>
          </w:p>
        </w:tc>
        <w:tc>
          <w:tcPr>
            <w:tcW w:w="9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01D4808B" w14:textId="77777777" w:rsidR="00183BD2" w:rsidRPr="00E442B9" w:rsidRDefault="00D40215">
            <w:pPr>
              <w:spacing w:after="0"/>
              <w:rPr>
                <w:lang w:val="es-CO"/>
              </w:rPr>
            </w:pPr>
            <w:r w:rsidRPr="00E442B9">
              <w:rPr>
                <w:color w:val="000000"/>
                <w:sz w:val="15"/>
                <w:lang w:val="es-CO"/>
              </w:rPr>
              <w:t>En conjunto acreditan diseño arquitectónico o de interiores, elaboración o coordinación de diseños técnicos complementarios y coordinación interdisciplinaria.</w:t>
            </w:r>
          </w:p>
        </w:tc>
        <w:tc>
          <w:tcPr>
            <w:tcW w:w="1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505407BF" w14:textId="77777777" w:rsidR="00183BD2" w:rsidRDefault="00D40215">
            <w:pPr>
              <w:spacing w:after="0"/>
              <w:jc w:val="center"/>
            </w:pPr>
            <w:r>
              <w:rPr>
                <w:color w:val="000000"/>
                <w:sz w:val="15"/>
              </w:rPr>
              <w:t>☐</w:t>
            </w:r>
            <w:r>
              <w:rPr>
                <w:color w:val="000000"/>
                <w:sz w:val="15"/>
              </w:rPr>
              <w:t xml:space="preserve"> </w:t>
            </w:r>
            <w:proofErr w:type="spellStart"/>
            <w:r>
              <w:rPr>
                <w:color w:val="000000"/>
                <w:sz w:val="15"/>
              </w:rPr>
              <w:t>Sí</w:t>
            </w:r>
            <w:proofErr w:type="spellEnd"/>
            <w:r>
              <w:rPr>
                <w:color w:val="000000"/>
                <w:sz w:val="15"/>
              </w:rPr>
              <w:t xml:space="preserve">   ☐ No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42BA0D85" w14:textId="77777777" w:rsidR="00183BD2" w:rsidRDefault="00183BD2">
            <w:pPr>
              <w:spacing w:after="0"/>
            </w:pPr>
          </w:p>
        </w:tc>
      </w:tr>
      <w:tr w:rsidR="00183BD2" w14:paraId="2E3DF858" w14:textId="77777777" w:rsidTr="002F4B4D">
        <w:trPr>
          <w:cantSplit/>
          <w:jc w:val="center"/>
        </w:trPr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45D47327" w14:textId="77777777" w:rsidR="00183BD2" w:rsidRDefault="00D40215">
            <w:pPr>
              <w:spacing w:after="0"/>
              <w:jc w:val="center"/>
            </w:pPr>
            <w:r>
              <w:rPr>
                <w:color w:val="000000"/>
                <w:sz w:val="15"/>
              </w:rPr>
              <w:t>1.3</w:t>
            </w:r>
          </w:p>
        </w:tc>
        <w:tc>
          <w:tcPr>
            <w:tcW w:w="9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02527650" w14:textId="77777777" w:rsidR="00183BD2" w:rsidRPr="00E442B9" w:rsidRDefault="00D40215">
            <w:pPr>
              <w:spacing w:after="0"/>
              <w:rPr>
                <w:lang w:val="es-CO"/>
              </w:rPr>
            </w:pPr>
            <w:r w:rsidRPr="00E442B9">
              <w:rPr>
                <w:color w:val="000000"/>
                <w:sz w:val="15"/>
                <w:lang w:val="es-CO"/>
              </w:rPr>
              <w:t>Todos los contratos relacionados fueron ejecutados y terminados antes de la fecha de cierre del proceso.</w:t>
            </w:r>
          </w:p>
        </w:tc>
        <w:tc>
          <w:tcPr>
            <w:tcW w:w="1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3091980E" w14:textId="77777777" w:rsidR="00183BD2" w:rsidRDefault="00D40215">
            <w:pPr>
              <w:spacing w:after="0"/>
              <w:jc w:val="center"/>
            </w:pPr>
            <w:r>
              <w:rPr>
                <w:color w:val="000000"/>
                <w:sz w:val="15"/>
              </w:rPr>
              <w:t>☐</w:t>
            </w:r>
            <w:r>
              <w:rPr>
                <w:color w:val="000000"/>
                <w:sz w:val="15"/>
              </w:rPr>
              <w:t xml:space="preserve"> </w:t>
            </w:r>
            <w:proofErr w:type="spellStart"/>
            <w:r>
              <w:rPr>
                <w:color w:val="000000"/>
                <w:sz w:val="15"/>
              </w:rPr>
              <w:t>Sí</w:t>
            </w:r>
            <w:proofErr w:type="spellEnd"/>
            <w:r>
              <w:rPr>
                <w:color w:val="000000"/>
                <w:sz w:val="15"/>
              </w:rPr>
              <w:t xml:space="preserve">   ☐ No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5C832562" w14:textId="77777777" w:rsidR="00183BD2" w:rsidRDefault="00183BD2">
            <w:pPr>
              <w:spacing w:after="0"/>
            </w:pPr>
          </w:p>
        </w:tc>
      </w:tr>
      <w:tr w:rsidR="00183BD2" w14:paraId="2F467A3D" w14:textId="77777777" w:rsidTr="002F4B4D">
        <w:trPr>
          <w:cantSplit/>
          <w:jc w:val="center"/>
        </w:trPr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1A6D1659" w14:textId="77777777" w:rsidR="00183BD2" w:rsidRDefault="00D40215">
            <w:pPr>
              <w:spacing w:after="0"/>
              <w:jc w:val="center"/>
            </w:pPr>
            <w:r>
              <w:rPr>
                <w:color w:val="000000"/>
                <w:sz w:val="15"/>
              </w:rPr>
              <w:t>1.4</w:t>
            </w:r>
          </w:p>
        </w:tc>
        <w:tc>
          <w:tcPr>
            <w:tcW w:w="9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65FF07A8" w14:textId="77777777" w:rsidR="00183BD2" w:rsidRPr="00E442B9" w:rsidRDefault="00D40215">
            <w:pPr>
              <w:spacing w:after="0"/>
              <w:rPr>
                <w:lang w:val="es-CO"/>
              </w:rPr>
            </w:pPr>
            <w:r w:rsidRPr="00E442B9">
              <w:rPr>
                <w:color w:val="000000"/>
                <w:sz w:val="15"/>
                <w:lang w:val="es-CO"/>
              </w:rPr>
              <w:t>La sumatoria reconocida es igual o superior a dos (2) veces el presupuesto oficial, expresado en SMMLV y ponderado por el porcentaje de participación asociativa.</w:t>
            </w:r>
          </w:p>
        </w:tc>
        <w:tc>
          <w:tcPr>
            <w:tcW w:w="1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03D5A222" w14:textId="77777777" w:rsidR="00183BD2" w:rsidRDefault="00D40215">
            <w:pPr>
              <w:spacing w:after="0"/>
              <w:jc w:val="center"/>
            </w:pPr>
            <w:r>
              <w:rPr>
                <w:color w:val="000000"/>
                <w:sz w:val="15"/>
              </w:rPr>
              <w:t>☐</w:t>
            </w:r>
            <w:r>
              <w:rPr>
                <w:color w:val="000000"/>
                <w:sz w:val="15"/>
              </w:rPr>
              <w:t xml:space="preserve"> </w:t>
            </w:r>
            <w:proofErr w:type="spellStart"/>
            <w:r>
              <w:rPr>
                <w:color w:val="000000"/>
                <w:sz w:val="15"/>
              </w:rPr>
              <w:t>Sí</w:t>
            </w:r>
            <w:proofErr w:type="spellEnd"/>
            <w:r>
              <w:rPr>
                <w:color w:val="000000"/>
                <w:sz w:val="15"/>
              </w:rPr>
              <w:t xml:space="preserve">   ☐ No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35B9AD9F" w14:textId="77777777" w:rsidR="00183BD2" w:rsidRDefault="00183BD2">
            <w:pPr>
              <w:spacing w:after="0"/>
            </w:pPr>
          </w:p>
        </w:tc>
      </w:tr>
      <w:tr w:rsidR="00183BD2" w14:paraId="59428A03" w14:textId="77777777" w:rsidTr="002F4B4D">
        <w:trPr>
          <w:cantSplit/>
          <w:jc w:val="center"/>
        </w:trPr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3DCC48F5" w14:textId="77777777" w:rsidR="00183BD2" w:rsidRDefault="00D40215">
            <w:pPr>
              <w:spacing w:after="0"/>
              <w:jc w:val="center"/>
            </w:pPr>
            <w:r>
              <w:rPr>
                <w:color w:val="000000"/>
                <w:sz w:val="15"/>
              </w:rPr>
              <w:t>1.5</w:t>
            </w:r>
          </w:p>
        </w:tc>
        <w:tc>
          <w:tcPr>
            <w:tcW w:w="9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6117ADD4" w14:textId="77777777" w:rsidR="00183BD2" w:rsidRPr="00E442B9" w:rsidRDefault="00D40215">
            <w:pPr>
              <w:spacing w:after="0"/>
              <w:rPr>
                <w:lang w:val="es-CO"/>
              </w:rPr>
            </w:pPr>
            <w:r w:rsidRPr="00E442B9">
              <w:rPr>
                <w:color w:val="000000"/>
                <w:sz w:val="15"/>
                <w:lang w:val="es-CO"/>
              </w:rPr>
              <w:t>Los documentos anexos permiten verificar toda la información declarada en este formato.</w:t>
            </w:r>
          </w:p>
        </w:tc>
        <w:tc>
          <w:tcPr>
            <w:tcW w:w="1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64747B26" w14:textId="77777777" w:rsidR="00183BD2" w:rsidRDefault="00D40215">
            <w:pPr>
              <w:spacing w:after="0"/>
              <w:jc w:val="center"/>
            </w:pPr>
            <w:r>
              <w:rPr>
                <w:color w:val="000000"/>
                <w:sz w:val="15"/>
              </w:rPr>
              <w:t>☐</w:t>
            </w:r>
            <w:r>
              <w:rPr>
                <w:color w:val="000000"/>
                <w:sz w:val="15"/>
              </w:rPr>
              <w:t xml:space="preserve"> Sí   ☐ No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63A5588A" w14:textId="77777777" w:rsidR="00183BD2" w:rsidRDefault="00183BD2">
            <w:pPr>
              <w:spacing w:after="0"/>
            </w:pPr>
          </w:p>
        </w:tc>
      </w:tr>
    </w:tbl>
    <w:p w14:paraId="68B573CC" w14:textId="5222153A" w:rsidR="00183BD2" w:rsidRDefault="00183BD2"/>
    <w:p w14:paraId="142849BB" w14:textId="77777777" w:rsidR="00183BD2" w:rsidRDefault="00D40215">
      <w:pPr>
        <w:keepNext/>
        <w:pBdr>
          <w:bottom w:val="single" w:sz="12" w:space="3" w:color="92D050"/>
        </w:pBdr>
        <w:spacing w:before="140" w:after="80"/>
        <w:jc w:val="center"/>
      </w:pPr>
      <w:r>
        <w:rPr>
          <w:b/>
          <w:sz w:val="20"/>
        </w:rPr>
        <w:t>CONTRATO 1 - INFORMACIÓN PARA ACREDITACIÓN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80"/>
        <w:gridCol w:w="4320"/>
        <w:gridCol w:w="2880"/>
        <w:gridCol w:w="4320"/>
      </w:tblGrid>
      <w:tr w:rsidR="00183BD2" w14:paraId="5997079A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68A13EA2" w14:textId="77777777" w:rsidR="00183BD2" w:rsidRDefault="00D40215">
            <w:pPr>
              <w:spacing w:after="0"/>
            </w:pPr>
            <w:r>
              <w:rPr>
                <w:b/>
                <w:color w:val="000000"/>
              </w:rPr>
              <w:t>Contratante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0CECB36F" w14:textId="77777777" w:rsidR="00183BD2" w:rsidRDefault="00D40215">
            <w:pPr>
              <w:spacing w:after="0"/>
            </w:pPr>
            <w:r>
              <w:rPr>
                <w:color w:val="000000"/>
              </w:rPr>
              <w:t>[Razón social]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6FAC4FFC" w14:textId="77777777" w:rsidR="00183BD2" w:rsidRDefault="00D40215">
            <w:pPr>
              <w:spacing w:after="0"/>
            </w:pPr>
            <w:r>
              <w:rPr>
                <w:b/>
                <w:color w:val="000000"/>
              </w:rPr>
              <w:t>NIT / identificación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40856C42" w14:textId="77777777" w:rsidR="00183BD2" w:rsidRDefault="00D40215">
            <w:pPr>
              <w:spacing w:after="0"/>
            </w:pPr>
            <w:r>
              <w:rPr>
                <w:color w:val="000000"/>
              </w:rPr>
              <w:t>[Número]</w:t>
            </w:r>
          </w:p>
        </w:tc>
      </w:tr>
      <w:tr w:rsidR="00183BD2" w14:paraId="1424CE48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120B80CE" w14:textId="77777777" w:rsidR="00183BD2" w:rsidRDefault="00D40215">
            <w:pPr>
              <w:spacing w:after="0"/>
            </w:pPr>
            <w:r>
              <w:rPr>
                <w:b/>
                <w:color w:val="000000"/>
              </w:rPr>
              <w:t>Número del contrato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5E591ADA" w14:textId="77777777" w:rsidR="00183BD2" w:rsidRDefault="00D40215">
            <w:pPr>
              <w:spacing w:after="0"/>
            </w:pPr>
            <w:r>
              <w:rPr>
                <w:color w:val="000000"/>
              </w:rPr>
              <w:t>[Número / sin número]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1B6809FE" w14:textId="77777777" w:rsidR="00183BD2" w:rsidRDefault="00D40215">
            <w:pPr>
              <w:spacing w:after="0"/>
            </w:pPr>
            <w:r>
              <w:rPr>
                <w:b/>
                <w:color w:val="000000"/>
              </w:rPr>
              <w:t>Contratista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0154253A" w14:textId="77777777" w:rsidR="00183BD2" w:rsidRDefault="00D40215">
            <w:pPr>
              <w:spacing w:after="0"/>
            </w:pPr>
            <w:r>
              <w:rPr>
                <w:color w:val="000000"/>
              </w:rPr>
              <w:t>[Razón social del ejecutor]</w:t>
            </w:r>
          </w:p>
        </w:tc>
      </w:tr>
      <w:tr w:rsidR="00183BD2" w14:paraId="441669C2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630A5A13" w14:textId="77777777" w:rsidR="00183BD2" w:rsidRDefault="00D40215">
            <w:pPr>
              <w:spacing w:after="0"/>
            </w:pPr>
            <w:r>
              <w:rPr>
                <w:b/>
                <w:color w:val="000000"/>
              </w:rPr>
              <w:t>Fecha de inicio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1F2E7FE8" w14:textId="77777777" w:rsidR="00183BD2" w:rsidRDefault="00D40215">
            <w:pPr>
              <w:spacing w:after="0"/>
            </w:pPr>
            <w:r>
              <w:rPr>
                <w:color w:val="000000"/>
              </w:rPr>
              <w:t>[DD/MM/AAAA]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55ED9FDA" w14:textId="77777777" w:rsidR="00183BD2" w:rsidRDefault="00D40215">
            <w:pPr>
              <w:spacing w:after="0"/>
            </w:pPr>
            <w:r>
              <w:rPr>
                <w:b/>
                <w:color w:val="000000"/>
              </w:rPr>
              <w:t>Fecha de terminación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181A4D5B" w14:textId="77777777" w:rsidR="00183BD2" w:rsidRDefault="00D40215">
            <w:pPr>
              <w:spacing w:after="0"/>
            </w:pPr>
            <w:r>
              <w:rPr>
                <w:color w:val="000000"/>
              </w:rPr>
              <w:t>[DD/MM/AAAA]</w:t>
            </w:r>
          </w:p>
        </w:tc>
      </w:tr>
      <w:tr w:rsidR="00183BD2" w14:paraId="1C59AC18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2AE41F2E" w14:textId="77777777" w:rsidR="00183BD2" w:rsidRDefault="00D40215">
            <w:pPr>
              <w:spacing w:after="0"/>
            </w:pPr>
            <w:r>
              <w:rPr>
                <w:b/>
                <w:color w:val="000000"/>
              </w:rPr>
              <w:t>Valor inicial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0C8CEA2D" w14:textId="77777777" w:rsidR="00183BD2" w:rsidRDefault="00D40215">
            <w:pPr>
              <w:spacing w:after="0"/>
            </w:pPr>
            <w:r>
              <w:rPr>
                <w:color w:val="000000"/>
              </w:rPr>
              <w:t>$ [valor]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1500783F" w14:textId="77777777" w:rsidR="00183BD2" w:rsidRDefault="00D40215">
            <w:pPr>
              <w:spacing w:after="0"/>
            </w:pPr>
            <w:r>
              <w:rPr>
                <w:b/>
                <w:color w:val="000000"/>
              </w:rPr>
              <w:t>Adiciones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4E11CFB2" w14:textId="77777777" w:rsidR="00183BD2" w:rsidRDefault="00D40215">
            <w:pPr>
              <w:spacing w:after="0"/>
            </w:pPr>
            <w:r>
              <w:rPr>
                <w:color w:val="000000"/>
              </w:rPr>
              <w:t>$ [valor]</w:t>
            </w:r>
          </w:p>
        </w:tc>
      </w:tr>
      <w:tr w:rsidR="00183BD2" w14:paraId="37D4A52E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372BD2AF" w14:textId="77777777" w:rsidR="00183BD2" w:rsidRDefault="00D40215">
            <w:pPr>
              <w:spacing w:after="0"/>
            </w:pPr>
            <w:r>
              <w:rPr>
                <w:b/>
                <w:color w:val="000000"/>
              </w:rPr>
              <w:t>Valor total ejecutado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273E65BB" w14:textId="77777777" w:rsidR="00183BD2" w:rsidRDefault="00D40215">
            <w:pPr>
              <w:spacing w:after="0"/>
            </w:pPr>
            <w:r>
              <w:rPr>
                <w:color w:val="000000"/>
              </w:rPr>
              <w:t>$ [valor]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1FD18ED4" w14:textId="77777777" w:rsidR="00183BD2" w:rsidRDefault="00D40215">
            <w:pPr>
              <w:spacing w:after="0"/>
            </w:pPr>
            <w:r>
              <w:rPr>
                <w:b/>
                <w:color w:val="000000"/>
              </w:rPr>
              <w:t>% de participación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456110F7" w14:textId="77777777" w:rsidR="00183BD2" w:rsidRDefault="00D40215">
            <w:pPr>
              <w:spacing w:after="0"/>
            </w:pPr>
            <w:r>
              <w:rPr>
                <w:color w:val="000000"/>
              </w:rPr>
              <w:t>[porcentaje] %</w:t>
            </w:r>
          </w:p>
        </w:tc>
      </w:tr>
      <w:tr w:rsidR="00183BD2" w14:paraId="097D018B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73D19A31" w14:textId="77777777" w:rsidR="00183BD2" w:rsidRDefault="00D40215">
            <w:pPr>
              <w:spacing w:after="0"/>
            </w:pPr>
            <w:r>
              <w:rPr>
                <w:b/>
                <w:color w:val="000000"/>
              </w:rPr>
              <w:t>Valor reconocido por participación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4B154AC1" w14:textId="77777777" w:rsidR="00183BD2" w:rsidRDefault="00D40215">
            <w:pPr>
              <w:spacing w:after="0"/>
            </w:pPr>
            <w:r>
              <w:rPr>
                <w:color w:val="000000"/>
              </w:rPr>
              <w:t>$ [valor]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0AE198D2" w14:textId="77777777" w:rsidR="00183BD2" w:rsidRDefault="00D40215">
            <w:pPr>
              <w:spacing w:after="0"/>
            </w:pPr>
            <w:r>
              <w:rPr>
                <w:b/>
                <w:color w:val="000000"/>
              </w:rPr>
              <w:t>SMMLV año terminación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0BB06771" w14:textId="77777777" w:rsidR="00183BD2" w:rsidRDefault="00D40215">
            <w:pPr>
              <w:spacing w:after="0"/>
            </w:pPr>
            <w:r>
              <w:rPr>
                <w:color w:val="000000"/>
              </w:rPr>
              <w:t>$ [valor]</w:t>
            </w:r>
          </w:p>
        </w:tc>
      </w:tr>
      <w:tr w:rsidR="00183BD2" w14:paraId="34E8CDF5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1BB0DA69" w14:textId="571E871E" w:rsidR="00183BD2" w:rsidRPr="00844B4E" w:rsidRDefault="00844B4E">
            <w:pPr>
              <w:spacing w:after="0"/>
              <w:rPr>
                <w:lang w:val="es-CO"/>
              </w:rPr>
            </w:pPr>
            <w:r w:rsidRPr="001B397F">
              <w:rPr>
                <w:b/>
                <w:color w:val="000000"/>
              </w:rPr>
              <w:t xml:space="preserve">Exprese en </w:t>
            </w:r>
            <w:r w:rsidRPr="001B397F">
              <w:rPr>
                <w:b/>
                <w:color w:val="000000"/>
              </w:rPr>
              <w:t>SMMLV</w:t>
            </w:r>
            <w:r w:rsidRPr="001B397F">
              <w:rPr>
                <w:b/>
                <w:color w:val="000000"/>
              </w:rPr>
              <w:t xml:space="preserve"> el valor</w:t>
            </w:r>
            <w:r w:rsidR="001B397F" w:rsidRPr="001B397F">
              <w:rPr>
                <w:b/>
                <w:color w:val="000000"/>
              </w:rPr>
              <w:t xml:space="preserve"> total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6AB7A85D" w14:textId="77777777" w:rsidR="00183BD2" w:rsidRDefault="00D40215">
            <w:pPr>
              <w:spacing w:after="0"/>
            </w:pPr>
            <w:r>
              <w:rPr>
                <w:color w:val="000000"/>
              </w:rPr>
              <w:t>[valor / SMMLV]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22C2D6CC" w14:textId="77777777" w:rsidR="00183BD2" w:rsidRDefault="00D40215">
            <w:pPr>
              <w:spacing w:after="0"/>
            </w:pPr>
            <w:r>
              <w:rPr>
                <w:b/>
                <w:color w:val="000000"/>
              </w:rPr>
              <w:t>Área diseñada/intervenida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27B70FE0" w14:textId="77777777" w:rsidR="00183BD2" w:rsidRDefault="00D40215">
            <w:pPr>
              <w:spacing w:after="0"/>
            </w:pPr>
            <w:r>
              <w:rPr>
                <w:color w:val="000000"/>
              </w:rPr>
              <w:t>[m² / no aplica]</w:t>
            </w:r>
          </w:p>
        </w:tc>
      </w:tr>
      <w:tr w:rsidR="00183BD2" w14:paraId="7DD55B39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6231F1B7" w14:textId="77777777" w:rsidR="00183BD2" w:rsidRPr="007358E8" w:rsidRDefault="00D40215">
            <w:pPr>
              <w:spacing w:after="0"/>
              <w:rPr>
                <w:lang w:val="es-CO"/>
              </w:rPr>
            </w:pPr>
            <w:r w:rsidRPr="007358E8">
              <w:rPr>
                <w:b/>
                <w:color w:val="000000"/>
                <w:lang w:val="es-CO"/>
              </w:rPr>
              <w:t>Estudio de grabación, set o auditorio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3112DEC9" w14:textId="77777777" w:rsidR="00183BD2" w:rsidRDefault="00D40215">
            <w:pPr>
              <w:spacing w:after="0"/>
            </w:pPr>
            <w:r>
              <w:rPr>
                <w:color w:val="000000"/>
              </w:rPr>
              <w:t>☐</w:t>
            </w:r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Sí</w:t>
            </w:r>
            <w:proofErr w:type="spellEnd"/>
            <w:r>
              <w:rPr>
                <w:color w:val="000000"/>
              </w:rPr>
              <w:t xml:space="preserve">   ☐ No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3BF98EAD" w14:textId="77777777" w:rsidR="00183BD2" w:rsidRPr="007358E8" w:rsidRDefault="00D40215">
            <w:pPr>
              <w:spacing w:after="0"/>
              <w:rPr>
                <w:lang w:val="es-CO"/>
              </w:rPr>
            </w:pPr>
            <w:r w:rsidRPr="007358E8">
              <w:rPr>
                <w:b/>
                <w:color w:val="000000"/>
                <w:lang w:val="es-CO"/>
              </w:rPr>
              <w:t>Ejecutado y terminado antes del cierre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6FE34B87" w14:textId="77777777" w:rsidR="00183BD2" w:rsidRDefault="00D40215">
            <w:pPr>
              <w:spacing w:after="0"/>
            </w:pPr>
            <w:r>
              <w:rPr>
                <w:color w:val="000000"/>
              </w:rPr>
              <w:t>☐</w:t>
            </w:r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Sí</w:t>
            </w:r>
            <w:proofErr w:type="spellEnd"/>
            <w:r>
              <w:rPr>
                <w:color w:val="000000"/>
              </w:rPr>
              <w:t xml:space="preserve">   ☐ No</w:t>
            </w:r>
          </w:p>
        </w:tc>
      </w:tr>
      <w:tr w:rsidR="00183BD2" w14:paraId="61A66CB8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6E4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7D198A2C" w14:textId="77777777" w:rsidR="00183BD2" w:rsidRDefault="00D40215">
            <w:pPr>
              <w:spacing w:after="0"/>
            </w:pPr>
            <w:r>
              <w:rPr>
                <w:b/>
                <w:color w:val="000000"/>
                <w:sz w:val="15"/>
              </w:rPr>
              <w:lastRenderedPageBreak/>
              <w:t>Objeto contractual</w:t>
            </w:r>
          </w:p>
        </w:tc>
        <w:tc>
          <w:tcPr>
            <w:tcW w:w="11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57D6AC8C" w14:textId="77777777" w:rsidR="00183BD2" w:rsidRDefault="00D40215">
            <w:pPr>
              <w:spacing w:after="0"/>
            </w:pPr>
            <w:r>
              <w:rPr>
                <w:color w:val="000000"/>
                <w:sz w:val="15"/>
              </w:rPr>
              <w:t>[Transcribir el objeto]</w:t>
            </w:r>
          </w:p>
        </w:tc>
      </w:tr>
      <w:tr w:rsidR="00183BD2" w:rsidRPr="00951553" w14:paraId="667ED2EE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6E4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48A5C455" w14:textId="77777777" w:rsidR="00183BD2" w:rsidRDefault="00D40215">
            <w:pPr>
              <w:spacing w:after="0"/>
            </w:pPr>
            <w:r>
              <w:rPr>
                <w:b/>
                <w:color w:val="000000"/>
                <w:sz w:val="15"/>
              </w:rPr>
              <w:t>Alcance y actividades ejecutadas</w:t>
            </w:r>
          </w:p>
        </w:tc>
        <w:tc>
          <w:tcPr>
            <w:tcW w:w="11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1A69C387" w14:textId="77777777" w:rsidR="00183BD2" w:rsidRPr="007358E8" w:rsidRDefault="00D40215">
            <w:pPr>
              <w:spacing w:after="0"/>
              <w:rPr>
                <w:lang w:val="es-CO"/>
              </w:rPr>
            </w:pPr>
            <w:r w:rsidRPr="007358E8">
              <w:rPr>
                <w:color w:val="000000"/>
                <w:sz w:val="15"/>
                <w:lang w:val="es-CO"/>
              </w:rPr>
              <w:t>[Describir únicamente lo respaldado por los soportes]</w:t>
            </w:r>
          </w:p>
        </w:tc>
      </w:tr>
      <w:tr w:rsidR="00183BD2" w:rsidRPr="00951553" w14:paraId="37F2137E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6E4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2A6ED9D7" w14:textId="77777777" w:rsidR="00183BD2" w:rsidRDefault="00D40215">
            <w:pPr>
              <w:spacing w:after="0"/>
            </w:pPr>
            <w:proofErr w:type="spellStart"/>
            <w:r>
              <w:rPr>
                <w:b/>
                <w:color w:val="000000"/>
                <w:sz w:val="15"/>
              </w:rPr>
              <w:t>Diseño</w:t>
            </w:r>
            <w:proofErr w:type="spellEnd"/>
            <w:r>
              <w:rPr>
                <w:b/>
                <w:color w:val="000000"/>
                <w:sz w:val="15"/>
              </w:rPr>
              <w:t xml:space="preserve"> </w:t>
            </w:r>
            <w:proofErr w:type="spellStart"/>
            <w:r>
              <w:rPr>
                <w:b/>
                <w:color w:val="000000"/>
                <w:sz w:val="15"/>
              </w:rPr>
              <w:t>arquitectónico</w:t>
            </w:r>
            <w:proofErr w:type="spellEnd"/>
            <w:r>
              <w:rPr>
                <w:b/>
                <w:color w:val="000000"/>
                <w:sz w:val="15"/>
              </w:rPr>
              <w:t xml:space="preserve"> / </w:t>
            </w:r>
            <w:proofErr w:type="spellStart"/>
            <w:r>
              <w:rPr>
                <w:b/>
                <w:color w:val="000000"/>
                <w:sz w:val="15"/>
              </w:rPr>
              <w:t>interiorismo</w:t>
            </w:r>
            <w:proofErr w:type="spellEnd"/>
          </w:p>
        </w:tc>
        <w:tc>
          <w:tcPr>
            <w:tcW w:w="11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79A7DDBA" w14:textId="77777777" w:rsidR="00183BD2" w:rsidRPr="007358E8" w:rsidRDefault="00D40215">
            <w:pPr>
              <w:spacing w:after="0"/>
              <w:rPr>
                <w:lang w:val="es-CO"/>
              </w:rPr>
            </w:pPr>
            <w:r w:rsidRPr="007358E8">
              <w:rPr>
                <w:color w:val="000000"/>
                <w:sz w:val="15"/>
                <w:lang w:val="es-CO"/>
              </w:rPr>
              <w:t>☐</w:t>
            </w:r>
            <w:r w:rsidRPr="007358E8">
              <w:rPr>
                <w:color w:val="000000"/>
                <w:sz w:val="15"/>
                <w:lang w:val="es-CO"/>
              </w:rPr>
              <w:t xml:space="preserve"> Sí   ☐ No. Descripción y soporte: ______________________________________________</w:t>
            </w:r>
          </w:p>
        </w:tc>
      </w:tr>
      <w:tr w:rsidR="00183BD2" w14:paraId="469227C6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6E4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5CE2AA67" w14:textId="77777777" w:rsidR="00183BD2" w:rsidRDefault="00D40215">
            <w:pPr>
              <w:spacing w:after="0"/>
            </w:pPr>
            <w:proofErr w:type="spellStart"/>
            <w:r>
              <w:rPr>
                <w:b/>
                <w:color w:val="000000"/>
                <w:sz w:val="15"/>
              </w:rPr>
              <w:t>Diseños</w:t>
            </w:r>
            <w:proofErr w:type="spellEnd"/>
            <w:r>
              <w:rPr>
                <w:b/>
                <w:color w:val="000000"/>
                <w:sz w:val="15"/>
              </w:rPr>
              <w:t xml:space="preserve"> </w:t>
            </w:r>
            <w:proofErr w:type="spellStart"/>
            <w:r>
              <w:rPr>
                <w:b/>
                <w:color w:val="000000"/>
                <w:sz w:val="15"/>
              </w:rPr>
              <w:t>técnicos</w:t>
            </w:r>
            <w:proofErr w:type="spellEnd"/>
            <w:r>
              <w:rPr>
                <w:b/>
                <w:color w:val="000000"/>
                <w:sz w:val="15"/>
              </w:rPr>
              <w:t xml:space="preserve"> </w:t>
            </w:r>
            <w:proofErr w:type="spellStart"/>
            <w:r>
              <w:rPr>
                <w:b/>
                <w:color w:val="000000"/>
                <w:sz w:val="15"/>
              </w:rPr>
              <w:t>complementarios</w:t>
            </w:r>
            <w:proofErr w:type="spellEnd"/>
          </w:p>
        </w:tc>
        <w:tc>
          <w:tcPr>
            <w:tcW w:w="11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7EB02541" w14:textId="77777777" w:rsidR="00183BD2" w:rsidRDefault="00D40215">
            <w:pPr>
              <w:spacing w:after="0"/>
            </w:pPr>
            <w:r>
              <w:rPr>
                <w:color w:val="000000"/>
                <w:sz w:val="15"/>
              </w:rPr>
              <w:t>☐</w:t>
            </w:r>
            <w:r>
              <w:rPr>
                <w:color w:val="000000"/>
                <w:sz w:val="15"/>
              </w:rPr>
              <w:t xml:space="preserve"> Sí   ☐ No. Especialidades: ___________________________________________________</w:t>
            </w:r>
          </w:p>
        </w:tc>
      </w:tr>
      <w:tr w:rsidR="00183BD2" w:rsidRPr="00951553" w14:paraId="061F6484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6E4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>
            <w:r>
              <w:t>Coordinación interdisciplinaria</w:t>
            </w:r>
          </w:p>
        </w:tc>
        <w:tc>
          <w:tcPr>
            <w:tcW w:w="11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>
            <w:r>
              <w:t>☐ Sí   ☐ No. Actividades acreditadas: ______________________________</w:t>
              <w:br/>
              <w:t>Especialidades coordinadas (mínimo 3): ______________________________</w:t>
            </w:r>
          </w:p>
        </w:tc>
      </w:tr>
      <w:tr w:rsidR="00183BD2" w14:paraId="4B801F1E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6E4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7D5FD9D7" w14:textId="77777777" w:rsidR="00183BD2" w:rsidRPr="00951553" w:rsidRDefault="00D40215">
            <w:pPr>
              <w:spacing w:after="0"/>
              <w:rPr>
                <w:lang w:val="es-CO"/>
              </w:rPr>
            </w:pPr>
            <w:r w:rsidRPr="00951553">
              <w:rPr>
                <w:b/>
                <w:color w:val="000000"/>
                <w:sz w:val="15"/>
                <w:lang w:val="es-CO"/>
              </w:rPr>
              <w:t>Estudio de grabación, set o auditorio</w:t>
            </w:r>
          </w:p>
        </w:tc>
        <w:tc>
          <w:tcPr>
            <w:tcW w:w="11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61350EA8" w14:textId="77777777" w:rsidR="00183BD2" w:rsidRDefault="00D40215">
            <w:pPr>
              <w:spacing w:after="0"/>
            </w:pPr>
            <w:r>
              <w:rPr>
                <w:color w:val="000000"/>
                <w:sz w:val="15"/>
              </w:rPr>
              <w:t>☐</w:t>
            </w:r>
            <w:r>
              <w:rPr>
                <w:color w:val="000000"/>
                <w:sz w:val="15"/>
              </w:rPr>
              <w:t xml:space="preserve"> </w:t>
            </w:r>
            <w:proofErr w:type="spellStart"/>
            <w:r>
              <w:rPr>
                <w:color w:val="000000"/>
                <w:sz w:val="15"/>
              </w:rPr>
              <w:t>Sí</w:t>
            </w:r>
            <w:proofErr w:type="spellEnd"/>
            <w:r>
              <w:rPr>
                <w:color w:val="000000"/>
                <w:sz w:val="15"/>
              </w:rPr>
              <w:t xml:space="preserve">   ☐ No. Condición acreditada: ______________________________________________</w:t>
            </w:r>
          </w:p>
        </w:tc>
      </w:tr>
      <w:tr w:rsidR="00183BD2" w14:paraId="08FA6A0B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6E4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>
            <w:r>
              <w:t>Experiencia puntuable en coordinación interdisciplinaria</w:t>
            </w:r>
          </w:p>
        </w:tc>
        <w:tc>
          <w:tcPr>
            <w:tcW w:w="11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>
            <w:r>
              <w:t>☐ Sí   ☐ No. Inicio: __________ Fin: __________ Meses válidos: ________</w:t>
            </w:r>
          </w:p>
        </w:tc>
      </w:tr>
      <w:tr w:rsidR="00183BD2" w:rsidRPr="00951553" w14:paraId="43148EA8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6E4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09C2D6D4" w14:textId="542BB580" w:rsidR="00183BD2" w:rsidRPr="00E442B9" w:rsidRDefault="00D40215">
            <w:pPr>
              <w:spacing w:after="0"/>
              <w:rPr>
                <w:lang w:val="es-CO"/>
              </w:rPr>
            </w:pPr>
            <w:r w:rsidRPr="00E442B9">
              <w:rPr>
                <w:b/>
                <w:color w:val="000000"/>
                <w:sz w:val="15"/>
                <w:lang w:val="es-CO"/>
              </w:rPr>
              <w:t xml:space="preserve">Condición puntuable: estudio de grabación, set o auditorio ≥ </w:t>
            </w:r>
            <w:r w:rsidR="00B316F2">
              <w:rPr>
                <w:b/>
                <w:color w:val="000000"/>
                <w:sz w:val="15"/>
                <w:lang w:val="es-CO"/>
              </w:rPr>
              <w:t>50</w:t>
            </w:r>
            <w:r w:rsidRPr="00E442B9">
              <w:rPr>
                <w:b/>
                <w:color w:val="000000"/>
                <w:sz w:val="15"/>
                <w:lang w:val="es-CO"/>
              </w:rPr>
              <w:t>0 m²</w:t>
            </w:r>
          </w:p>
        </w:tc>
        <w:tc>
          <w:tcPr>
            <w:tcW w:w="11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12B84AA6" w14:textId="77777777" w:rsidR="00183BD2" w:rsidRPr="00E442B9" w:rsidRDefault="00D40215">
            <w:pPr>
              <w:spacing w:after="0"/>
              <w:rPr>
                <w:lang w:val="es-CO"/>
              </w:rPr>
            </w:pPr>
            <w:r w:rsidRPr="00E442B9">
              <w:rPr>
                <w:color w:val="000000"/>
                <w:sz w:val="15"/>
                <w:lang w:val="es-CO"/>
              </w:rPr>
              <w:t>☐</w:t>
            </w:r>
            <w:r w:rsidRPr="00E442B9">
              <w:rPr>
                <w:color w:val="000000"/>
                <w:sz w:val="15"/>
                <w:lang w:val="es-CO"/>
              </w:rPr>
              <w:t xml:space="preserve"> Sí   ☐ No. Área respaldada por los soportes: ______________________________ m²</w:t>
            </w:r>
          </w:p>
        </w:tc>
      </w:tr>
      <w:tr w:rsidR="00183BD2" w:rsidRPr="00951553" w14:paraId="5C67CBD3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6E4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06B1A065" w14:textId="77777777" w:rsidR="00183BD2" w:rsidRDefault="00D40215">
            <w:pPr>
              <w:spacing w:after="0"/>
            </w:pPr>
            <w:proofErr w:type="spellStart"/>
            <w:r>
              <w:rPr>
                <w:b/>
                <w:color w:val="000000"/>
                <w:sz w:val="15"/>
              </w:rPr>
              <w:t>Experiencia</w:t>
            </w:r>
            <w:proofErr w:type="spellEnd"/>
            <w:r>
              <w:rPr>
                <w:b/>
                <w:color w:val="000000"/>
                <w:sz w:val="15"/>
              </w:rPr>
              <w:t xml:space="preserve"> </w:t>
            </w:r>
            <w:proofErr w:type="spellStart"/>
            <w:r>
              <w:rPr>
                <w:b/>
                <w:color w:val="000000"/>
                <w:sz w:val="15"/>
              </w:rPr>
              <w:t>ejecutada</w:t>
            </w:r>
            <w:proofErr w:type="spellEnd"/>
            <w:r>
              <w:rPr>
                <w:b/>
                <w:color w:val="000000"/>
                <w:sz w:val="15"/>
              </w:rPr>
              <w:t xml:space="preserve"> para </w:t>
            </w:r>
            <w:proofErr w:type="spellStart"/>
            <w:r>
              <w:rPr>
                <w:b/>
                <w:color w:val="000000"/>
                <w:sz w:val="15"/>
              </w:rPr>
              <w:t>Teleantioquia</w:t>
            </w:r>
            <w:proofErr w:type="spellEnd"/>
          </w:p>
        </w:tc>
        <w:tc>
          <w:tcPr>
            <w:tcW w:w="11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6763029A" w14:textId="77777777" w:rsidR="00183BD2" w:rsidRPr="00E442B9" w:rsidRDefault="00D40215">
            <w:pPr>
              <w:spacing w:after="0"/>
              <w:rPr>
                <w:lang w:val="es-CO"/>
              </w:rPr>
            </w:pPr>
            <w:r w:rsidRPr="00E442B9">
              <w:rPr>
                <w:color w:val="000000"/>
                <w:sz w:val="15"/>
                <w:lang w:val="es-CO"/>
              </w:rPr>
              <w:t>☐</w:t>
            </w:r>
            <w:r w:rsidRPr="00E442B9">
              <w:rPr>
                <w:color w:val="000000"/>
                <w:sz w:val="15"/>
                <w:lang w:val="es-CO"/>
              </w:rPr>
              <w:t xml:space="preserve"> Sí   ☐ No. Orden de compra/contrato: __________________ Fechas: __________________</w:t>
            </w:r>
          </w:p>
        </w:tc>
      </w:tr>
      <w:tr w:rsidR="00183BD2" w:rsidRPr="00951553" w14:paraId="08563C0F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6E4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15033D7D" w14:textId="77777777" w:rsidR="00183BD2" w:rsidRPr="00E442B9" w:rsidRDefault="00D40215">
            <w:pPr>
              <w:spacing w:after="0"/>
              <w:rPr>
                <w:lang w:val="es-CO"/>
              </w:rPr>
            </w:pPr>
            <w:r w:rsidRPr="00E442B9">
              <w:rPr>
                <w:b/>
                <w:color w:val="000000"/>
                <w:sz w:val="15"/>
                <w:lang w:val="es-CO"/>
              </w:rPr>
              <w:t>Calificación de calidad del servicio</w:t>
            </w:r>
          </w:p>
        </w:tc>
        <w:tc>
          <w:tcPr>
            <w:tcW w:w="11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385AA41A" w14:textId="77777777" w:rsidR="00183BD2" w:rsidRPr="00E442B9" w:rsidRDefault="00D40215">
            <w:pPr>
              <w:spacing w:after="0"/>
              <w:rPr>
                <w:lang w:val="es-CO"/>
              </w:rPr>
            </w:pPr>
            <w:r w:rsidRPr="00E442B9">
              <w:rPr>
                <w:color w:val="000000"/>
                <w:sz w:val="15"/>
                <w:lang w:val="es-CO"/>
              </w:rPr>
              <w:t>[Calificación, si el contratante utiliza este mecanismo / no aplica]</w:t>
            </w:r>
          </w:p>
        </w:tc>
      </w:tr>
      <w:tr w:rsidR="00183BD2" w:rsidRPr="00951553" w14:paraId="03AFC53F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6E4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6F4AD148" w14:textId="77777777" w:rsidR="00183BD2" w:rsidRDefault="00D40215">
            <w:pPr>
              <w:spacing w:after="0"/>
            </w:pPr>
            <w:proofErr w:type="spellStart"/>
            <w:r>
              <w:rPr>
                <w:b/>
                <w:color w:val="000000"/>
                <w:sz w:val="15"/>
              </w:rPr>
              <w:t>Soportes</w:t>
            </w:r>
            <w:proofErr w:type="spellEnd"/>
            <w:r>
              <w:rPr>
                <w:b/>
                <w:color w:val="000000"/>
                <w:sz w:val="15"/>
              </w:rPr>
              <w:t xml:space="preserve"> </w:t>
            </w:r>
            <w:proofErr w:type="spellStart"/>
            <w:r>
              <w:rPr>
                <w:b/>
                <w:color w:val="000000"/>
                <w:sz w:val="15"/>
              </w:rPr>
              <w:t>aportados</w:t>
            </w:r>
            <w:proofErr w:type="spellEnd"/>
          </w:p>
        </w:tc>
        <w:tc>
          <w:tcPr>
            <w:tcW w:w="11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>
            <w:r>
              <w:t>☐ RUP   ☐ Certificación   ☐ Acta de terminación   ☐ Recibo a satisfacción   ☐ Liquidación   ☐ Contrato   ☐ Otros: ______</w:t>
            </w:r>
          </w:p>
        </w:tc>
      </w:tr>
      <w:tr w:rsidR="00183BD2" w:rsidRPr="00951553" w14:paraId="09051AB3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6E4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092EBFC8" w14:textId="77777777" w:rsidR="00183BD2" w:rsidRPr="00E442B9" w:rsidRDefault="00D40215">
            <w:pPr>
              <w:spacing w:after="0"/>
              <w:rPr>
                <w:lang w:val="es-CO"/>
              </w:rPr>
            </w:pPr>
            <w:r w:rsidRPr="00E442B9">
              <w:rPr>
                <w:b/>
                <w:color w:val="000000"/>
                <w:sz w:val="15"/>
                <w:lang w:val="es-CO"/>
              </w:rPr>
              <w:t>Folio(s) / nombre(s) de archivo</w:t>
            </w:r>
          </w:p>
        </w:tc>
        <w:tc>
          <w:tcPr>
            <w:tcW w:w="11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6180107B" w14:textId="77777777" w:rsidR="00183BD2" w:rsidRPr="00E442B9" w:rsidRDefault="00D40215">
            <w:pPr>
              <w:spacing w:after="0"/>
              <w:rPr>
                <w:lang w:val="es-CO"/>
              </w:rPr>
            </w:pPr>
            <w:r w:rsidRPr="00E442B9">
              <w:rPr>
                <w:color w:val="000000"/>
                <w:sz w:val="15"/>
                <w:lang w:val="es-CO"/>
              </w:rPr>
              <w:t>[Identificar con precisión cada soporte]</w:t>
            </w:r>
          </w:p>
        </w:tc>
      </w:tr>
      <w:tr w:rsidR="00183BD2" w:rsidRPr="00951553" w14:paraId="5C867C19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6E4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23DDFA9A" w14:textId="77777777" w:rsidR="00183BD2" w:rsidRDefault="00D40215">
            <w:pPr>
              <w:spacing w:after="0"/>
            </w:pPr>
            <w:proofErr w:type="spellStart"/>
            <w:r>
              <w:rPr>
                <w:b/>
                <w:color w:val="000000"/>
                <w:sz w:val="15"/>
              </w:rPr>
              <w:t>Certificación</w:t>
            </w:r>
            <w:proofErr w:type="spellEnd"/>
            <w:r>
              <w:rPr>
                <w:b/>
                <w:color w:val="000000"/>
                <w:sz w:val="15"/>
              </w:rPr>
              <w:t xml:space="preserve"> / </w:t>
            </w:r>
            <w:proofErr w:type="spellStart"/>
            <w:r>
              <w:rPr>
                <w:b/>
                <w:color w:val="000000"/>
                <w:sz w:val="15"/>
              </w:rPr>
              <w:t>documento</w:t>
            </w:r>
            <w:proofErr w:type="spellEnd"/>
            <w:r>
              <w:rPr>
                <w:b/>
                <w:color w:val="000000"/>
                <w:sz w:val="15"/>
              </w:rPr>
              <w:t xml:space="preserve"> </w:t>
            </w:r>
            <w:proofErr w:type="spellStart"/>
            <w:r>
              <w:rPr>
                <w:b/>
                <w:color w:val="000000"/>
                <w:sz w:val="15"/>
              </w:rPr>
              <w:t>soporte</w:t>
            </w:r>
            <w:proofErr w:type="spellEnd"/>
          </w:p>
        </w:tc>
        <w:tc>
          <w:tcPr>
            <w:tcW w:w="11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15E3BAEB" w14:textId="77777777" w:rsidR="00183BD2" w:rsidRPr="00E442B9" w:rsidRDefault="00D40215">
            <w:pPr>
              <w:spacing w:after="0"/>
              <w:rPr>
                <w:lang w:val="es-CO"/>
              </w:rPr>
            </w:pPr>
            <w:r w:rsidRPr="00E442B9">
              <w:rPr>
                <w:color w:val="000000"/>
                <w:sz w:val="15"/>
                <w:lang w:val="es-CO"/>
              </w:rPr>
              <w:t>Fecha de expedición: ______________  Nombre y cargo de quien expide: __________________________</w:t>
            </w:r>
          </w:p>
        </w:tc>
      </w:tr>
      <w:tr w:rsidR="00183BD2" w14:paraId="283711D0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6E4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2E53A3CC" w14:textId="77777777" w:rsidR="00183BD2" w:rsidRDefault="00D40215">
            <w:pPr>
              <w:spacing w:after="0"/>
            </w:pPr>
            <w:r>
              <w:rPr>
                <w:b/>
                <w:color w:val="000000"/>
                <w:sz w:val="15"/>
              </w:rPr>
              <w:t xml:space="preserve">Contacto para </w:t>
            </w:r>
            <w:proofErr w:type="spellStart"/>
            <w:r>
              <w:rPr>
                <w:b/>
                <w:color w:val="000000"/>
                <w:sz w:val="15"/>
              </w:rPr>
              <w:t>verificación</w:t>
            </w:r>
            <w:proofErr w:type="spellEnd"/>
          </w:p>
        </w:tc>
        <w:tc>
          <w:tcPr>
            <w:tcW w:w="11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59BFA558" w14:textId="77777777" w:rsidR="00183BD2" w:rsidRDefault="00D40215">
            <w:pPr>
              <w:spacing w:after="0"/>
            </w:pPr>
            <w:r>
              <w:rPr>
                <w:color w:val="000000"/>
                <w:sz w:val="15"/>
              </w:rPr>
              <w:t>Dirección: __________________ Tel.: ______________ Correo: __________________ Firma: __________________</w:t>
            </w:r>
          </w:p>
        </w:tc>
      </w:tr>
    </w:tbl>
    <w:p w14:paraId="63B3212B" w14:textId="00953E59" w:rsidR="00183BD2" w:rsidRDefault="00183BD2"/>
    <w:p w14:paraId="4D99F9B7" w14:textId="77777777" w:rsidR="00E442B9" w:rsidRDefault="00E442B9">
      <w:pPr>
        <w:keepNext/>
        <w:pBdr>
          <w:bottom w:val="single" w:sz="12" w:space="3" w:color="92D050"/>
        </w:pBdr>
        <w:spacing w:before="140" w:after="80"/>
        <w:jc w:val="center"/>
        <w:rPr>
          <w:b/>
          <w:sz w:val="20"/>
        </w:rPr>
      </w:pPr>
    </w:p>
    <w:p w14:paraId="6A0C48D5" w14:textId="2AFD2C51" w:rsidR="00183BD2" w:rsidRDefault="00D40215">
      <w:pPr>
        <w:keepNext/>
        <w:pBdr>
          <w:bottom w:val="single" w:sz="12" w:space="3" w:color="92D050"/>
        </w:pBdr>
        <w:spacing w:before="140" w:after="80"/>
        <w:jc w:val="center"/>
      </w:pPr>
      <w:r>
        <w:rPr>
          <w:b/>
          <w:sz w:val="20"/>
        </w:rPr>
        <w:t>CONTRATO 2 - INFORMACIÓN PARA ACREDITACIÓN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80"/>
        <w:gridCol w:w="4320"/>
        <w:gridCol w:w="2880"/>
        <w:gridCol w:w="4320"/>
      </w:tblGrid>
      <w:tr w:rsidR="00183BD2" w14:paraId="302500C8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745307E4" w14:textId="77777777" w:rsidR="00183BD2" w:rsidRDefault="00D40215">
            <w:pPr>
              <w:spacing w:after="0"/>
            </w:pPr>
            <w:r>
              <w:rPr>
                <w:b/>
                <w:color w:val="000000"/>
              </w:rPr>
              <w:t>Contratante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3062A0FA" w14:textId="77777777" w:rsidR="00183BD2" w:rsidRDefault="00D40215">
            <w:pPr>
              <w:spacing w:after="0"/>
            </w:pPr>
            <w:r>
              <w:rPr>
                <w:color w:val="000000"/>
              </w:rPr>
              <w:t>[Razón social]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52C666EB" w14:textId="77777777" w:rsidR="00183BD2" w:rsidRDefault="00D40215">
            <w:pPr>
              <w:spacing w:after="0"/>
            </w:pPr>
            <w:r>
              <w:rPr>
                <w:b/>
                <w:color w:val="000000"/>
              </w:rPr>
              <w:t>NIT / identificación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206725E2" w14:textId="77777777" w:rsidR="00183BD2" w:rsidRDefault="00D40215">
            <w:pPr>
              <w:spacing w:after="0"/>
            </w:pPr>
            <w:r>
              <w:rPr>
                <w:color w:val="000000"/>
              </w:rPr>
              <w:t>[Número]</w:t>
            </w:r>
          </w:p>
        </w:tc>
      </w:tr>
      <w:tr w:rsidR="00183BD2" w14:paraId="2885C258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169BBC8B" w14:textId="77777777" w:rsidR="00183BD2" w:rsidRDefault="00D40215">
            <w:pPr>
              <w:spacing w:after="0"/>
            </w:pPr>
            <w:r>
              <w:rPr>
                <w:b/>
                <w:color w:val="000000"/>
              </w:rPr>
              <w:t>Número del contrato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6F9CE9B3" w14:textId="77777777" w:rsidR="00183BD2" w:rsidRDefault="00D40215">
            <w:pPr>
              <w:spacing w:after="0"/>
            </w:pPr>
            <w:r>
              <w:rPr>
                <w:color w:val="000000"/>
              </w:rPr>
              <w:t>[Número / sin número]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71BE639F" w14:textId="77777777" w:rsidR="00183BD2" w:rsidRDefault="00D40215">
            <w:pPr>
              <w:spacing w:after="0"/>
            </w:pPr>
            <w:r>
              <w:rPr>
                <w:b/>
                <w:color w:val="000000"/>
              </w:rPr>
              <w:t>Contratista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3000C4AC" w14:textId="77777777" w:rsidR="00183BD2" w:rsidRDefault="00D40215">
            <w:pPr>
              <w:spacing w:after="0"/>
            </w:pPr>
            <w:r>
              <w:rPr>
                <w:color w:val="000000"/>
              </w:rPr>
              <w:t>[Razón social del ejecutor]</w:t>
            </w:r>
          </w:p>
        </w:tc>
      </w:tr>
      <w:tr w:rsidR="00183BD2" w14:paraId="2CB9C060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2E7D64DD" w14:textId="77777777" w:rsidR="00183BD2" w:rsidRDefault="00D40215">
            <w:pPr>
              <w:spacing w:after="0"/>
            </w:pPr>
            <w:r>
              <w:rPr>
                <w:b/>
                <w:color w:val="000000"/>
              </w:rPr>
              <w:t>Fecha de inicio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1B934349" w14:textId="77777777" w:rsidR="00183BD2" w:rsidRDefault="00D40215">
            <w:pPr>
              <w:spacing w:after="0"/>
            </w:pPr>
            <w:r>
              <w:rPr>
                <w:color w:val="000000"/>
              </w:rPr>
              <w:t>[DD/MM/AAAA]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7B89088E" w14:textId="77777777" w:rsidR="00183BD2" w:rsidRDefault="00D40215">
            <w:pPr>
              <w:spacing w:after="0"/>
            </w:pPr>
            <w:r>
              <w:rPr>
                <w:b/>
                <w:color w:val="000000"/>
              </w:rPr>
              <w:t>Fecha de terminación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531A22E6" w14:textId="77777777" w:rsidR="00183BD2" w:rsidRDefault="00D40215">
            <w:pPr>
              <w:spacing w:after="0"/>
            </w:pPr>
            <w:r>
              <w:rPr>
                <w:color w:val="000000"/>
              </w:rPr>
              <w:t>[DD/MM/AAAA]</w:t>
            </w:r>
          </w:p>
        </w:tc>
      </w:tr>
      <w:tr w:rsidR="00183BD2" w14:paraId="60E64512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6D15EF26" w14:textId="77777777" w:rsidR="00183BD2" w:rsidRDefault="00D40215">
            <w:pPr>
              <w:spacing w:after="0"/>
            </w:pPr>
            <w:r>
              <w:rPr>
                <w:b/>
                <w:color w:val="000000"/>
              </w:rPr>
              <w:t>Valor inicial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7D84818F" w14:textId="77777777" w:rsidR="00183BD2" w:rsidRDefault="00D40215">
            <w:pPr>
              <w:spacing w:after="0"/>
            </w:pPr>
            <w:r>
              <w:rPr>
                <w:color w:val="000000"/>
              </w:rPr>
              <w:t>$ [valor]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5F6B356C" w14:textId="77777777" w:rsidR="00183BD2" w:rsidRDefault="00D40215">
            <w:pPr>
              <w:spacing w:after="0"/>
            </w:pPr>
            <w:r>
              <w:rPr>
                <w:b/>
                <w:color w:val="000000"/>
              </w:rPr>
              <w:t>Adiciones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2EED4E6C" w14:textId="77777777" w:rsidR="00183BD2" w:rsidRDefault="00D40215">
            <w:pPr>
              <w:spacing w:after="0"/>
            </w:pPr>
            <w:r>
              <w:rPr>
                <w:color w:val="000000"/>
              </w:rPr>
              <w:t>$ [valor]</w:t>
            </w:r>
          </w:p>
        </w:tc>
      </w:tr>
      <w:tr w:rsidR="00183BD2" w14:paraId="0FC13D10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7CF4BA72" w14:textId="77777777" w:rsidR="00183BD2" w:rsidRDefault="00D40215">
            <w:pPr>
              <w:spacing w:after="0"/>
            </w:pPr>
            <w:r>
              <w:rPr>
                <w:b/>
                <w:color w:val="000000"/>
              </w:rPr>
              <w:t>Valor total ejecutado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53A1B1BB" w14:textId="77777777" w:rsidR="00183BD2" w:rsidRDefault="00D40215">
            <w:pPr>
              <w:spacing w:after="0"/>
            </w:pPr>
            <w:r>
              <w:rPr>
                <w:color w:val="000000"/>
              </w:rPr>
              <w:t>$ [valor]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7D2C389C" w14:textId="77777777" w:rsidR="00183BD2" w:rsidRDefault="00D40215">
            <w:pPr>
              <w:spacing w:after="0"/>
            </w:pPr>
            <w:r>
              <w:rPr>
                <w:b/>
                <w:color w:val="000000"/>
              </w:rPr>
              <w:t>% de participación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2484A52C" w14:textId="77777777" w:rsidR="00183BD2" w:rsidRDefault="00D40215">
            <w:pPr>
              <w:spacing w:after="0"/>
            </w:pPr>
            <w:r>
              <w:rPr>
                <w:color w:val="000000"/>
              </w:rPr>
              <w:t>[porcentaje] %</w:t>
            </w:r>
          </w:p>
        </w:tc>
      </w:tr>
      <w:tr w:rsidR="00183BD2" w14:paraId="308025CC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03504B82" w14:textId="77777777" w:rsidR="00183BD2" w:rsidRDefault="00D40215">
            <w:pPr>
              <w:spacing w:after="0"/>
            </w:pPr>
            <w:r>
              <w:rPr>
                <w:b/>
                <w:color w:val="000000"/>
              </w:rPr>
              <w:t>Valor reconocido por participación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3A6D72A6" w14:textId="77777777" w:rsidR="00183BD2" w:rsidRDefault="00D40215">
            <w:pPr>
              <w:spacing w:after="0"/>
            </w:pPr>
            <w:r>
              <w:rPr>
                <w:color w:val="000000"/>
              </w:rPr>
              <w:t>$ [valor]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13D41B88" w14:textId="77777777" w:rsidR="00183BD2" w:rsidRDefault="00D40215">
            <w:pPr>
              <w:spacing w:after="0"/>
            </w:pPr>
            <w:r>
              <w:rPr>
                <w:b/>
                <w:color w:val="000000"/>
              </w:rPr>
              <w:t>SMMLV año terminación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4B30F6FD" w14:textId="77777777" w:rsidR="00183BD2" w:rsidRDefault="00D40215">
            <w:pPr>
              <w:spacing w:after="0"/>
            </w:pPr>
            <w:r>
              <w:rPr>
                <w:color w:val="000000"/>
              </w:rPr>
              <w:t>$ [valor]</w:t>
            </w:r>
          </w:p>
        </w:tc>
      </w:tr>
      <w:tr w:rsidR="00877FA8" w14:paraId="52D650B4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3F36CD70" w14:textId="7A81ED87" w:rsidR="00877FA8" w:rsidRPr="00877FA8" w:rsidRDefault="00877FA8" w:rsidP="00877FA8">
            <w:pPr>
              <w:spacing w:after="0"/>
              <w:rPr>
                <w:lang w:val="es-CO"/>
              </w:rPr>
            </w:pPr>
            <w:r w:rsidRPr="00877FA8">
              <w:rPr>
                <w:b/>
                <w:color w:val="000000"/>
                <w:lang w:val="es-CO"/>
              </w:rPr>
              <w:t>Exprese en SMMLV el valor total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347422B8" w14:textId="77777777" w:rsidR="00877FA8" w:rsidRDefault="00877FA8" w:rsidP="00877FA8">
            <w:pPr>
              <w:spacing w:after="0"/>
            </w:pPr>
            <w:r>
              <w:rPr>
                <w:color w:val="000000"/>
              </w:rPr>
              <w:t>[valor / SMMLV]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6664CF4C" w14:textId="77777777" w:rsidR="00877FA8" w:rsidRDefault="00877FA8" w:rsidP="00877FA8">
            <w:pPr>
              <w:spacing w:after="0"/>
            </w:pPr>
            <w:r>
              <w:rPr>
                <w:b/>
                <w:color w:val="000000"/>
              </w:rPr>
              <w:t>Área diseñada/intervenida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44718A60" w14:textId="77777777" w:rsidR="00877FA8" w:rsidRDefault="00877FA8" w:rsidP="00877FA8">
            <w:pPr>
              <w:spacing w:after="0"/>
            </w:pPr>
            <w:r>
              <w:rPr>
                <w:color w:val="000000"/>
              </w:rPr>
              <w:t>[m² / no aplica]</w:t>
            </w:r>
          </w:p>
        </w:tc>
      </w:tr>
      <w:tr w:rsidR="00183BD2" w14:paraId="7381A136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02E2DC57" w14:textId="77777777" w:rsidR="00183BD2" w:rsidRPr="007358E8" w:rsidRDefault="00D40215">
            <w:pPr>
              <w:spacing w:after="0"/>
              <w:rPr>
                <w:lang w:val="es-CO"/>
              </w:rPr>
            </w:pPr>
            <w:r w:rsidRPr="007358E8">
              <w:rPr>
                <w:b/>
                <w:color w:val="000000"/>
                <w:lang w:val="es-CO"/>
              </w:rPr>
              <w:t>Estudio de grabación, set o auditorio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542BAC01" w14:textId="77777777" w:rsidR="00183BD2" w:rsidRDefault="00D40215">
            <w:pPr>
              <w:spacing w:after="0"/>
            </w:pPr>
            <w:r>
              <w:rPr>
                <w:color w:val="000000"/>
              </w:rPr>
              <w:t>☐</w:t>
            </w:r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Sí</w:t>
            </w:r>
            <w:proofErr w:type="spellEnd"/>
            <w:r>
              <w:rPr>
                <w:color w:val="000000"/>
              </w:rPr>
              <w:t xml:space="preserve">   ☐ No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2A727743" w14:textId="77777777" w:rsidR="00183BD2" w:rsidRPr="007358E8" w:rsidRDefault="00D40215">
            <w:pPr>
              <w:spacing w:after="0"/>
              <w:rPr>
                <w:lang w:val="es-CO"/>
              </w:rPr>
            </w:pPr>
            <w:r w:rsidRPr="007358E8">
              <w:rPr>
                <w:b/>
                <w:color w:val="000000"/>
                <w:lang w:val="es-CO"/>
              </w:rPr>
              <w:t>Ejecutado y terminado antes del cierre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0456081B" w14:textId="77777777" w:rsidR="00183BD2" w:rsidRDefault="00D40215">
            <w:pPr>
              <w:spacing w:after="0"/>
            </w:pPr>
            <w:r>
              <w:rPr>
                <w:color w:val="000000"/>
              </w:rPr>
              <w:t>☐</w:t>
            </w:r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Sí</w:t>
            </w:r>
            <w:proofErr w:type="spellEnd"/>
            <w:r>
              <w:rPr>
                <w:color w:val="000000"/>
              </w:rPr>
              <w:t xml:space="preserve">   ☐ No</w:t>
            </w:r>
          </w:p>
        </w:tc>
      </w:tr>
      <w:tr w:rsidR="00183BD2" w14:paraId="246F0779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6E4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4F1297AB" w14:textId="77777777" w:rsidR="00183BD2" w:rsidRDefault="00D40215">
            <w:pPr>
              <w:spacing w:after="0"/>
            </w:pPr>
            <w:r>
              <w:rPr>
                <w:b/>
                <w:color w:val="000000"/>
                <w:sz w:val="15"/>
              </w:rPr>
              <w:lastRenderedPageBreak/>
              <w:t>Objeto contractual</w:t>
            </w:r>
          </w:p>
        </w:tc>
        <w:tc>
          <w:tcPr>
            <w:tcW w:w="11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17514920" w14:textId="77777777" w:rsidR="00183BD2" w:rsidRDefault="00D40215">
            <w:pPr>
              <w:spacing w:after="0"/>
            </w:pPr>
            <w:r>
              <w:rPr>
                <w:color w:val="000000"/>
                <w:sz w:val="15"/>
              </w:rPr>
              <w:t>[Transcribir el objeto]</w:t>
            </w:r>
          </w:p>
        </w:tc>
      </w:tr>
      <w:tr w:rsidR="00183BD2" w:rsidRPr="00951553" w14:paraId="7564B93B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6E4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527E854C" w14:textId="77777777" w:rsidR="00183BD2" w:rsidRDefault="00D40215">
            <w:pPr>
              <w:spacing w:after="0"/>
            </w:pPr>
            <w:r>
              <w:rPr>
                <w:b/>
                <w:color w:val="000000"/>
                <w:sz w:val="15"/>
              </w:rPr>
              <w:t>Alcance y actividades ejecutadas</w:t>
            </w:r>
          </w:p>
        </w:tc>
        <w:tc>
          <w:tcPr>
            <w:tcW w:w="11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5ACC945E" w14:textId="77777777" w:rsidR="00183BD2" w:rsidRPr="007358E8" w:rsidRDefault="00D40215">
            <w:pPr>
              <w:spacing w:after="0"/>
              <w:rPr>
                <w:lang w:val="es-CO"/>
              </w:rPr>
            </w:pPr>
            <w:r w:rsidRPr="007358E8">
              <w:rPr>
                <w:color w:val="000000"/>
                <w:sz w:val="15"/>
                <w:lang w:val="es-CO"/>
              </w:rPr>
              <w:t>[Describir únicamente lo respaldado por los soportes]</w:t>
            </w:r>
          </w:p>
        </w:tc>
      </w:tr>
      <w:tr w:rsidR="00183BD2" w:rsidRPr="00951553" w14:paraId="6A2755BC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6E4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3422F988" w14:textId="77777777" w:rsidR="00183BD2" w:rsidRDefault="00D40215">
            <w:pPr>
              <w:spacing w:after="0"/>
            </w:pPr>
            <w:proofErr w:type="spellStart"/>
            <w:r>
              <w:rPr>
                <w:b/>
                <w:color w:val="000000"/>
                <w:sz w:val="15"/>
              </w:rPr>
              <w:t>Diseño</w:t>
            </w:r>
            <w:proofErr w:type="spellEnd"/>
            <w:r>
              <w:rPr>
                <w:b/>
                <w:color w:val="000000"/>
                <w:sz w:val="15"/>
              </w:rPr>
              <w:t xml:space="preserve"> </w:t>
            </w:r>
            <w:proofErr w:type="spellStart"/>
            <w:r>
              <w:rPr>
                <w:b/>
                <w:color w:val="000000"/>
                <w:sz w:val="15"/>
              </w:rPr>
              <w:t>arquitectónico</w:t>
            </w:r>
            <w:proofErr w:type="spellEnd"/>
            <w:r>
              <w:rPr>
                <w:b/>
                <w:color w:val="000000"/>
                <w:sz w:val="15"/>
              </w:rPr>
              <w:t xml:space="preserve"> / </w:t>
            </w:r>
            <w:proofErr w:type="spellStart"/>
            <w:r>
              <w:rPr>
                <w:b/>
                <w:color w:val="000000"/>
                <w:sz w:val="15"/>
              </w:rPr>
              <w:t>interiorismo</w:t>
            </w:r>
            <w:proofErr w:type="spellEnd"/>
          </w:p>
        </w:tc>
        <w:tc>
          <w:tcPr>
            <w:tcW w:w="11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3CCB9BDE" w14:textId="77777777" w:rsidR="00183BD2" w:rsidRPr="007358E8" w:rsidRDefault="00D40215">
            <w:pPr>
              <w:spacing w:after="0"/>
              <w:rPr>
                <w:lang w:val="es-CO"/>
              </w:rPr>
            </w:pPr>
            <w:r w:rsidRPr="007358E8">
              <w:rPr>
                <w:color w:val="000000"/>
                <w:sz w:val="15"/>
                <w:lang w:val="es-CO"/>
              </w:rPr>
              <w:t>☐</w:t>
            </w:r>
            <w:r w:rsidRPr="007358E8">
              <w:rPr>
                <w:color w:val="000000"/>
                <w:sz w:val="15"/>
                <w:lang w:val="es-CO"/>
              </w:rPr>
              <w:t xml:space="preserve"> Sí   ☐ No. Descripción y soporte: ______________________________________________</w:t>
            </w:r>
          </w:p>
        </w:tc>
      </w:tr>
      <w:tr w:rsidR="00183BD2" w14:paraId="3B03B6C4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6E4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0210EF15" w14:textId="77777777" w:rsidR="00183BD2" w:rsidRDefault="00D40215">
            <w:pPr>
              <w:spacing w:after="0"/>
            </w:pPr>
            <w:proofErr w:type="spellStart"/>
            <w:r>
              <w:rPr>
                <w:b/>
                <w:color w:val="000000"/>
                <w:sz w:val="15"/>
              </w:rPr>
              <w:t>Diseños</w:t>
            </w:r>
            <w:proofErr w:type="spellEnd"/>
            <w:r>
              <w:rPr>
                <w:b/>
                <w:color w:val="000000"/>
                <w:sz w:val="15"/>
              </w:rPr>
              <w:t xml:space="preserve"> </w:t>
            </w:r>
            <w:proofErr w:type="spellStart"/>
            <w:r>
              <w:rPr>
                <w:b/>
                <w:color w:val="000000"/>
                <w:sz w:val="15"/>
              </w:rPr>
              <w:t>técnicos</w:t>
            </w:r>
            <w:proofErr w:type="spellEnd"/>
            <w:r>
              <w:rPr>
                <w:b/>
                <w:color w:val="000000"/>
                <w:sz w:val="15"/>
              </w:rPr>
              <w:t xml:space="preserve"> </w:t>
            </w:r>
            <w:proofErr w:type="spellStart"/>
            <w:r>
              <w:rPr>
                <w:b/>
                <w:color w:val="000000"/>
                <w:sz w:val="15"/>
              </w:rPr>
              <w:t>complementarios</w:t>
            </w:r>
            <w:proofErr w:type="spellEnd"/>
          </w:p>
        </w:tc>
        <w:tc>
          <w:tcPr>
            <w:tcW w:w="11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5EB0ADAD" w14:textId="77777777" w:rsidR="00183BD2" w:rsidRDefault="00D40215">
            <w:pPr>
              <w:spacing w:after="0"/>
            </w:pPr>
            <w:r>
              <w:rPr>
                <w:color w:val="000000"/>
                <w:sz w:val="15"/>
              </w:rPr>
              <w:t>☐</w:t>
            </w:r>
            <w:r>
              <w:rPr>
                <w:color w:val="000000"/>
                <w:sz w:val="15"/>
              </w:rPr>
              <w:t xml:space="preserve"> Sí   ☐ No. Especialidades: ___________________________________________________</w:t>
            </w:r>
          </w:p>
        </w:tc>
      </w:tr>
      <w:tr w:rsidR="00183BD2" w:rsidRPr="00951553" w14:paraId="665254EC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6E4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>
            <w:r>
              <w:t>Coordinación interdisciplinaria</w:t>
            </w:r>
          </w:p>
        </w:tc>
        <w:tc>
          <w:tcPr>
            <w:tcW w:w="11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>
            <w:r>
              <w:t>☐ Sí   ☐ No. Actividades acreditadas: ______________________________</w:t>
              <w:br/>
              <w:t>Especialidades coordinadas (mínimo 3): ______________________________</w:t>
            </w:r>
          </w:p>
        </w:tc>
      </w:tr>
      <w:tr w:rsidR="00183BD2" w14:paraId="7EF60C5B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6E4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7F90C948" w14:textId="77777777" w:rsidR="00183BD2" w:rsidRPr="00951553" w:rsidRDefault="00D40215">
            <w:pPr>
              <w:spacing w:after="0"/>
              <w:rPr>
                <w:lang w:val="es-CO"/>
              </w:rPr>
            </w:pPr>
            <w:r w:rsidRPr="00951553">
              <w:rPr>
                <w:b/>
                <w:color w:val="000000"/>
                <w:sz w:val="15"/>
                <w:lang w:val="es-CO"/>
              </w:rPr>
              <w:t>Estudio de grabación, set o auditorio</w:t>
            </w:r>
          </w:p>
        </w:tc>
        <w:tc>
          <w:tcPr>
            <w:tcW w:w="11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7086D068" w14:textId="77777777" w:rsidR="00183BD2" w:rsidRDefault="00D40215">
            <w:pPr>
              <w:spacing w:after="0"/>
            </w:pPr>
            <w:r>
              <w:rPr>
                <w:color w:val="000000"/>
                <w:sz w:val="15"/>
              </w:rPr>
              <w:t>☐</w:t>
            </w:r>
            <w:r>
              <w:rPr>
                <w:color w:val="000000"/>
                <w:sz w:val="15"/>
              </w:rPr>
              <w:t xml:space="preserve"> </w:t>
            </w:r>
            <w:proofErr w:type="spellStart"/>
            <w:r>
              <w:rPr>
                <w:color w:val="000000"/>
                <w:sz w:val="15"/>
              </w:rPr>
              <w:t>Sí</w:t>
            </w:r>
            <w:proofErr w:type="spellEnd"/>
            <w:r>
              <w:rPr>
                <w:color w:val="000000"/>
                <w:sz w:val="15"/>
              </w:rPr>
              <w:t xml:space="preserve">   ☐ No. Condición acreditada: ______________________________________________</w:t>
            </w:r>
          </w:p>
        </w:tc>
      </w:tr>
      <w:tr w:rsidR="00183BD2" w14:paraId="43B2FDF0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6E4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>
            <w:r>
              <w:t>Experiencia puntuable en coordinación interdisciplinaria</w:t>
            </w:r>
          </w:p>
        </w:tc>
        <w:tc>
          <w:tcPr>
            <w:tcW w:w="11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>
            <w:r>
              <w:t>☐ Sí   ☐ No. Inicio: __________ Fin: __________ Meses válidos: ________</w:t>
            </w:r>
          </w:p>
        </w:tc>
      </w:tr>
      <w:tr w:rsidR="00183BD2" w:rsidRPr="00951553" w14:paraId="7DF3E34D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6E4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44C4B754" w14:textId="0E8D3BD4" w:rsidR="00183BD2" w:rsidRPr="007358E8" w:rsidRDefault="00D40215">
            <w:pPr>
              <w:spacing w:after="0"/>
              <w:rPr>
                <w:lang w:val="es-CO"/>
              </w:rPr>
            </w:pPr>
            <w:r w:rsidRPr="007358E8">
              <w:rPr>
                <w:b/>
                <w:color w:val="000000"/>
                <w:sz w:val="15"/>
                <w:lang w:val="es-CO"/>
              </w:rPr>
              <w:t xml:space="preserve">Condición puntuable: estudio de grabación, set o auditorio ≥ </w:t>
            </w:r>
            <w:r w:rsidR="00877FA8">
              <w:rPr>
                <w:b/>
                <w:color w:val="000000"/>
                <w:sz w:val="15"/>
                <w:lang w:val="es-CO"/>
              </w:rPr>
              <w:t>5</w:t>
            </w:r>
            <w:r w:rsidRPr="007358E8">
              <w:rPr>
                <w:b/>
                <w:color w:val="000000"/>
                <w:sz w:val="15"/>
                <w:lang w:val="es-CO"/>
              </w:rPr>
              <w:t>00 m²</w:t>
            </w:r>
          </w:p>
        </w:tc>
        <w:tc>
          <w:tcPr>
            <w:tcW w:w="11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49B9F4DF" w14:textId="77777777" w:rsidR="00183BD2" w:rsidRPr="007358E8" w:rsidRDefault="00D40215">
            <w:pPr>
              <w:spacing w:after="0"/>
              <w:rPr>
                <w:lang w:val="es-CO"/>
              </w:rPr>
            </w:pPr>
            <w:r w:rsidRPr="007358E8">
              <w:rPr>
                <w:color w:val="000000"/>
                <w:sz w:val="15"/>
                <w:lang w:val="es-CO"/>
              </w:rPr>
              <w:t>☐</w:t>
            </w:r>
            <w:r w:rsidRPr="007358E8">
              <w:rPr>
                <w:color w:val="000000"/>
                <w:sz w:val="15"/>
                <w:lang w:val="es-CO"/>
              </w:rPr>
              <w:t xml:space="preserve"> Sí   ☐ No. Área respaldada por los soportes: ______________________________ m²</w:t>
            </w:r>
          </w:p>
        </w:tc>
      </w:tr>
      <w:tr w:rsidR="00183BD2" w:rsidRPr="00951553" w14:paraId="0979E8DB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6E4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10640E71" w14:textId="77777777" w:rsidR="00183BD2" w:rsidRDefault="00D40215">
            <w:pPr>
              <w:spacing w:after="0"/>
            </w:pPr>
            <w:proofErr w:type="spellStart"/>
            <w:r>
              <w:rPr>
                <w:b/>
                <w:color w:val="000000"/>
                <w:sz w:val="15"/>
              </w:rPr>
              <w:t>Experiencia</w:t>
            </w:r>
            <w:proofErr w:type="spellEnd"/>
            <w:r>
              <w:rPr>
                <w:b/>
                <w:color w:val="000000"/>
                <w:sz w:val="15"/>
              </w:rPr>
              <w:t xml:space="preserve"> </w:t>
            </w:r>
            <w:proofErr w:type="spellStart"/>
            <w:r>
              <w:rPr>
                <w:b/>
                <w:color w:val="000000"/>
                <w:sz w:val="15"/>
              </w:rPr>
              <w:t>ejecutada</w:t>
            </w:r>
            <w:proofErr w:type="spellEnd"/>
            <w:r>
              <w:rPr>
                <w:b/>
                <w:color w:val="000000"/>
                <w:sz w:val="15"/>
              </w:rPr>
              <w:t xml:space="preserve"> para </w:t>
            </w:r>
            <w:proofErr w:type="spellStart"/>
            <w:r>
              <w:rPr>
                <w:b/>
                <w:color w:val="000000"/>
                <w:sz w:val="15"/>
              </w:rPr>
              <w:t>Teleantioquia</w:t>
            </w:r>
            <w:proofErr w:type="spellEnd"/>
          </w:p>
        </w:tc>
        <w:tc>
          <w:tcPr>
            <w:tcW w:w="11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698AB620" w14:textId="77777777" w:rsidR="00183BD2" w:rsidRPr="007358E8" w:rsidRDefault="00D40215">
            <w:pPr>
              <w:spacing w:after="0"/>
              <w:rPr>
                <w:lang w:val="es-CO"/>
              </w:rPr>
            </w:pPr>
            <w:r w:rsidRPr="007358E8">
              <w:rPr>
                <w:color w:val="000000"/>
                <w:sz w:val="15"/>
                <w:lang w:val="es-CO"/>
              </w:rPr>
              <w:t>☐</w:t>
            </w:r>
            <w:r w:rsidRPr="007358E8">
              <w:rPr>
                <w:color w:val="000000"/>
                <w:sz w:val="15"/>
                <w:lang w:val="es-CO"/>
              </w:rPr>
              <w:t xml:space="preserve"> Sí   ☐ No. Orden de compra/contrato: __________________ Fechas: __________________</w:t>
            </w:r>
          </w:p>
        </w:tc>
      </w:tr>
      <w:tr w:rsidR="00183BD2" w:rsidRPr="00951553" w14:paraId="43185A1B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6E4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24E6DD5F" w14:textId="77777777" w:rsidR="00183BD2" w:rsidRPr="007358E8" w:rsidRDefault="00D40215">
            <w:pPr>
              <w:spacing w:after="0"/>
              <w:rPr>
                <w:lang w:val="es-CO"/>
              </w:rPr>
            </w:pPr>
            <w:r w:rsidRPr="007358E8">
              <w:rPr>
                <w:b/>
                <w:color w:val="000000"/>
                <w:sz w:val="15"/>
                <w:lang w:val="es-CO"/>
              </w:rPr>
              <w:t>Calificación de calidad del servicio</w:t>
            </w:r>
          </w:p>
        </w:tc>
        <w:tc>
          <w:tcPr>
            <w:tcW w:w="11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47C747C0" w14:textId="77777777" w:rsidR="00183BD2" w:rsidRPr="007358E8" w:rsidRDefault="00D40215">
            <w:pPr>
              <w:spacing w:after="0"/>
              <w:rPr>
                <w:lang w:val="es-CO"/>
              </w:rPr>
            </w:pPr>
            <w:r w:rsidRPr="007358E8">
              <w:rPr>
                <w:color w:val="000000"/>
                <w:sz w:val="15"/>
                <w:lang w:val="es-CO"/>
              </w:rPr>
              <w:t>[Calificación, si el contratante utiliza este mecanismo / no aplica]</w:t>
            </w:r>
          </w:p>
        </w:tc>
      </w:tr>
      <w:tr w:rsidR="00183BD2" w:rsidRPr="00951553" w14:paraId="51CD5BF1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6E4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184590FB" w14:textId="77777777" w:rsidR="00183BD2" w:rsidRDefault="00D40215">
            <w:pPr>
              <w:spacing w:after="0"/>
            </w:pPr>
            <w:proofErr w:type="spellStart"/>
            <w:r>
              <w:rPr>
                <w:b/>
                <w:color w:val="000000"/>
                <w:sz w:val="15"/>
              </w:rPr>
              <w:t>Soportes</w:t>
            </w:r>
            <w:proofErr w:type="spellEnd"/>
            <w:r>
              <w:rPr>
                <w:b/>
                <w:color w:val="000000"/>
                <w:sz w:val="15"/>
              </w:rPr>
              <w:t xml:space="preserve"> </w:t>
            </w:r>
            <w:proofErr w:type="spellStart"/>
            <w:r>
              <w:rPr>
                <w:b/>
                <w:color w:val="000000"/>
                <w:sz w:val="15"/>
              </w:rPr>
              <w:t>aportados</w:t>
            </w:r>
            <w:proofErr w:type="spellEnd"/>
          </w:p>
        </w:tc>
        <w:tc>
          <w:tcPr>
            <w:tcW w:w="11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>
            <w:r>
              <w:t>☐ RUP   ☐ Certificación   ☐ Acta de terminación   ☐ Recibo a satisfacción   ☐ Liquidación   ☐ Contrato   ☐ Otros: ______</w:t>
            </w:r>
          </w:p>
        </w:tc>
      </w:tr>
      <w:tr w:rsidR="00183BD2" w:rsidRPr="00951553" w14:paraId="7E6DFF02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6E4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4E4CFFCC" w14:textId="77777777" w:rsidR="00183BD2" w:rsidRPr="007358E8" w:rsidRDefault="00D40215">
            <w:pPr>
              <w:spacing w:after="0"/>
              <w:rPr>
                <w:lang w:val="es-CO"/>
              </w:rPr>
            </w:pPr>
            <w:r w:rsidRPr="007358E8">
              <w:rPr>
                <w:b/>
                <w:color w:val="000000"/>
                <w:sz w:val="15"/>
                <w:lang w:val="es-CO"/>
              </w:rPr>
              <w:t>Folio(s) / nombre(s) de archivo</w:t>
            </w:r>
          </w:p>
        </w:tc>
        <w:tc>
          <w:tcPr>
            <w:tcW w:w="11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7AFE0761" w14:textId="77777777" w:rsidR="00183BD2" w:rsidRPr="007358E8" w:rsidRDefault="00D40215">
            <w:pPr>
              <w:spacing w:after="0"/>
              <w:rPr>
                <w:lang w:val="es-CO"/>
              </w:rPr>
            </w:pPr>
            <w:r w:rsidRPr="007358E8">
              <w:rPr>
                <w:color w:val="000000"/>
                <w:sz w:val="15"/>
                <w:lang w:val="es-CO"/>
              </w:rPr>
              <w:t>[Identificar con precisión cada soporte]</w:t>
            </w:r>
          </w:p>
        </w:tc>
      </w:tr>
      <w:tr w:rsidR="00183BD2" w:rsidRPr="00951553" w14:paraId="32769994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6E4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5CDCE9C9" w14:textId="77777777" w:rsidR="00183BD2" w:rsidRDefault="00D40215">
            <w:pPr>
              <w:spacing w:after="0"/>
            </w:pPr>
            <w:proofErr w:type="spellStart"/>
            <w:r>
              <w:rPr>
                <w:b/>
                <w:color w:val="000000"/>
                <w:sz w:val="15"/>
              </w:rPr>
              <w:t>Certificación</w:t>
            </w:r>
            <w:proofErr w:type="spellEnd"/>
            <w:r>
              <w:rPr>
                <w:b/>
                <w:color w:val="000000"/>
                <w:sz w:val="15"/>
              </w:rPr>
              <w:t xml:space="preserve"> / </w:t>
            </w:r>
            <w:proofErr w:type="spellStart"/>
            <w:r>
              <w:rPr>
                <w:b/>
                <w:color w:val="000000"/>
                <w:sz w:val="15"/>
              </w:rPr>
              <w:t>documento</w:t>
            </w:r>
            <w:proofErr w:type="spellEnd"/>
            <w:r>
              <w:rPr>
                <w:b/>
                <w:color w:val="000000"/>
                <w:sz w:val="15"/>
              </w:rPr>
              <w:t xml:space="preserve"> </w:t>
            </w:r>
            <w:proofErr w:type="spellStart"/>
            <w:r>
              <w:rPr>
                <w:b/>
                <w:color w:val="000000"/>
                <w:sz w:val="15"/>
              </w:rPr>
              <w:t>soporte</w:t>
            </w:r>
            <w:proofErr w:type="spellEnd"/>
          </w:p>
        </w:tc>
        <w:tc>
          <w:tcPr>
            <w:tcW w:w="11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220199D1" w14:textId="77777777" w:rsidR="00183BD2" w:rsidRPr="007358E8" w:rsidRDefault="00D40215">
            <w:pPr>
              <w:spacing w:after="0"/>
              <w:rPr>
                <w:lang w:val="es-CO"/>
              </w:rPr>
            </w:pPr>
            <w:r w:rsidRPr="007358E8">
              <w:rPr>
                <w:color w:val="000000"/>
                <w:sz w:val="15"/>
                <w:lang w:val="es-CO"/>
              </w:rPr>
              <w:t>Fecha de expedición: ______________  Nombre y cargo de quien expide: __________________________</w:t>
            </w:r>
          </w:p>
        </w:tc>
      </w:tr>
      <w:tr w:rsidR="00183BD2" w14:paraId="6DBC4561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6E4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0AEE9484" w14:textId="77777777" w:rsidR="00183BD2" w:rsidRDefault="00D40215">
            <w:pPr>
              <w:spacing w:after="0"/>
            </w:pPr>
            <w:r>
              <w:rPr>
                <w:b/>
                <w:color w:val="000000"/>
                <w:sz w:val="15"/>
              </w:rPr>
              <w:t xml:space="preserve">Contacto para </w:t>
            </w:r>
            <w:proofErr w:type="spellStart"/>
            <w:r>
              <w:rPr>
                <w:b/>
                <w:color w:val="000000"/>
                <w:sz w:val="15"/>
              </w:rPr>
              <w:t>verificación</w:t>
            </w:r>
            <w:proofErr w:type="spellEnd"/>
          </w:p>
        </w:tc>
        <w:tc>
          <w:tcPr>
            <w:tcW w:w="11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7DC445F2" w14:textId="77777777" w:rsidR="00183BD2" w:rsidRDefault="00D40215">
            <w:pPr>
              <w:spacing w:after="0"/>
            </w:pPr>
            <w:r>
              <w:rPr>
                <w:color w:val="000000"/>
                <w:sz w:val="15"/>
              </w:rPr>
              <w:t>Dirección: __________________ Tel.: ______________ Correo: __________________ Firma: __________________</w:t>
            </w:r>
          </w:p>
        </w:tc>
      </w:tr>
    </w:tbl>
    <w:p w14:paraId="6ABE8CCD" w14:textId="69960D13" w:rsidR="00183BD2" w:rsidRDefault="00183BD2"/>
    <w:p w14:paraId="2B2C8A56" w14:textId="77777777" w:rsidR="00183BD2" w:rsidRDefault="00D40215">
      <w:pPr>
        <w:keepNext/>
        <w:pBdr>
          <w:bottom w:val="single" w:sz="12" w:space="3" w:color="92D050"/>
        </w:pBdr>
        <w:spacing w:before="140" w:after="80"/>
        <w:jc w:val="center"/>
      </w:pPr>
      <w:r>
        <w:rPr>
          <w:b/>
          <w:sz w:val="20"/>
        </w:rPr>
        <w:t>CONTRATO 3 - INFORMACIÓN PARA ACREDITACIÓN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80"/>
        <w:gridCol w:w="4320"/>
        <w:gridCol w:w="2880"/>
        <w:gridCol w:w="4320"/>
      </w:tblGrid>
      <w:tr w:rsidR="00183BD2" w14:paraId="0646AB15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66C3D45D" w14:textId="77777777" w:rsidR="00183BD2" w:rsidRDefault="00D40215">
            <w:pPr>
              <w:spacing w:after="0"/>
            </w:pPr>
            <w:r>
              <w:rPr>
                <w:b/>
                <w:color w:val="000000"/>
              </w:rPr>
              <w:t>Contratante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01B6ECCC" w14:textId="77777777" w:rsidR="00183BD2" w:rsidRDefault="00D40215">
            <w:pPr>
              <w:spacing w:after="0"/>
            </w:pPr>
            <w:r>
              <w:rPr>
                <w:color w:val="000000"/>
              </w:rPr>
              <w:t>[Razón social]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61A70EFF" w14:textId="77777777" w:rsidR="00183BD2" w:rsidRDefault="00D40215">
            <w:pPr>
              <w:spacing w:after="0"/>
            </w:pPr>
            <w:r>
              <w:rPr>
                <w:b/>
                <w:color w:val="000000"/>
              </w:rPr>
              <w:t>NIT / identificación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60F73204" w14:textId="77777777" w:rsidR="00183BD2" w:rsidRDefault="00D40215">
            <w:pPr>
              <w:spacing w:after="0"/>
            </w:pPr>
            <w:r>
              <w:rPr>
                <w:color w:val="000000"/>
              </w:rPr>
              <w:t>[Número]</w:t>
            </w:r>
          </w:p>
        </w:tc>
      </w:tr>
      <w:tr w:rsidR="00183BD2" w14:paraId="05B8BE3A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601E001F" w14:textId="77777777" w:rsidR="00183BD2" w:rsidRDefault="00D40215">
            <w:pPr>
              <w:spacing w:after="0"/>
            </w:pPr>
            <w:r>
              <w:rPr>
                <w:b/>
                <w:color w:val="000000"/>
              </w:rPr>
              <w:t>Número del contrato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79F787A4" w14:textId="77777777" w:rsidR="00183BD2" w:rsidRDefault="00D40215">
            <w:pPr>
              <w:spacing w:after="0"/>
            </w:pPr>
            <w:r>
              <w:rPr>
                <w:color w:val="000000"/>
              </w:rPr>
              <w:t>[Número / sin número]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281B8B60" w14:textId="77777777" w:rsidR="00183BD2" w:rsidRDefault="00D40215">
            <w:pPr>
              <w:spacing w:after="0"/>
            </w:pPr>
            <w:r>
              <w:rPr>
                <w:b/>
                <w:color w:val="000000"/>
              </w:rPr>
              <w:t>Contratista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43BEB1D3" w14:textId="77777777" w:rsidR="00183BD2" w:rsidRDefault="00D40215">
            <w:pPr>
              <w:spacing w:after="0"/>
            </w:pPr>
            <w:r>
              <w:rPr>
                <w:color w:val="000000"/>
              </w:rPr>
              <w:t>[Razón social del ejecutor]</w:t>
            </w:r>
          </w:p>
        </w:tc>
      </w:tr>
      <w:tr w:rsidR="00183BD2" w14:paraId="2557F8BB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1B6670FE" w14:textId="77777777" w:rsidR="00183BD2" w:rsidRDefault="00D40215">
            <w:pPr>
              <w:spacing w:after="0"/>
            </w:pPr>
            <w:r>
              <w:rPr>
                <w:b/>
                <w:color w:val="000000"/>
              </w:rPr>
              <w:t>Fecha de inicio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44098369" w14:textId="77777777" w:rsidR="00183BD2" w:rsidRDefault="00D40215">
            <w:pPr>
              <w:spacing w:after="0"/>
            </w:pPr>
            <w:r>
              <w:rPr>
                <w:color w:val="000000"/>
              </w:rPr>
              <w:t>[DD/MM/AAAA]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3C032365" w14:textId="77777777" w:rsidR="00183BD2" w:rsidRDefault="00D40215">
            <w:pPr>
              <w:spacing w:after="0"/>
            </w:pPr>
            <w:r>
              <w:rPr>
                <w:b/>
                <w:color w:val="000000"/>
              </w:rPr>
              <w:t>Fecha de terminación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5F71A1C5" w14:textId="77777777" w:rsidR="00183BD2" w:rsidRDefault="00D40215">
            <w:pPr>
              <w:spacing w:after="0"/>
            </w:pPr>
            <w:r>
              <w:rPr>
                <w:color w:val="000000"/>
              </w:rPr>
              <w:t>[DD/MM/AAAA]</w:t>
            </w:r>
          </w:p>
        </w:tc>
      </w:tr>
      <w:tr w:rsidR="00183BD2" w14:paraId="133E2BEC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3AEDE292" w14:textId="77777777" w:rsidR="00183BD2" w:rsidRDefault="00D40215">
            <w:pPr>
              <w:spacing w:after="0"/>
            </w:pPr>
            <w:r>
              <w:rPr>
                <w:b/>
                <w:color w:val="000000"/>
              </w:rPr>
              <w:t>Valor inicial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5319BD33" w14:textId="77777777" w:rsidR="00183BD2" w:rsidRDefault="00D40215">
            <w:pPr>
              <w:spacing w:after="0"/>
            </w:pPr>
            <w:r>
              <w:rPr>
                <w:color w:val="000000"/>
              </w:rPr>
              <w:t>$ [valor]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1D7C3648" w14:textId="77777777" w:rsidR="00183BD2" w:rsidRDefault="00D40215">
            <w:pPr>
              <w:spacing w:after="0"/>
            </w:pPr>
            <w:r>
              <w:rPr>
                <w:b/>
                <w:color w:val="000000"/>
              </w:rPr>
              <w:t>Adiciones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413B1916" w14:textId="77777777" w:rsidR="00183BD2" w:rsidRDefault="00D40215">
            <w:pPr>
              <w:spacing w:after="0"/>
            </w:pPr>
            <w:r>
              <w:rPr>
                <w:color w:val="000000"/>
              </w:rPr>
              <w:t>$ [valor]</w:t>
            </w:r>
          </w:p>
        </w:tc>
      </w:tr>
      <w:tr w:rsidR="00183BD2" w14:paraId="2B74D5D1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5327C8C9" w14:textId="77777777" w:rsidR="00183BD2" w:rsidRDefault="00D40215">
            <w:pPr>
              <w:spacing w:after="0"/>
            </w:pPr>
            <w:r>
              <w:rPr>
                <w:b/>
                <w:color w:val="000000"/>
              </w:rPr>
              <w:t>Valor total ejecutado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384EAEDF" w14:textId="77777777" w:rsidR="00183BD2" w:rsidRDefault="00D40215">
            <w:pPr>
              <w:spacing w:after="0"/>
            </w:pPr>
            <w:r>
              <w:rPr>
                <w:color w:val="000000"/>
              </w:rPr>
              <w:t>$ [valor]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3D977169" w14:textId="77777777" w:rsidR="00183BD2" w:rsidRDefault="00D40215">
            <w:pPr>
              <w:spacing w:after="0"/>
            </w:pPr>
            <w:r>
              <w:rPr>
                <w:b/>
                <w:color w:val="000000"/>
              </w:rPr>
              <w:t>% de participación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75E69F29" w14:textId="77777777" w:rsidR="00183BD2" w:rsidRDefault="00D40215">
            <w:pPr>
              <w:spacing w:after="0"/>
            </w:pPr>
            <w:r>
              <w:rPr>
                <w:color w:val="000000"/>
              </w:rPr>
              <w:t>[porcentaje] %</w:t>
            </w:r>
          </w:p>
        </w:tc>
      </w:tr>
      <w:tr w:rsidR="00183BD2" w14:paraId="1230425A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3C3B7863" w14:textId="77777777" w:rsidR="00183BD2" w:rsidRDefault="00D40215">
            <w:pPr>
              <w:spacing w:after="0"/>
            </w:pPr>
            <w:r>
              <w:rPr>
                <w:b/>
                <w:color w:val="000000"/>
              </w:rPr>
              <w:t>Valor reconocido por participación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5086300D" w14:textId="77777777" w:rsidR="00183BD2" w:rsidRDefault="00D40215">
            <w:pPr>
              <w:spacing w:after="0"/>
            </w:pPr>
            <w:r>
              <w:rPr>
                <w:color w:val="000000"/>
              </w:rPr>
              <w:t>$ [valor]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46EE4481" w14:textId="77777777" w:rsidR="00183BD2" w:rsidRDefault="00D40215">
            <w:pPr>
              <w:spacing w:after="0"/>
            </w:pPr>
            <w:r>
              <w:rPr>
                <w:b/>
                <w:color w:val="000000"/>
              </w:rPr>
              <w:t>SMMLV año terminación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3DC6E447" w14:textId="77777777" w:rsidR="00183BD2" w:rsidRDefault="00D40215">
            <w:pPr>
              <w:spacing w:after="0"/>
            </w:pPr>
            <w:r>
              <w:rPr>
                <w:color w:val="000000"/>
              </w:rPr>
              <w:t>$ [valor]</w:t>
            </w:r>
          </w:p>
        </w:tc>
      </w:tr>
      <w:tr w:rsidR="00877FA8" w14:paraId="1CA92F12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606E1FE7" w14:textId="2F8FB038" w:rsidR="00877FA8" w:rsidRPr="00877FA8" w:rsidRDefault="00877FA8" w:rsidP="00877FA8">
            <w:pPr>
              <w:spacing w:after="0"/>
              <w:rPr>
                <w:lang w:val="es-CO"/>
              </w:rPr>
            </w:pPr>
            <w:r w:rsidRPr="00877FA8">
              <w:rPr>
                <w:b/>
                <w:color w:val="000000"/>
                <w:lang w:val="es-CO"/>
              </w:rPr>
              <w:t>Exprese en SMMLV el valor total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7BCADD5F" w14:textId="77777777" w:rsidR="00877FA8" w:rsidRDefault="00877FA8" w:rsidP="00877FA8">
            <w:pPr>
              <w:spacing w:after="0"/>
            </w:pPr>
            <w:r>
              <w:rPr>
                <w:color w:val="000000"/>
              </w:rPr>
              <w:t>[valor / SMMLV]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309B7A67" w14:textId="77777777" w:rsidR="00877FA8" w:rsidRDefault="00877FA8" w:rsidP="00877FA8">
            <w:pPr>
              <w:spacing w:after="0"/>
            </w:pPr>
            <w:r>
              <w:rPr>
                <w:b/>
                <w:color w:val="000000"/>
              </w:rPr>
              <w:t>Área diseñada/intervenida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57B382AE" w14:textId="77777777" w:rsidR="00877FA8" w:rsidRDefault="00877FA8" w:rsidP="00877FA8">
            <w:pPr>
              <w:spacing w:after="0"/>
            </w:pPr>
            <w:r>
              <w:rPr>
                <w:color w:val="000000"/>
              </w:rPr>
              <w:t>[m² / no aplica]</w:t>
            </w:r>
          </w:p>
        </w:tc>
      </w:tr>
      <w:tr w:rsidR="00183BD2" w14:paraId="39369F08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217F818F" w14:textId="77777777" w:rsidR="00183BD2" w:rsidRPr="007358E8" w:rsidRDefault="00D40215">
            <w:pPr>
              <w:spacing w:after="0"/>
              <w:rPr>
                <w:lang w:val="es-CO"/>
              </w:rPr>
            </w:pPr>
            <w:r w:rsidRPr="007358E8">
              <w:rPr>
                <w:b/>
                <w:color w:val="000000"/>
                <w:lang w:val="es-CO"/>
              </w:rPr>
              <w:t>Estudio de grabación, set o auditorio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339A1162" w14:textId="77777777" w:rsidR="00183BD2" w:rsidRDefault="00D40215">
            <w:pPr>
              <w:spacing w:after="0"/>
            </w:pPr>
            <w:r>
              <w:rPr>
                <w:color w:val="000000"/>
              </w:rPr>
              <w:t>☐</w:t>
            </w:r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Sí</w:t>
            </w:r>
            <w:proofErr w:type="spellEnd"/>
            <w:r>
              <w:rPr>
                <w:color w:val="000000"/>
              </w:rPr>
              <w:t xml:space="preserve">   ☐ No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3899AC8D" w14:textId="77777777" w:rsidR="00183BD2" w:rsidRPr="007358E8" w:rsidRDefault="00D40215">
            <w:pPr>
              <w:spacing w:after="0"/>
              <w:rPr>
                <w:lang w:val="es-CO"/>
              </w:rPr>
            </w:pPr>
            <w:r w:rsidRPr="007358E8">
              <w:rPr>
                <w:b/>
                <w:color w:val="000000"/>
                <w:lang w:val="es-CO"/>
              </w:rPr>
              <w:t>Ejecutado y terminado antes del cierre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7A7D6FCA" w14:textId="77777777" w:rsidR="00183BD2" w:rsidRDefault="00D40215">
            <w:pPr>
              <w:spacing w:after="0"/>
            </w:pPr>
            <w:r>
              <w:rPr>
                <w:color w:val="000000"/>
              </w:rPr>
              <w:t>☐</w:t>
            </w:r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Sí</w:t>
            </w:r>
            <w:proofErr w:type="spellEnd"/>
            <w:r>
              <w:rPr>
                <w:color w:val="000000"/>
              </w:rPr>
              <w:t xml:space="preserve">   ☐ No</w:t>
            </w:r>
          </w:p>
        </w:tc>
      </w:tr>
      <w:tr w:rsidR="00183BD2" w14:paraId="70FEC1DB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6E4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7F7FB91D" w14:textId="77777777" w:rsidR="00183BD2" w:rsidRDefault="00D40215">
            <w:pPr>
              <w:spacing w:after="0"/>
            </w:pPr>
            <w:r>
              <w:rPr>
                <w:b/>
                <w:color w:val="000000"/>
                <w:sz w:val="15"/>
              </w:rPr>
              <w:t>Objeto contractual</w:t>
            </w:r>
          </w:p>
        </w:tc>
        <w:tc>
          <w:tcPr>
            <w:tcW w:w="11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61ED8B1D" w14:textId="77777777" w:rsidR="00183BD2" w:rsidRDefault="00D40215">
            <w:pPr>
              <w:spacing w:after="0"/>
            </w:pPr>
            <w:r>
              <w:rPr>
                <w:color w:val="000000"/>
                <w:sz w:val="15"/>
              </w:rPr>
              <w:t>[Transcribir el objeto]</w:t>
            </w:r>
          </w:p>
        </w:tc>
      </w:tr>
      <w:tr w:rsidR="00183BD2" w:rsidRPr="00951553" w14:paraId="0D6E9F29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6E4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785FE518" w14:textId="77777777" w:rsidR="00183BD2" w:rsidRDefault="00D40215">
            <w:pPr>
              <w:spacing w:after="0"/>
            </w:pPr>
            <w:r>
              <w:rPr>
                <w:b/>
                <w:color w:val="000000"/>
                <w:sz w:val="15"/>
              </w:rPr>
              <w:lastRenderedPageBreak/>
              <w:t>Alcance y actividades ejecutadas</w:t>
            </w:r>
          </w:p>
        </w:tc>
        <w:tc>
          <w:tcPr>
            <w:tcW w:w="11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11E4B133" w14:textId="77777777" w:rsidR="00183BD2" w:rsidRPr="007358E8" w:rsidRDefault="00D40215">
            <w:pPr>
              <w:spacing w:after="0"/>
              <w:rPr>
                <w:lang w:val="es-CO"/>
              </w:rPr>
            </w:pPr>
            <w:r w:rsidRPr="007358E8">
              <w:rPr>
                <w:color w:val="000000"/>
                <w:sz w:val="15"/>
                <w:lang w:val="es-CO"/>
              </w:rPr>
              <w:t>[Describir únicamente lo respaldado por los soportes]</w:t>
            </w:r>
          </w:p>
        </w:tc>
      </w:tr>
      <w:tr w:rsidR="00183BD2" w:rsidRPr="00951553" w14:paraId="14D1CCCF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6E4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67DCB31F" w14:textId="77777777" w:rsidR="00183BD2" w:rsidRDefault="00D40215">
            <w:pPr>
              <w:spacing w:after="0"/>
            </w:pPr>
            <w:proofErr w:type="spellStart"/>
            <w:r>
              <w:rPr>
                <w:b/>
                <w:color w:val="000000"/>
                <w:sz w:val="15"/>
              </w:rPr>
              <w:t>Diseño</w:t>
            </w:r>
            <w:proofErr w:type="spellEnd"/>
            <w:r>
              <w:rPr>
                <w:b/>
                <w:color w:val="000000"/>
                <w:sz w:val="15"/>
              </w:rPr>
              <w:t xml:space="preserve"> </w:t>
            </w:r>
            <w:proofErr w:type="spellStart"/>
            <w:r>
              <w:rPr>
                <w:b/>
                <w:color w:val="000000"/>
                <w:sz w:val="15"/>
              </w:rPr>
              <w:t>arquitectónico</w:t>
            </w:r>
            <w:proofErr w:type="spellEnd"/>
            <w:r>
              <w:rPr>
                <w:b/>
                <w:color w:val="000000"/>
                <w:sz w:val="15"/>
              </w:rPr>
              <w:t xml:space="preserve"> / </w:t>
            </w:r>
            <w:proofErr w:type="spellStart"/>
            <w:r>
              <w:rPr>
                <w:b/>
                <w:color w:val="000000"/>
                <w:sz w:val="15"/>
              </w:rPr>
              <w:t>interiorismo</w:t>
            </w:r>
            <w:proofErr w:type="spellEnd"/>
          </w:p>
        </w:tc>
        <w:tc>
          <w:tcPr>
            <w:tcW w:w="11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18D09431" w14:textId="77777777" w:rsidR="00183BD2" w:rsidRPr="00E442B9" w:rsidRDefault="00D40215">
            <w:pPr>
              <w:spacing w:after="0"/>
              <w:rPr>
                <w:lang w:val="es-CO"/>
              </w:rPr>
            </w:pPr>
            <w:r w:rsidRPr="00E442B9">
              <w:rPr>
                <w:color w:val="000000"/>
                <w:sz w:val="15"/>
                <w:lang w:val="es-CO"/>
              </w:rPr>
              <w:t>☐</w:t>
            </w:r>
            <w:r w:rsidRPr="00E442B9">
              <w:rPr>
                <w:color w:val="000000"/>
                <w:sz w:val="15"/>
                <w:lang w:val="es-CO"/>
              </w:rPr>
              <w:t xml:space="preserve"> Sí   ☐ No. Descripción y soporte: ______________________________________________</w:t>
            </w:r>
          </w:p>
        </w:tc>
      </w:tr>
      <w:tr w:rsidR="00183BD2" w14:paraId="66E4694B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6E4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4FAACCBB" w14:textId="77777777" w:rsidR="00183BD2" w:rsidRDefault="00D40215">
            <w:pPr>
              <w:spacing w:after="0"/>
            </w:pPr>
            <w:proofErr w:type="spellStart"/>
            <w:r>
              <w:rPr>
                <w:b/>
                <w:color w:val="000000"/>
                <w:sz w:val="15"/>
              </w:rPr>
              <w:t>Diseños</w:t>
            </w:r>
            <w:proofErr w:type="spellEnd"/>
            <w:r>
              <w:rPr>
                <w:b/>
                <w:color w:val="000000"/>
                <w:sz w:val="15"/>
              </w:rPr>
              <w:t xml:space="preserve"> </w:t>
            </w:r>
            <w:proofErr w:type="spellStart"/>
            <w:r>
              <w:rPr>
                <w:b/>
                <w:color w:val="000000"/>
                <w:sz w:val="15"/>
              </w:rPr>
              <w:t>técnicos</w:t>
            </w:r>
            <w:proofErr w:type="spellEnd"/>
            <w:r>
              <w:rPr>
                <w:b/>
                <w:color w:val="000000"/>
                <w:sz w:val="15"/>
              </w:rPr>
              <w:t xml:space="preserve"> </w:t>
            </w:r>
            <w:proofErr w:type="spellStart"/>
            <w:r>
              <w:rPr>
                <w:b/>
                <w:color w:val="000000"/>
                <w:sz w:val="15"/>
              </w:rPr>
              <w:t>complementarios</w:t>
            </w:r>
            <w:proofErr w:type="spellEnd"/>
          </w:p>
        </w:tc>
        <w:tc>
          <w:tcPr>
            <w:tcW w:w="11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667D103A" w14:textId="77777777" w:rsidR="00183BD2" w:rsidRDefault="00D40215">
            <w:pPr>
              <w:spacing w:after="0"/>
            </w:pPr>
            <w:r>
              <w:rPr>
                <w:color w:val="000000"/>
                <w:sz w:val="15"/>
              </w:rPr>
              <w:t>☐</w:t>
            </w:r>
            <w:r>
              <w:rPr>
                <w:color w:val="000000"/>
                <w:sz w:val="15"/>
              </w:rPr>
              <w:t xml:space="preserve"> Sí   ☐ No. Especialidades: ___________________________________________________</w:t>
            </w:r>
          </w:p>
        </w:tc>
      </w:tr>
      <w:tr w:rsidR="00183BD2" w:rsidRPr="00951553" w14:paraId="12F03116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6E4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>
            <w:r>
              <w:t>Coordinación interdisciplinaria</w:t>
            </w:r>
          </w:p>
        </w:tc>
        <w:tc>
          <w:tcPr>
            <w:tcW w:w="11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>
            <w:r>
              <w:t>☐ Sí   ☐ No. Actividades acreditadas: ______________________________</w:t>
              <w:br/>
              <w:t>Especialidades coordinadas (mínimo 3): ______________________________</w:t>
            </w:r>
          </w:p>
        </w:tc>
      </w:tr>
      <w:tr w:rsidR="00183BD2" w14:paraId="789A56A7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6E4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2397CCC5" w14:textId="77777777" w:rsidR="00183BD2" w:rsidRPr="00951553" w:rsidRDefault="00D40215">
            <w:pPr>
              <w:spacing w:after="0"/>
              <w:rPr>
                <w:lang w:val="es-CO"/>
              </w:rPr>
            </w:pPr>
            <w:r w:rsidRPr="00951553">
              <w:rPr>
                <w:b/>
                <w:color w:val="000000"/>
                <w:sz w:val="15"/>
                <w:lang w:val="es-CO"/>
              </w:rPr>
              <w:t>Estudio de grabación, set o auditorio</w:t>
            </w:r>
          </w:p>
        </w:tc>
        <w:tc>
          <w:tcPr>
            <w:tcW w:w="11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119768C0" w14:textId="77777777" w:rsidR="00183BD2" w:rsidRDefault="00D40215">
            <w:pPr>
              <w:spacing w:after="0"/>
            </w:pPr>
            <w:r>
              <w:rPr>
                <w:color w:val="000000"/>
                <w:sz w:val="15"/>
              </w:rPr>
              <w:t>☐</w:t>
            </w:r>
            <w:r>
              <w:rPr>
                <w:color w:val="000000"/>
                <w:sz w:val="15"/>
              </w:rPr>
              <w:t xml:space="preserve"> </w:t>
            </w:r>
            <w:proofErr w:type="spellStart"/>
            <w:r>
              <w:rPr>
                <w:color w:val="000000"/>
                <w:sz w:val="15"/>
              </w:rPr>
              <w:t>Sí</w:t>
            </w:r>
            <w:proofErr w:type="spellEnd"/>
            <w:r>
              <w:rPr>
                <w:color w:val="000000"/>
                <w:sz w:val="15"/>
              </w:rPr>
              <w:t xml:space="preserve">   ☐ No. Condición acreditada: ______________________________________________</w:t>
            </w:r>
          </w:p>
        </w:tc>
      </w:tr>
      <w:tr w:rsidR="00183BD2" w14:paraId="5E356BB9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6E4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>
            <w:r>
              <w:t>Experiencia puntuable en coordinación interdisciplinaria</w:t>
            </w:r>
          </w:p>
        </w:tc>
        <w:tc>
          <w:tcPr>
            <w:tcW w:w="11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>
            <w:r>
              <w:t>☐ Sí   ☐ No. Inicio: __________ Fin: __________ Meses válidos: ________</w:t>
            </w:r>
          </w:p>
        </w:tc>
      </w:tr>
      <w:tr w:rsidR="00183BD2" w:rsidRPr="00951553" w14:paraId="64333315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6E4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42728095" w14:textId="4423012C" w:rsidR="00183BD2" w:rsidRPr="00E442B9" w:rsidRDefault="00D40215">
            <w:pPr>
              <w:spacing w:after="0"/>
              <w:rPr>
                <w:lang w:val="es-CO"/>
              </w:rPr>
            </w:pPr>
            <w:r w:rsidRPr="00E442B9">
              <w:rPr>
                <w:b/>
                <w:color w:val="000000"/>
                <w:sz w:val="15"/>
                <w:lang w:val="es-CO"/>
              </w:rPr>
              <w:t xml:space="preserve">Condición puntuable: estudio de grabación, set o auditorio ≥ </w:t>
            </w:r>
            <w:r w:rsidR="00877FA8">
              <w:rPr>
                <w:b/>
                <w:color w:val="000000"/>
                <w:sz w:val="15"/>
                <w:lang w:val="es-CO"/>
              </w:rPr>
              <w:t>5</w:t>
            </w:r>
            <w:r w:rsidRPr="00E442B9">
              <w:rPr>
                <w:b/>
                <w:color w:val="000000"/>
                <w:sz w:val="15"/>
                <w:lang w:val="es-CO"/>
              </w:rPr>
              <w:t>00 m²</w:t>
            </w:r>
          </w:p>
        </w:tc>
        <w:tc>
          <w:tcPr>
            <w:tcW w:w="11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3DBBAEF1" w14:textId="77777777" w:rsidR="00183BD2" w:rsidRPr="00E442B9" w:rsidRDefault="00D40215">
            <w:pPr>
              <w:spacing w:after="0"/>
              <w:rPr>
                <w:lang w:val="es-CO"/>
              </w:rPr>
            </w:pPr>
            <w:r w:rsidRPr="00E442B9">
              <w:rPr>
                <w:color w:val="000000"/>
                <w:sz w:val="15"/>
                <w:lang w:val="es-CO"/>
              </w:rPr>
              <w:t>☐</w:t>
            </w:r>
            <w:r w:rsidRPr="00E442B9">
              <w:rPr>
                <w:color w:val="000000"/>
                <w:sz w:val="15"/>
                <w:lang w:val="es-CO"/>
              </w:rPr>
              <w:t xml:space="preserve"> Sí   ☐ No. Área respaldada por los soportes: ______________________________ m²</w:t>
            </w:r>
          </w:p>
        </w:tc>
      </w:tr>
      <w:tr w:rsidR="00183BD2" w:rsidRPr="00951553" w14:paraId="5AB70DF6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6E4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1B3B9D2C" w14:textId="77777777" w:rsidR="00183BD2" w:rsidRDefault="00D40215">
            <w:pPr>
              <w:spacing w:after="0"/>
            </w:pPr>
            <w:proofErr w:type="spellStart"/>
            <w:r>
              <w:rPr>
                <w:b/>
                <w:color w:val="000000"/>
                <w:sz w:val="15"/>
              </w:rPr>
              <w:t>Experiencia</w:t>
            </w:r>
            <w:proofErr w:type="spellEnd"/>
            <w:r>
              <w:rPr>
                <w:b/>
                <w:color w:val="000000"/>
                <w:sz w:val="15"/>
              </w:rPr>
              <w:t xml:space="preserve"> </w:t>
            </w:r>
            <w:proofErr w:type="spellStart"/>
            <w:r>
              <w:rPr>
                <w:b/>
                <w:color w:val="000000"/>
                <w:sz w:val="15"/>
              </w:rPr>
              <w:t>ejecutada</w:t>
            </w:r>
            <w:proofErr w:type="spellEnd"/>
            <w:r>
              <w:rPr>
                <w:b/>
                <w:color w:val="000000"/>
                <w:sz w:val="15"/>
              </w:rPr>
              <w:t xml:space="preserve"> para </w:t>
            </w:r>
            <w:proofErr w:type="spellStart"/>
            <w:r>
              <w:rPr>
                <w:b/>
                <w:color w:val="000000"/>
                <w:sz w:val="15"/>
              </w:rPr>
              <w:t>Teleantioquia</w:t>
            </w:r>
            <w:proofErr w:type="spellEnd"/>
          </w:p>
        </w:tc>
        <w:tc>
          <w:tcPr>
            <w:tcW w:w="11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59097414" w14:textId="77777777" w:rsidR="00183BD2" w:rsidRPr="00E442B9" w:rsidRDefault="00D40215">
            <w:pPr>
              <w:spacing w:after="0"/>
              <w:rPr>
                <w:lang w:val="es-CO"/>
              </w:rPr>
            </w:pPr>
            <w:r w:rsidRPr="00E442B9">
              <w:rPr>
                <w:color w:val="000000"/>
                <w:sz w:val="15"/>
                <w:lang w:val="es-CO"/>
              </w:rPr>
              <w:t>☐</w:t>
            </w:r>
            <w:r w:rsidRPr="00E442B9">
              <w:rPr>
                <w:color w:val="000000"/>
                <w:sz w:val="15"/>
                <w:lang w:val="es-CO"/>
              </w:rPr>
              <w:t xml:space="preserve"> Sí   ☐ No. Orden de compra/contrato: __________________ Fechas: __________________</w:t>
            </w:r>
          </w:p>
        </w:tc>
      </w:tr>
      <w:tr w:rsidR="00183BD2" w:rsidRPr="00951553" w14:paraId="58D0C2C0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6E4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3B9F8962" w14:textId="77777777" w:rsidR="00183BD2" w:rsidRPr="00E442B9" w:rsidRDefault="00D40215">
            <w:pPr>
              <w:spacing w:after="0"/>
              <w:rPr>
                <w:lang w:val="es-CO"/>
              </w:rPr>
            </w:pPr>
            <w:r w:rsidRPr="00E442B9">
              <w:rPr>
                <w:b/>
                <w:color w:val="000000"/>
                <w:sz w:val="15"/>
                <w:lang w:val="es-CO"/>
              </w:rPr>
              <w:t>Calificación de calidad del servicio</w:t>
            </w:r>
          </w:p>
        </w:tc>
        <w:tc>
          <w:tcPr>
            <w:tcW w:w="11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72664778" w14:textId="77777777" w:rsidR="00183BD2" w:rsidRPr="00E442B9" w:rsidRDefault="00D40215">
            <w:pPr>
              <w:spacing w:after="0"/>
              <w:rPr>
                <w:lang w:val="es-CO"/>
              </w:rPr>
            </w:pPr>
            <w:r w:rsidRPr="00E442B9">
              <w:rPr>
                <w:color w:val="000000"/>
                <w:sz w:val="15"/>
                <w:lang w:val="es-CO"/>
              </w:rPr>
              <w:t>[Calificación, si el contratante utiliza este mecanismo / no aplica]</w:t>
            </w:r>
          </w:p>
        </w:tc>
      </w:tr>
      <w:tr w:rsidR="00183BD2" w:rsidRPr="00951553" w14:paraId="53E1FC86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6E4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5BCC18D7" w14:textId="77777777" w:rsidR="00183BD2" w:rsidRDefault="00D40215">
            <w:pPr>
              <w:spacing w:after="0"/>
            </w:pPr>
            <w:proofErr w:type="spellStart"/>
            <w:r>
              <w:rPr>
                <w:b/>
                <w:color w:val="000000"/>
                <w:sz w:val="15"/>
              </w:rPr>
              <w:t>Soportes</w:t>
            </w:r>
            <w:proofErr w:type="spellEnd"/>
            <w:r>
              <w:rPr>
                <w:b/>
                <w:color w:val="000000"/>
                <w:sz w:val="15"/>
              </w:rPr>
              <w:t xml:space="preserve"> </w:t>
            </w:r>
            <w:proofErr w:type="spellStart"/>
            <w:r>
              <w:rPr>
                <w:b/>
                <w:color w:val="000000"/>
                <w:sz w:val="15"/>
              </w:rPr>
              <w:t>aportados</w:t>
            </w:r>
            <w:proofErr w:type="spellEnd"/>
          </w:p>
        </w:tc>
        <w:tc>
          <w:tcPr>
            <w:tcW w:w="11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>
            <w:r>
              <w:t>☐ RUP   ☐ Certificación   ☐ Acta de terminación   ☐ Recibo a satisfacción   ☐ Liquidación   ☐ Contrato   ☐ Otros: ______</w:t>
            </w:r>
          </w:p>
        </w:tc>
      </w:tr>
      <w:tr w:rsidR="00183BD2" w:rsidRPr="00951553" w14:paraId="23BDECBC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6E4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1FA19186" w14:textId="77777777" w:rsidR="00183BD2" w:rsidRPr="00E442B9" w:rsidRDefault="00D40215">
            <w:pPr>
              <w:spacing w:after="0"/>
              <w:rPr>
                <w:lang w:val="es-CO"/>
              </w:rPr>
            </w:pPr>
            <w:r w:rsidRPr="00E442B9">
              <w:rPr>
                <w:b/>
                <w:color w:val="000000"/>
                <w:sz w:val="15"/>
                <w:lang w:val="es-CO"/>
              </w:rPr>
              <w:t>Folio(s) / nombre(s) de archivo</w:t>
            </w:r>
          </w:p>
        </w:tc>
        <w:tc>
          <w:tcPr>
            <w:tcW w:w="11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14588A4A" w14:textId="77777777" w:rsidR="00183BD2" w:rsidRPr="00E442B9" w:rsidRDefault="00D40215">
            <w:pPr>
              <w:spacing w:after="0"/>
              <w:rPr>
                <w:lang w:val="es-CO"/>
              </w:rPr>
            </w:pPr>
            <w:r w:rsidRPr="00E442B9">
              <w:rPr>
                <w:color w:val="000000"/>
                <w:sz w:val="15"/>
                <w:lang w:val="es-CO"/>
              </w:rPr>
              <w:t>[Identificar con precisión cada soporte]</w:t>
            </w:r>
          </w:p>
        </w:tc>
      </w:tr>
      <w:tr w:rsidR="00183BD2" w:rsidRPr="00951553" w14:paraId="19DC4A6A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6E4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482FB672" w14:textId="77777777" w:rsidR="00183BD2" w:rsidRDefault="00D40215">
            <w:pPr>
              <w:spacing w:after="0"/>
            </w:pPr>
            <w:proofErr w:type="spellStart"/>
            <w:r>
              <w:rPr>
                <w:b/>
                <w:color w:val="000000"/>
                <w:sz w:val="15"/>
              </w:rPr>
              <w:t>Certificación</w:t>
            </w:r>
            <w:proofErr w:type="spellEnd"/>
            <w:r>
              <w:rPr>
                <w:b/>
                <w:color w:val="000000"/>
                <w:sz w:val="15"/>
              </w:rPr>
              <w:t xml:space="preserve"> / </w:t>
            </w:r>
            <w:proofErr w:type="spellStart"/>
            <w:r>
              <w:rPr>
                <w:b/>
                <w:color w:val="000000"/>
                <w:sz w:val="15"/>
              </w:rPr>
              <w:t>documento</w:t>
            </w:r>
            <w:proofErr w:type="spellEnd"/>
            <w:r>
              <w:rPr>
                <w:b/>
                <w:color w:val="000000"/>
                <w:sz w:val="15"/>
              </w:rPr>
              <w:t xml:space="preserve"> </w:t>
            </w:r>
            <w:proofErr w:type="spellStart"/>
            <w:r>
              <w:rPr>
                <w:b/>
                <w:color w:val="000000"/>
                <w:sz w:val="15"/>
              </w:rPr>
              <w:t>soporte</w:t>
            </w:r>
            <w:proofErr w:type="spellEnd"/>
          </w:p>
        </w:tc>
        <w:tc>
          <w:tcPr>
            <w:tcW w:w="11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69771E8F" w14:textId="77777777" w:rsidR="00183BD2" w:rsidRPr="00E442B9" w:rsidRDefault="00D40215">
            <w:pPr>
              <w:spacing w:after="0"/>
              <w:rPr>
                <w:lang w:val="es-CO"/>
              </w:rPr>
            </w:pPr>
            <w:r w:rsidRPr="00E442B9">
              <w:rPr>
                <w:color w:val="000000"/>
                <w:sz w:val="15"/>
                <w:lang w:val="es-CO"/>
              </w:rPr>
              <w:t>Fecha de expedición: ______________  Nombre y cargo de quien expide: __________________________</w:t>
            </w:r>
          </w:p>
        </w:tc>
      </w:tr>
      <w:tr w:rsidR="00183BD2" w14:paraId="7C9D9E00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6E4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331F7EA7" w14:textId="77777777" w:rsidR="00183BD2" w:rsidRDefault="00D40215">
            <w:pPr>
              <w:spacing w:after="0"/>
            </w:pPr>
            <w:r>
              <w:rPr>
                <w:b/>
                <w:color w:val="000000"/>
                <w:sz w:val="15"/>
              </w:rPr>
              <w:t xml:space="preserve">Contacto para </w:t>
            </w:r>
            <w:proofErr w:type="spellStart"/>
            <w:r>
              <w:rPr>
                <w:b/>
                <w:color w:val="000000"/>
                <w:sz w:val="15"/>
              </w:rPr>
              <w:t>verificación</w:t>
            </w:r>
            <w:proofErr w:type="spellEnd"/>
          </w:p>
        </w:tc>
        <w:tc>
          <w:tcPr>
            <w:tcW w:w="11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5A4AA4B5" w14:textId="77777777" w:rsidR="00183BD2" w:rsidRDefault="00D40215">
            <w:pPr>
              <w:spacing w:after="0"/>
            </w:pPr>
            <w:r>
              <w:rPr>
                <w:color w:val="000000"/>
                <w:sz w:val="15"/>
              </w:rPr>
              <w:t>Dirección: __________________ Tel.: ______________ Correo: __________________ Firma: __________________</w:t>
            </w:r>
          </w:p>
        </w:tc>
      </w:tr>
    </w:tbl>
    <w:p w14:paraId="45C35591" w14:textId="3C807CC0" w:rsidR="00183BD2" w:rsidRDefault="00183BD2"/>
    <w:p w14:paraId="71B68758" w14:textId="77777777" w:rsidR="00183BD2" w:rsidRDefault="00D40215">
      <w:pPr>
        <w:keepNext/>
        <w:pBdr>
          <w:bottom w:val="single" w:sz="12" w:space="3" w:color="92D050"/>
        </w:pBdr>
        <w:spacing w:before="140" w:after="80"/>
        <w:jc w:val="center"/>
      </w:pPr>
      <w:r>
        <w:rPr>
          <w:b/>
          <w:sz w:val="20"/>
        </w:rPr>
        <w:t>CONTRATO 4 - INFORMACIÓN PARA ACREDITACIÓN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80"/>
        <w:gridCol w:w="4320"/>
        <w:gridCol w:w="2880"/>
        <w:gridCol w:w="4320"/>
      </w:tblGrid>
      <w:tr w:rsidR="00183BD2" w14:paraId="57D05C3D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02733BD9" w14:textId="77777777" w:rsidR="00183BD2" w:rsidRDefault="00D40215">
            <w:pPr>
              <w:spacing w:after="0"/>
            </w:pPr>
            <w:r>
              <w:rPr>
                <w:b/>
                <w:color w:val="000000"/>
              </w:rPr>
              <w:t>Contratante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19CBB77F" w14:textId="77777777" w:rsidR="00183BD2" w:rsidRDefault="00D40215">
            <w:pPr>
              <w:spacing w:after="0"/>
            </w:pPr>
            <w:r>
              <w:rPr>
                <w:color w:val="000000"/>
              </w:rPr>
              <w:t>[Razón social]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374B3771" w14:textId="77777777" w:rsidR="00183BD2" w:rsidRDefault="00D40215">
            <w:pPr>
              <w:spacing w:after="0"/>
            </w:pPr>
            <w:r>
              <w:rPr>
                <w:b/>
                <w:color w:val="000000"/>
              </w:rPr>
              <w:t>NIT / identificación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5B9AAC49" w14:textId="77777777" w:rsidR="00183BD2" w:rsidRDefault="00D40215">
            <w:pPr>
              <w:spacing w:after="0"/>
            </w:pPr>
            <w:r>
              <w:rPr>
                <w:color w:val="000000"/>
              </w:rPr>
              <w:t>[Número]</w:t>
            </w:r>
          </w:p>
        </w:tc>
      </w:tr>
      <w:tr w:rsidR="00183BD2" w14:paraId="4E4B62BF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6F6F6354" w14:textId="77777777" w:rsidR="00183BD2" w:rsidRDefault="00D40215">
            <w:pPr>
              <w:spacing w:after="0"/>
            </w:pPr>
            <w:r>
              <w:rPr>
                <w:b/>
                <w:color w:val="000000"/>
              </w:rPr>
              <w:t>Número del contrato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1F427F2F" w14:textId="77777777" w:rsidR="00183BD2" w:rsidRDefault="00D40215">
            <w:pPr>
              <w:spacing w:after="0"/>
            </w:pPr>
            <w:r>
              <w:rPr>
                <w:color w:val="000000"/>
              </w:rPr>
              <w:t>[Número / sin número]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5515F6AE" w14:textId="77777777" w:rsidR="00183BD2" w:rsidRDefault="00D40215">
            <w:pPr>
              <w:spacing w:after="0"/>
            </w:pPr>
            <w:r>
              <w:rPr>
                <w:b/>
                <w:color w:val="000000"/>
              </w:rPr>
              <w:t>Contratista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46A54B6D" w14:textId="77777777" w:rsidR="00183BD2" w:rsidRDefault="00D40215">
            <w:pPr>
              <w:spacing w:after="0"/>
            </w:pPr>
            <w:r>
              <w:rPr>
                <w:color w:val="000000"/>
              </w:rPr>
              <w:t>[Razón social del ejecutor]</w:t>
            </w:r>
          </w:p>
        </w:tc>
      </w:tr>
      <w:tr w:rsidR="00183BD2" w14:paraId="201AAD4A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3D182489" w14:textId="77777777" w:rsidR="00183BD2" w:rsidRDefault="00D40215">
            <w:pPr>
              <w:spacing w:after="0"/>
            </w:pPr>
            <w:r>
              <w:rPr>
                <w:b/>
                <w:color w:val="000000"/>
              </w:rPr>
              <w:t>Fecha de inicio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623E6BDE" w14:textId="77777777" w:rsidR="00183BD2" w:rsidRDefault="00D40215">
            <w:pPr>
              <w:spacing w:after="0"/>
            </w:pPr>
            <w:r>
              <w:rPr>
                <w:color w:val="000000"/>
              </w:rPr>
              <w:t>[DD/MM/AAAA]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0FBD0429" w14:textId="77777777" w:rsidR="00183BD2" w:rsidRDefault="00D40215">
            <w:pPr>
              <w:spacing w:after="0"/>
            </w:pPr>
            <w:r>
              <w:rPr>
                <w:b/>
                <w:color w:val="000000"/>
              </w:rPr>
              <w:t>Fecha de terminación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61554A92" w14:textId="77777777" w:rsidR="00183BD2" w:rsidRDefault="00D40215">
            <w:pPr>
              <w:spacing w:after="0"/>
            </w:pPr>
            <w:r>
              <w:rPr>
                <w:color w:val="000000"/>
              </w:rPr>
              <w:t>[DD/MM/AAAA]</w:t>
            </w:r>
          </w:p>
        </w:tc>
      </w:tr>
      <w:tr w:rsidR="00183BD2" w14:paraId="52A089C3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3A76B917" w14:textId="77777777" w:rsidR="00183BD2" w:rsidRDefault="00D40215">
            <w:pPr>
              <w:spacing w:after="0"/>
            </w:pPr>
            <w:r>
              <w:rPr>
                <w:b/>
                <w:color w:val="000000"/>
              </w:rPr>
              <w:t>Valor inicial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77A76C96" w14:textId="77777777" w:rsidR="00183BD2" w:rsidRDefault="00D40215">
            <w:pPr>
              <w:spacing w:after="0"/>
            </w:pPr>
            <w:r>
              <w:rPr>
                <w:color w:val="000000"/>
              </w:rPr>
              <w:t>$ [valor]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6CFDB066" w14:textId="77777777" w:rsidR="00183BD2" w:rsidRDefault="00D40215">
            <w:pPr>
              <w:spacing w:after="0"/>
            </w:pPr>
            <w:r>
              <w:rPr>
                <w:b/>
                <w:color w:val="000000"/>
              </w:rPr>
              <w:t>Adiciones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5B652746" w14:textId="77777777" w:rsidR="00183BD2" w:rsidRDefault="00D40215">
            <w:pPr>
              <w:spacing w:after="0"/>
            </w:pPr>
            <w:r>
              <w:rPr>
                <w:color w:val="000000"/>
              </w:rPr>
              <w:t>$ [valor]</w:t>
            </w:r>
          </w:p>
        </w:tc>
      </w:tr>
      <w:tr w:rsidR="00183BD2" w14:paraId="01BDC76C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73D1D5CE" w14:textId="77777777" w:rsidR="00183BD2" w:rsidRDefault="00D40215">
            <w:pPr>
              <w:spacing w:after="0"/>
            </w:pPr>
            <w:r>
              <w:rPr>
                <w:b/>
                <w:color w:val="000000"/>
              </w:rPr>
              <w:t>Valor total ejecutado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5404231D" w14:textId="77777777" w:rsidR="00183BD2" w:rsidRDefault="00D40215">
            <w:pPr>
              <w:spacing w:after="0"/>
            </w:pPr>
            <w:r>
              <w:rPr>
                <w:color w:val="000000"/>
              </w:rPr>
              <w:t>$ [valor]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3DC4034D" w14:textId="77777777" w:rsidR="00183BD2" w:rsidRDefault="00D40215">
            <w:pPr>
              <w:spacing w:after="0"/>
            </w:pPr>
            <w:r>
              <w:rPr>
                <w:b/>
                <w:color w:val="000000"/>
              </w:rPr>
              <w:t>% de participación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23BF6CCD" w14:textId="77777777" w:rsidR="00183BD2" w:rsidRDefault="00D40215">
            <w:pPr>
              <w:spacing w:after="0"/>
            </w:pPr>
            <w:r>
              <w:rPr>
                <w:color w:val="000000"/>
              </w:rPr>
              <w:t>[porcentaje] %</w:t>
            </w:r>
          </w:p>
        </w:tc>
      </w:tr>
      <w:tr w:rsidR="00183BD2" w14:paraId="21A7A61C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689830A1" w14:textId="77777777" w:rsidR="00183BD2" w:rsidRDefault="00D40215">
            <w:pPr>
              <w:spacing w:after="0"/>
            </w:pPr>
            <w:r>
              <w:rPr>
                <w:b/>
                <w:color w:val="000000"/>
              </w:rPr>
              <w:t>Valor reconocido por participación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318E8BC0" w14:textId="77777777" w:rsidR="00183BD2" w:rsidRDefault="00D40215">
            <w:pPr>
              <w:spacing w:after="0"/>
            </w:pPr>
            <w:r>
              <w:rPr>
                <w:color w:val="000000"/>
              </w:rPr>
              <w:t>$ [valor]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44940783" w14:textId="77777777" w:rsidR="00183BD2" w:rsidRDefault="00D40215">
            <w:pPr>
              <w:spacing w:after="0"/>
            </w:pPr>
            <w:r>
              <w:rPr>
                <w:b/>
                <w:color w:val="000000"/>
              </w:rPr>
              <w:t>SMMLV año terminación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7DF1005B" w14:textId="77777777" w:rsidR="00183BD2" w:rsidRDefault="00D40215">
            <w:pPr>
              <w:spacing w:after="0"/>
            </w:pPr>
            <w:r>
              <w:rPr>
                <w:color w:val="000000"/>
              </w:rPr>
              <w:t>$ [valor]</w:t>
            </w:r>
          </w:p>
        </w:tc>
      </w:tr>
      <w:tr w:rsidR="00877FA8" w14:paraId="61CC2AD9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379C4E2C" w14:textId="62D6B18E" w:rsidR="00877FA8" w:rsidRPr="00877FA8" w:rsidRDefault="00877FA8" w:rsidP="00877FA8">
            <w:pPr>
              <w:spacing w:after="0"/>
              <w:rPr>
                <w:lang w:val="es-CO"/>
              </w:rPr>
            </w:pPr>
            <w:r w:rsidRPr="00877FA8">
              <w:rPr>
                <w:b/>
                <w:color w:val="000000"/>
                <w:lang w:val="es-CO"/>
              </w:rPr>
              <w:t>Exprese en SMMLV el valor total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026FCB33" w14:textId="77777777" w:rsidR="00877FA8" w:rsidRDefault="00877FA8" w:rsidP="00877FA8">
            <w:pPr>
              <w:spacing w:after="0"/>
            </w:pPr>
            <w:r>
              <w:rPr>
                <w:color w:val="000000"/>
              </w:rPr>
              <w:t>[valor / SMMLV]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15D31582" w14:textId="77777777" w:rsidR="00877FA8" w:rsidRDefault="00877FA8" w:rsidP="00877FA8">
            <w:pPr>
              <w:spacing w:after="0"/>
            </w:pPr>
            <w:r>
              <w:rPr>
                <w:b/>
                <w:color w:val="000000"/>
              </w:rPr>
              <w:t>Área diseñada/intervenida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5DECD59F" w14:textId="77777777" w:rsidR="00877FA8" w:rsidRDefault="00877FA8" w:rsidP="00877FA8">
            <w:pPr>
              <w:spacing w:after="0"/>
            </w:pPr>
            <w:r>
              <w:rPr>
                <w:color w:val="000000"/>
              </w:rPr>
              <w:t>[m² / no aplica]</w:t>
            </w:r>
          </w:p>
        </w:tc>
      </w:tr>
      <w:tr w:rsidR="00183BD2" w14:paraId="6743194D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7094AADC" w14:textId="77777777" w:rsidR="00183BD2" w:rsidRPr="00E442B9" w:rsidRDefault="00D40215">
            <w:pPr>
              <w:spacing w:after="0"/>
              <w:rPr>
                <w:lang w:val="es-CO"/>
              </w:rPr>
            </w:pPr>
            <w:r w:rsidRPr="00E442B9">
              <w:rPr>
                <w:b/>
                <w:color w:val="000000"/>
                <w:lang w:val="es-CO"/>
              </w:rPr>
              <w:t>Estudio de grabación, set o auditorio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126BA692" w14:textId="77777777" w:rsidR="00183BD2" w:rsidRDefault="00D40215">
            <w:pPr>
              <w:spacing w:after="0"/>
            </w:pPr>
            <w:r>
              <w:rPr>
                <w:color w:val="000000"/>
              </w:rPr>
              <w:t>☐</w:t>
            </w:r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Sí</w:t>
            </w:r>
            <w:proofErr w:type="spellEnd"/>
            <w:r>
              <w:rPr>
                <w:color w:val="000000"/>
              </w:rPr>
              <w:t xml:space="preserve">   ☐ No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46E1F10D" w14:textId="77777777" w:rsidR="00183BD2" w:rsidRPr="00E442B9" w:rsidRDefault="00D40215">
            <w:pPr>
              <w:spacing w:after="0"/>
              <w:rPr>
                <w:lang w:val="es-CO"/>
              </w:rPr>
            </w:pPr>
            <w:r w:rsidRPr="00E442B9">
              <w:rPr>
                <w:b/>
                <w:color w:val="000000"/>
                <w:lang w:val="es-CO"/>
              </w:rPr>
              <w:t>Ejecutado y terminado antes del cierre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64E95A89" w14:textId="77777777" w:rsidR="00183BD2" w:rsidRDefault="00D40215">
            <w:pPr>
              <w:spacing w:after="0"/>
            </w:pPr>
            <w:r>
              <w:rPr>
                <w:color w:val="000000"/>
              </w:rPr>
              <w:t>☐</w:t>
            </w:r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Sí</w:t>
            </w:r>
            <w:proofErr w:type="spellEnd"/>
            <w:r>
              <w:rPr>
                <w:color w:val="000000"/>
              </w:rPr>
              <w:t xml:space="preserve">   ☐ No</w:t>
            </w:r>
          </w:p>
        </w:tc>
      </w:tr>
      <w:tr w:rsidR="00183BD2" w14:paraId="360A4D0F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6E4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142E8F85" w14:textId="77777777" w:rsidR="00183BD2" w:rsidRDefault="00D40215">
            <w:pPr>
              <w:spacing w:after="0"/>
            </w:pPr>
            <w:r>
              <w:rPr>
                <w:b/>
                <w:color w:val="000000"/>
                <w:sz w:val="15"/>
              </w:rPr>
              <w:t>Objeto contractual</w:t>
            </w:r>
          </w:p>
        </w:tc>
        <w:tc>
          <w:tcPr>
            <w:tcW w:w="11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59448E0C" w14:textId="77777777" w:rsidR="00183BD2" w:rsidRDefault="00D40215">
            <w:pPr>
              <w:spacing w:after="0"/>
            </w:pPr>
            <w:r>
              <w:rPr>
                <w:color w:val="000000"/>
                <w:sz w:val="15"/>
              </w:rPr>
              <w:t>[Transcribir el objeto]</w:t>
            </w:r>
          </w:p>
        </w:tc>
      </w:tr>
      <w:tr w:rsidR="00183BD2" w:rsidRPr="00951553" w14:paraId="4B83BE38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6E4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443B051A" w14:textId="77777777" w:rsidR="00183BD2" w:rsidRDefault="00D40215">
            <w:pPr>
              <w:spacing w:after="0"/>
            </w:pPr>
            <w:r>
              <w:rPr>
                <w:b/>
                <w:color w:val="000000"/>
                <w:sz w:val="15"/>
              </w:rPr>
              <w:t>Alcance y actividades ejecutadas</w:t>
            </w:r>
          </w:p>
        </w:tc>
        <w:tc>
          <w:tcPr>
            <w:tcW w:w="11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273F8951" w14:textId="77777777" w:rsidR="00183BD2" w:rsidRPr="00E442B9" w:rsidRDefault="00D40215">
            <w:pPr>
              <w:spacing w:after="0"/>
              <w:rPr>
                <w:lang w:val="es-CO"/>
              </w:rPr>
            </w:pPr>
            <w:r w:rsidRPr="00E442B9">
              <w:rPr>
                <w:color w:val="000000"/>
                <w:sz w:val="15"/>
                <w:lang w:val="es-CO"/>
              </w:rPr>
              <w:t>[Describir únicamente lo respaldado por los soportes]</w:t>
            </w:r>
          </w:p>
        </w:tc>
      </w:tr>
      <w:tr w:rsidR="00183BD2" w:rsidRPr="00951553" w14:paraId="5B783BFA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6E4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1825435C" w14:textId="77777777" w:rsidR="00183BD2" w:rsidRDefault="00D40215">
            <w:pPr>
              <w:spacing w:after="0"/>
            </w:pPr>
            <w:proofErr w:type="spellStart"/>
            <w:r>
              <w:rPr>
                <w:b/>
                <w:color w:val="000000"/>
                <w:sz w:val="15"/>
              </w:rPr>
              <w:lastRenderedPageBreak/>
              <w:t>Diseño</w:t>
            </w:r>
            <w:proofErr w:type="spellEnd"/>
            <w:r>
              <w:rPr>
                <w:b/>
                <w:color w:val="000000"/>
                <w:sz w:val="15"/>
              </w:rPr>
              <w:t xml:space="preserve"> </w:t>
            </w:r>
            <w:proofErr w:type="spellStart"/>
            <w:r>
              <w:rPr>
                <w:b/>
                <w:color w:val="000000"/>
                <w:sz w:val="15"/>
              </w:rPr>
              <w:t>arquitectónico</w:t>
            </w:r>
            <w:proofErr w:type="spellEnd"/>
            <w:r>
              <w:rPr>
                <w:b/>
                <w:color w:val="000000"/>
                <w:sz w:val="15"/>
              </w:rPr>
              <w:t xml:space="preserve"> / </w:t>
            </w:r>
            <w:proofErr w:type="spellStart"/>
            <w:r>
              <w:rPr>
                <w:b/>
                <w:color w:val="000000"/>
                <w:sz w:val="15"/>
              </w:rPr>
              <w:t>interiorismo</w:t>
            </w:r>
            <w:proofErr w:type="spellEnd"/>
          </w:p>
        </w:tc>
        <w:tc>
          <w:tcPr>
            <w:tcW w:w="11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6895F22B" w14:textId="77777777" w:rsidR="00183BD2" w:rsidRPr="00E442B9" w:rsidRDefault="00D40215">
            <w:pPr>
              <w:spacing w:after="0"/>
              <w:rPr>
                <w:lang w:val="es-CO"/>
              </w:rPr>
            </w:pPr>
            <w:r w:rsidRPr="00E442B9">
              <w:rPr>
                <w:color w:val="000000"/>
                <w:sz w:val="15"/>
                <w:lang w:val="es-CO"/>
              </w:rPr>
              <w:t>☐</w:t>
            </w:r>
            <w:r w:rsidRPr="00E442B9">
              <w:rPr>
                <w:color w:val="000000"/>
                <w:sz w:val="15"/>
                <w:lang w:val="es-CO"/>
              </w:rPr>
              <w:t xml:space="preserve"> Sí   ☐ No. Descripción y soporte: ______________________________________________</w:t>
            </w:r>
          </w:p>
        </w:tc>
      </w:tr>
      <w:tr w:rsidR="00183BD2" w14:paraId="407BB88C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6E4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2EA1D64A" w14:textId="77777777" w:rsidR="00183BD2" w:rsidRDefault="00D40215">
            <w:pPr>
              <w:spacing w:after="0"/>
            </w:pPr>
            <w:proofErr w:type="spellStart"/>
            <w:r>
              <w:rPr>
                <w:b/>
                <w:color w:val="000000"/>
                <w:sz w:val="15"/>
              </w:rPr>
              <w:t>Diseños</w:t>
            </w:r>
            <w:proofErr w:type="spellEnd"/>
            <w:r>
              <w:rPr>
                <w:b/>
                <w:color w:val="000000"/>
                <w:sz w:val="15"/>
              </w:rPr>
              <w:t xml:space="preserve"> </w:t>
            </w:r>
            <w:proofErr w:type="spellStart"/>
            <w:r>
              <w:rPr>
                <w:b/>
                <w:color w:val="000000"/>
                <w:sz w:val="15"/>
              </w:rPr>
              <w:t>técnicos</w:t>
            </w:r>
            <w:proofErr w:type="spellEnd"/>
            <w:r>
              <w:rPr>
                <w:b/>
                <w:color w:val="000000"/>
                <w:sz w:val="15"/>
              </w:rPr>
              <w:t xml:space="preserve"> </w:t>
            </w:r>
            <w:proofErr w:type="spellStart"/>
            <w:r>
              <w:rPr>
                <w:b/>
                <w:color w:val="000000"/>
                <w:sz w:val="15"/>
              </w:rPr>
              <w:t>complementarios</w:t>
            </w:r>
            <w:proofErr w:type="spellEnd"/>
          </w:p>
        </w:tc>
        <w:tc>
          <w:tcPr>
            <w:tcW w:w="11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11A6A103" w14:textId="77777777" w:rsidR="00183BD2" w:rsidRDefault="00D40215">
            <w:pPr>
              <w:spacing w:after="0"/>
            </w:pPr>
            <w:r>
              <w:rPr>
                <w:color w:val="000000"/>
                <w:sz w:val="15"/>
              </w:rPr>
              <w:t>☐</w:t>
            </w:r>
            <w:r>
              <w:rPr>
                <w:color w:val="000000"/>
                <w:sz w:val="15"/>
              </w:rPr>
              <w:t xml:space="preserve"> Sí   ☐ No. Especialidades: ___________________________________________________</w:t>
            </w:r>
          </w:p>
        </w:tc>
      </w:tr>
      <w:tr w:rsidR="00183BD2" w:rsidRPr="00951553" w14:paraId="685B6E34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6E4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>
            <w:r>
              <w:t>Coordinación interdisciplinaria</w:t>
            </w:r>
          </w:p>
        </w:tc>
        <w:tc>
          <w:tcPr>
            <w:tcW w:w="11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>
            <w:r>
              <w:t>☐ Sí   ☐ No. Actividades acreditadas: ______________________________</w:t>
              <w:br/>
              <w:t>Especialidades coordinadas (mínimo 3): ______________________________</w:t>
            </w:r>
          </w:p>
        </w:tc>
      </w:tr>
      <w:tr w:rsidR="00183BD2" w14:paraId="11D2FCA8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6E4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169FBE66" w14:textId="77777777" w:rsidR="00183BD2" w:rsidRPr="00951553" w:rsidRDefault="00D40215">
            <w:pPr>
              <w:spacing w:after="0"/>
              <w:rPr>
                <w:lang w:val="es-CO"/>
              </w:rPr>
            </w:pPr>
            <w:r w:rsidRPr="00951553">
              <w:rPr>
                <w:b/>
                <w:color w:val="000000"/>
                <w:sz w:val="15"/>
                <w:lang w:val="es-CO"/>
              </w:rPr>
              <w:t>Estudio de grabación, set o auditorio</w:t>
            </w:r>
          </w:p>
        </w:tc>
        <w:tc>
          <w:tcPr>
            <w:tcW w:w="11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09580C0D" w14:textId="77777777" w:rsidR="00183BD2" w:rsidRDefault="00D40215">
            <w:pPr>
              <w:spacing w:after="0"/>
            </w:pPr>
            <w:r>
              <w:rPr>
                <w:color w:val="000000"/>
                <w:sz w:val="15"/>
              </w:rPr>
              <w:t>☐</w:t>
            </w:r>
            <w:r>
              <w:rPr>
                <w:color w:val="000000"/>
                <w:sz w:val="15"/>
              </w:rPr>
              <w:t xml:space="preserve"> </w:t>
            </w:r>
            <w:proofErr w:type="spellStart"/>
            <w:r>
              <w:rPr>
                <w:color w:val="000000"/>
                <w:sz w:val="15"/>
              </w:rPr>
              <w:t>Sí</w:t>
            </w:r>
            <w:proofErr w:type="spellEnd"/>
            <w:r>
              <w:rPr>
                <w:color w:val="000000"/>
                <w:sz w:val="15"/>
              </w:rPr>
              <w:t xml:space="preserve">   ☐ No. Condición acreditada: ______________________________________________</w:t>
            </w:r>
          </w:p>
        </w:tc>
      </w:tr>
      <w:tr w:rsidR="00183BD2" w14:paraId="48FDEF97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6E4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>
            <w:r>
              <w:t>Experiencia puntuable en coordinación interdisciplinaria</w:t>
            </w:r>
          </w:p>
        </w:tc>
        <w:tc>
          <w:tcPr>
            <w:tcW w:w="11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>
            <w:r>
              <w:t>☐ Sí   ☐ No. Inicio: __________ Fin: __________ Meses válidos: ________</w:t>
            </w:r>
          </w:p>
        </w:tc>
      </w:tr>
      <w:tr w:rsidR="00183BD2" w:rsidRPr="00951553" w14:paraId="0FB723CD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6E4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50DD5E07" w14:textId="39C4A48E" w:rsidR="00183BD2" w:rsidRPr="00E442B9" w:rsidRDefault="00D40215">
            <w:pPr>
              <w:spacing w:after="0"/>
              <w:rPr>
                <w:lang w:val="es-CO"/>
              </w:rPr>
            </w:pPr>
            <w:r w:rsidRPr="00E442B9">
              <w:rPr>
                <w:b/>
                <w:color w:val="000000"/>
                <w:sz w:val="15"/>
                <w:lang w:val="es-CO"/>
              </w:rPr>
              <w:t xml:space="preserve">Condición puntuable: estudio de grabación, set o auditorio ≥ </w:t>
            </w:r>
            <w:r w:rsidR="00877FA8">
              <w:rPr>
                <w:b/>
                <w:color w:val="000000"/>
                <w:sz w:val="15"/>
                <w:lang w:val="es-CO"/>
              </w:rPr>
              <w:t>5</w:t>
            </w:r>
            <w:r w:rsidRPr="00E442B9">
              <w:rPr>
                <w:b/>
                <w:color w:val="000000"/>
                <w:sz w:val="15"/>
                <w:lang w:val="es-CO"/>
              </w:rPr>
              <w:t>00 m²</w:t>
            </w:r>
          </w:p>
        </w:tc>
        <w:tc>
          <w:tcPr>
            <w:tcW w:w="11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576D1B24" w14:textId="77777777" w:rsidR="00183BD2" w:rsidRPr="00E442B9" w:rsidRDefault="00D40215">
            <w:pPr>
              <w:spacing w:after="0"/>
              <w:rPr>
                <w:lang w:val="es-CO"/>
              </w:rPr>
            </w:pPr>
            <w:r w:rsidRPr="00E442B9">
              <w:rPr>
                <w:color w:val="000000"/>
                <w:sz w:val="15"/>
                <w:lang w:val="es-CO"/>
              </w:rPr>
              <w:t>☐</w:t>
            </w:r>
            <w:r w:rsidRPr="00E442B9">
              <w:rPr>
                <w:color w:val="000000"/>
                <w:sz w:val="15"/>
                <w:lang w:val="es-CO"/>
              </w:rPr>
              <w:t xml:space="preserve"> Sí   ☐ No. Área respaldada por los soportes: ______________________________ m²</w:t>
            </w:r>
          </w:p>
        </w:tc>
      </w:tr>
      <w:tr w:rsidR="00183BD2" w:rsidRPr="00951553" w14:paraId="675C9478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6E4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7FE51C47" w14:textId="77777777" w:rsidR="00183BD2" w:rsidRDefault="00D40215">
            <w:pPr>
              <w:spacing w:after="0"/>
            </w:pPr>
            <w:proofErr w:type="spellStart"/>
            <w:r>
              <w:rPr>
                <w:b/>
                <w:color w:val="000000"/>
                <w:sz w:val="15"/>
              </w:rPr>
              <w:t>Experiencia</w:t>
            </w:r>
            <w:proofErr w:type="spellEnd"/>
            <w:r>
              <w:rPr>
                <w:b/>
                <w:color w:val="000000"/>
                <w:sz w:val="15"/>
              </w:rPr>
              <w:t xml:space="preserve"> </w:t>
            </w:r>
            <w:proofErr w:type="spellStart"/>
            <w:r>
              <w:rPr>
                <w:b/>
                <w:color w:val="000000"/>
                <w:sz w:val="15"/>
              </w:rPr>
              <w:t>ejecutada</w:t>
            </w:r>
            <w:proofErr w:type="spellEnd"/>
            <w:r>
              <w:rPr>
                <w:b/>
                <w:color w:val="000000"/>
                <w:sz w:val="15"/>
              </w:rPr>
              <w:t xml:space="preserve"> para </w:t>
            </w:r>
            <w:proofErr w:type="spellStart"/>
            <w:r>
              <w:rPr>
                <w:b/>
                <w:color w:val="000000"/>
                <w:sz w:val="15"/>
              </w:rPr>
              <w:t>Teleantioquia</w:t>
            </w:r>
            <w:proofErr w:type="spellEnd"/>
          </w:p>
        </w:tc>
        <w:tc>
          <w:tcPr>
            <w:tcW w:w="11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137AC176" w14:textId="77777777" w:rsidR="00183BD2" w:rsidRPr="00E442B9" w:rsidRDefault="00D40215">
            <w:pPr>
              <w:spacing w:after="0"/>
              <w:rPr>
                <w:lang w:val="es-CO"/>
              </w:rPr>
            </w:pPr>
            <w:r w:rsidRPr="00E442B9">
              <w:rPr>
                <w:color w:val="000000"/>
                <w:sz w:val="15"/>
                <w:lang w:val="es-CO"/>
              </w:rPr>
              <w:t>☐</w:t>
            </w:r>
            <w:r w:rsidRPr="00E442B9">
              <w:rPr>
                <w:color w:val="000000"/>
                <w:sz w:val="15"/>
                <w:lang w:val="es-CO"/>
              </w:rPr>
              <w:t xml:space="preserve"> Sí   ☐ No. Orden de compra/contrato: __________________ Fechas: __________________</w:t>
            </w:r>
          </w:p>
        </w:tc>
      </w:tr>
      <w:tr w:rsidR="00183BD2" w:rsidRPr="00951553" w14:paraId="5610D17F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6E4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65B8C02B" w14:textId="77777777" w:rsidR="00183BD2" w:rsidRPr="00E442B9" w:rsidRDefault="00D40215">
            <w:pPr>
              <w:spacing w:after="0"/>
              <w:rPr>
                <w:lang w:val="es-CO"/>
              </w:rPr>
            </w:pPr>
            <w:r w:rsidRPr="00E442B9">
              <w:rPr>
                <w:b/>
                <w:color w:val="000000"/>
                <w:sz w:val="15"/>
                <w:lang w:val="es-CO"/>
              </w:rPr>
              <w:t>Calificación de calidad del servicio</w:t>
            </w:r>
          </w:p>
        </w:tc>
        <w:tc>
          <w:tcPr>
            <w:tcW w:w="11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7BB12622" w14:textId="77777777" w:rsidR="00183BD2" w:rsidRPr="00E442B9" w:rsidRDefault="00D40215">
            <w:pPr>
              <w:spacing w:after="0"/>
              <w:rPr>
                <w:lang w:val="es-CO"/>
              </w:rPr>
            </w:pPr>
            <w:r w:rsidRPr="00E442B9">
              <w:rPr>
                <w:color w:val="000000"/>
                <w:sz w:val="15"/>
                <w:lang w:val="es-CO"/>
              </w:rPr>
              <w:t>[Calificación, si el contratante utiliza este mecanismo / no aplica]</w:t>
            </w:r>
          </w:p>
        </w:tc>
      </w:tr>
      <w:tr w:rsidR="00183BD2" w:rsidRPr="00951553" w14:paraId="48E6A365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6E4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5E41EB99" w14:textId="77777777" w:rsidR="00183BD2" w:rsidRDefault="00D40215">
            <w:pPr>
              <w:spacing w:after="0"/>
            </w:pPr>
            <w:proofErr w:type="spellStart"/>
            <w:r>
              <w:rPr>
                <w:b/>
                <w:color w:val="000000"/>
                <w:sz w:val="15"/>
              </w:rPr>
              <w:t>Soportes</w:t>
            </w:r>
            <w:proofErr w:type="spellEnd"/>
            <w:r>
              <w:rPr>
                <w:b/>
                <w:color w:val="000000"/>
                <w:sz w:val="15"/>
              </w:rPr>
              <w:t xml:space="preserve"> </w:t>
            </w:r>
            <w:proofErr w:type="spellStart"/>
            <w:r>
              <w:rPr>
                <w:b/>
                <w:color w:val="000000"/>
                <w:sz w:val="15"/>
              </w:rPr>
              <w:t>aportados</w:t>
            </w:r>
            <w:proofErr w:type="spellEnd"/>
          </w:p>
        </w:tc>
        <w:tc>
          <w:tcPr>
            <w:tcW w:w="11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>
            <w:r>
              <w:t>☐ RUP   ☐ Certificación   ☐ Acta de terminación   ☐ Recibo a satisfacción   ☐ Liquidación   ☐ Contrato   ☐ Otros: ______</w:t>
            </w:r>
          </w:p>
        </w:tc>
      </w:tr>
      <w:tr w:rsidR="00183BD2" w:rsidRPr="00951553" w14:paraId="24CC00B6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6E4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531743F0" w14:textId="77777777" w:rsidR="00183BD2" w:rsidRPr="00E442B9" w:rsidRDefault="00D40215">
            <w:pPr>
              <w:spacing w:after="0"/>
              <w:rPr>
                <w:lang w:val="es-CO"/>
              </w:rPr>
            </w:pPr>
            <w:r w:rsidRPr="00E442B9">
              <w:rPr>
                <w:b/>
                <w:color w:val="000000"/>
                <w:sz w:val="15"/>
                <w:lang w:val="es-CO"/>
              </w:rPr>
              <w:t>Folio(s) / nombre(s) de archivo</w:t>
            </w:r>
          </w:p>
        </w:tc>
        <w:tc>
          <w:tcPr>
            <w:tcW w:w="11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3E963DC2" w14:textId="77777777" w:rsidR="00183BD2" w:rsidRPr="00E442B9" w:rsidRDefault="00D40215">
            <w:pPr>
              <w:spacing w:after="0"/>
              <w:rPr>
                <w:lang w:val="es-CO"/>
              </w:rPr>
            </w:pPr>
            <w:r w:rsidRPr="00E442B9">
              <w:rPr>
                <w:color w:val="000000"/>
                <w:sz w:val="15"/>
                <w:lang w:val="es-CO"/>
              </w:rPr>
              <w:t>[Identificar con precisión cada soporte]</w:t>
            </w:r>
          </w:p>
        </w:tc>
      </w:tr>
      <w:tr w:rsidR="00183BD2" w:rsidRPr="00951553" w14:paraId="5199C66C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6E4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414419AA" w14:textId="77777777" w:rsidR="00183BD2" w:rsidRDefault="00D40215">
            <w:pPr>
              <w:spacing w:after="0"/>
            </w:pPr>
            <w:proofErr w:type="spellStart"/>
            <w:r>
              <w:rPr>
                <w:b/>
                <w:color w:val="000000"/>
                <w:sz w:val="15"/>
              </w:rPr>
              <w:t>Certificación</w:t>
            </w:r>
            <w:proofErr w:type="spellEnd"/>
            <w:r>
              <w:rPr>
                <w:b/>
                <w:color w:val="000000"/>
                <w:sz w:val="15"/>
              </w:rPr>
              <w:t xml:space="preserve"> / </w:t>
            </w:r>
            <w:proofErr w:type="spellStart"/>
            <w:r>
              <w:rPr>
                <w:b/>
                <w:color w:val="000000"/>
                <w:sz w:val="15"/>
              </w:rPr>
              <w:t>documento</w:t>
            </w:r>
            <w:proofErr w:type="spellEnd"/>
            <w:r>
              <w:rPr>
                <w:b/>
                <w:color w:val="000000"/>
                <w:sz w:val="15"/>
              </w:rPr>
              <w:t xml:space="preserve"> </w:t>
            </w:r>
            <w:proofErr w:type="spellStart"/>
            <w:r>
              <w:rPr>
                <w:b/>
                <w:color w:val="000000"/>
                <w:sz w:val="15"/>
              </w:rPr>
              <w:t>soporte</w:t>
            </w:r>
            <w:proofErr w:type="spellEnd"/>
          </w:p>
        </w:tc>
        <w:tc>
          <w:tcPr>
            <w:tcW w:w="11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6C995689" w14:textId="77777777" w:rsidR="00183BD2" w:rsidRPr="00E442B9" w:rsidRDefault="00D40215">
            <w:pPr>
              <w:spacing w:after="0"/>
              <w:rPr>
                <w:lang w:val="es-CO"/>
              </w:rPr>
            </w:pPr>
            <w:r w:rsidRPr="00E442B9">
              <w:rPr>
                <w:color w:val="000000"/>
                <w:sz w:val="15"/>
                <w:lang w:val="es-CO"/>
              </w:rPr>
              <w:t>Fecha de expedición: ______________  Nombre y cargo de quien expide: __________________________</w:t>
            </w:r>
          </w:p>
        </w:tc>
      </w:tr>
      <w:tr w:rsidR="00183BD2" w14:paraId="6B23EC92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6E4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135DF26E" w14:textId="77777777" w:rsidR="00183BD2" w:rsidRDefault="00D40215">
            <w:pPr>
              <w:spacing w:after="0"/>
            </w:pPr>
            <w:r>
              <w:rPr>
                <w:b/>
                <w:color w:val="000000"/>
                <w:sz w:val="15"/>
              </w:rPr>
              <w:t xml:space="preserve">Contacto para </w:t>
            </w:r>
            <w:proofErr w:type="spellStart"/>
            <w:r>
              <w:rPr>
                <w:b/>
                <w:color w:val="000000"/>
                <w:sz w:val="15"/>
              </w:rPr>
              <w:t>verificación</w:t>
            </w:r>
            <w:proofErr w:type="spellEnd"/>
          </w:p>
        </w:tc>
        <w:tc>
          <w:tcPr>
            <w:tcW w:w="11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162A2D98" w14:textId="77777777" w:rsidR="00183BD2" w:rsidRDefault="00D40215">
            <w:pPr>
              <w:spacing w:after="0"/>
            </w:pPr>
            <w:r>
              <w:rPr>
                <w:color w:val="000000"/>
                <w:sz w:val="15"/>
              </w:rPr>
              <w:t>Dirección: __________________ Tel.: ______________ Correo: __________________ Firma: __________________</w:t>
            </w:r>
          </w:p>
        </w:tc>
      </w:tr>
    </w:tbl>
    <w:p w14:paraId="5C377A66" w14:textId="283EAC57" w:rsidR="00183BD2" w:rsidRDefault="00183BD2"/>
    <w:p w14:paraId="575F8155" w14:textId="77777777" w:rsidR="00183BD2" w:rsidRDefault="00D40215">
      <w:pPr>
        <w:keepNext/>
        <w:pBdr>
          <w:bottom w:val="single" w:sz="12" w:space="3" w:color="92D050"/>
        </w:pBdr>
        <w:spacing w:before="140" w:after="80"/>
        <w:jc w:val="center"/>
      </w:pPr>
      <w:r>
        <w:rPr>
          <w:b/>
          <w:sz w:val="20"/>
        </w:rPr>
        <w:t>CONTRATO 5 - INFORMACIÓN PARA ACREDITACIÓN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80"/>
        <w:gridCol w:w="4320"/>
        <w:gridCol w:w="2880"/>
        <w:gridCol w:w="4320"/>
      </w:tblGrid>
      <w:tr w:rsidR="00183BD2" w14:paraId="6588BB7A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05F17166" w14:textId="77777777" w:rsidR="00183BD2" w:rsidRDefault="00D40215">
            <w:pPr>
              <w:spacing w:after="0"/>
            </w:pPr>
            <w:r>
              <w:rPr>
                <w:b/>
                <w:color w:val="000000"/>
              </w:rPr>
              <w:t>Contratante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1A980F87" w14:textId="77777777" w:rsidR="00183BD2" w:rsidRDefault="00D40215">
            <w:pPr>
              <w:spacing w:after="0"/>
            </w:pPr>
            <w:r>
              <w:rPr>
                <w:color w:val="000000"/>
              </w:rPr>
              <w:t>[Razón social]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56986DBB" w14:textId="77777777" w:rsidR="00183BD2" w:rsidRDefault="00D40215">
            <w:pPr>
              <w:spacing w:after="0"/>
            </w:pPr>
            <w:r>
              <w:rPr>
                <w:b/>
                <w:color w:val="000000"/>
              </w:rPr>
              <w:t>NIT / identificación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30B687E9" w14:textId="77777777" w:rsidR="00183BD2" w:rsidRDefault="00D40215">
            <w:pPr>
              <w:spacing w:after="0"/>
            </w:pPr>
            <w:r>
              <w:rPr>
                <w:color w:val="000000"/>
              </w:rPr>
              <w:t>[Número]</w:t>
            </w:r>
          </w:p>
        </w:tc>
      </w:tr>
      <w:tr w:rsidR="00183BD2" w14:paraId="550352C8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498D1C40" w14:textId="77777777" w:rsidR="00183BD2" w:rsidRDefault="00D40215">
            <w:pPr>
              <w:spacing w:after="0"/>
            </w:pPr>
            <w:r>
              <w:rPr>
                <w:b/>
                <w:color w:val="000000"/>
              </w:rPr>
              <w:t>Número del contrato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4581906D" w14:textId="77777777" w:rsidR="00183BD2" w:rsidRDefault="00D40215">
            <w:pPr>
              <w:spacing w:after="0"/>
            </w:pPr>
            <w:r>
              <w:rPr>
                <w:color w:val="000000"/>
              </w:rPr>
              <w:t>[Número / sin número]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168E82E3" w14:textId="77777777" w:rsidR="00183BD2" w:rsidRDefault="00D40215">
            <w:pPr>
              <w:spacing w:after="0"/>
            </w:pPr>
            <w:r>
              <w:rPr>
                <w:b/>
                <w:color w:val="000000"/>
              </w:rPr>
              <w:t>Contratista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743FF768" w14:textId="77777777" w:rsidR="00183BD2" w:rsidRDefault="00D40215">
            <w:pPr>
              <w:spacing w:after="0"/>
            </w:pPr>
            <w:r>
              <w:rPr>
                <w:color w:val="000000"/>
              </w:rPr>
              <w:t>[Razón social del ejecutor]</w:t>
            </w:r>
          </w:p>
        </w:tc>
      </w:tr>
      <w:tr w:rsidR="00183BD2" w14:paraId="58661B6D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7B8BA230" w14:textId="77777777" w:rsidR="00183BD2" w:rsidRDefault="00D40215">
            <w:pPr>
              <w:spacing w:after="0"/>
            </w:pPr>
            <w:r>
              <w:rPr>
                <w:b/>
                <w:color w:val="000000"/>
              </w:rPr>
              <w:t>Fecha de inicio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36D9FBFB" w14:textId="77777777" w:rsidR="00183BD2" w:rsidRDefault="00D40215">
            <w:pPr>
              <w:spacing w:after="0"/>
            </w:pPr>
            <w:r>
              <w:rPr>
                <w:color w:val="000000"/>
              </w:rPr>
              <w:t>[DD/MM/AAAA]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63A49F47" w14:textId="77777777" w:rsidR="00183BD2" w:rsidRDefault="00D40215">
            <w:pPr>
              <w:spacing w:after="0"/>
            </w:pPr>
            <w:r>
              <w:rPr>
                <w:b/>
                <w:color w:val="000000"/>
              </w:rPr>
              <w:t>Fecha de terminación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3D7F517E" w14:textId="77777777" w:rsidR="00183BD2" w:rsidRDefault="00D40215">
            <w:pPr>
              <w:spacing w:after="0"/>
            </w:pPr>
            <w:r>
              <w:rPr>
                <w:color w:val="000000"/>
              </w:rPr>
              <w:t>[DD/MM/AAAA]</w:t>
            </w:r>
          </w:p>
        </w:tc>
      </w:tr>
      <w:tr w:rsidR="00183BD2" w14:paraId="6B2ADAE4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6036F777" w14:textId="77777777" w:rsidR="00183BD2" w:rsidRDefault="00D40215">
            <w:pPr>
              <w:spacing w:after="0"/>
            </w:pPr>
            <w:r>
              <w:rPr>
                <w:b/>
                <w:color w:val="000000"/>
              </w:rPr>
              <w:t>Valor inicial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37C08C63" w14:textId="77777777" w:rsidR="00183BD2" w:rsidRDefault="00D40215">
            <w:pPr>
              <w:spacing w:after="0"/>
            </w:pPr>
            <w:r>
              <w:rPr>
                <w:color w:val="000000"/>
              </w:rPr>
              <w:t>$ [valor]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70D68AFA" w14:textId="77777777" w:rsidR="00183BD2" w:rsidRDefault="00D40215">
            <w:pPr>
              <w:spacing w:after="0"/>
            </w:pPr>
            <w:r>
              <w:rPr>
                <w:b/>
                <w:color w:val="000000"/>
              </w:rPr>
              <w:t>Adiciones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719E90ED" w14:textId="77777777" w:rsidR="00183BD2" w:rsidRDefault="00D40215">
            <w:pPr>
              <w:spacing w:after="0"/>
            </w:pPr>
            <w:r>
              <w:rPr>
                <w:color w:val="000000"/>
              </w:rPr>
              <w:t>$ [valor]</w:t>
            </w:r>
          </w:p>
        </w:tc>
      </w:tr>
      <w:tr w:rsidR="00183BD2" w14:paraId="4E5533A1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661C5456" w14:textId="77777777" w:rsidR="00183BD2" w:rsidRDefault="00D40215">
            <w:pPr>
              <w:spacing w:after="0"/>
            </w:pPr>
            <w:r>
              <w:rPr>
                <w:b/>
                <w:color w:val="000000"/>
              </w:rPr>
              <w:t>Valor total ejecutado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67DC5CA7" w14:textId="77777777" w:rsidR="00183BD2" w:rsidRDefault="00D40215">
            <w:pPr>
              <w:spacing w:after="0"/>
            </w:pPr>
            <w:r>
              <w:rPr>
                <w:color w:val="000000"/>
              </w:rPr>
              <w:t>$ [valor]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0BDB64B6" w14:textId="77777777" w:rsidR="00183BD2" w:rsidRDefault="00D40215">
            <w:pPr>
              <w:spacing w:after="0"/>
            </w:pPr>
            <w:r>
              <w:rPr>
                <w:b/>
                <w:color w:val="000000"/>
              </w:rPr>
              <w:t>% de participación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7AB35F1F" w14:textId="77777777" w:rsidR="00183BD2" w:rsidRDefault="00D40215">
            <w:pPr>
              <w:spacing w:after="0"/>
            </w:pPr>
            <w:r>
              <w:rPr>
                <w:color w:val="000000"/>
              </w:rPr>
              <w:t>[porcentaje] %</w:t>
            </w:r>
          </w:p>
        </w:tc>
      </w:tr>
      <w:tr w:rsidR="00183BD2" w14:paraId="4750C03B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35AA7BA2" w14:textId="77777777" w:rsidR="00183BD2" w:rsidRDefault="00D40215">
            <w:pPr>
              <w:spacing w:after="0"/>
            </w:pPr>
            <w:r>
              <w:rPr>
                <w:b/>
                <w:color w:val="000000"/>
              </w:rPr>
              <w:t>Valor reconocido por participación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6855CF04" w14:textId="77777777" w:rsidR="00183BD2" w:rsidRDefault="00D40215">
            <w:pPr>
              <w:spacing w:after="0"/>
            </w:pPr>
            <w:r>
              <w:rPr>
                <w:color w:val="000000"/>
              </w:rPr>
              <w:t>$ [valor]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3EF3AC23" w14:textId="77777777" w:rsidR="00183BD2" w:rsidRDefault="00D40215">
            <w:pPr>
              <w:spacing w:after="0"/>
            </w:pPr>
            <w:r>
              <w:rPr>
                <w:b/>
                <w:color w:val="000000"/>
              </w:rPr>
              <w:t>SMMLV año terminación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251F92D5" w14:textId="77777777" w:rsidR="00183BD2" w:rsidRDefault="00D40215">
            <w:pPr>
              <w:spacing w:after="0"/>
            </w:pPr>
            <w:r>
              <w:rPr>
                <w:color w:val="000000"/>
              </w:rPr>
              <w:t>$ [valor]</w:t>
            </w:r>
          </w:p>
        </w:tc>
      </w:tr>
      <w:tr w:rsidR="00877FA8" w14:paraId="29CB1074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7FEB82E1" w14:textId="7CD0677F" w:rsidR="00877FA8" w:rsidRPr="00877FA8" w:rsidRDefault="00877FA8" w:rsidP="00877FA8">
            <w:pPr>
              <w:spacing w:after="0"/>
              <w:rPr>
                <w:lang w:val="es-CO"/>
              </w:rPr>
            </w:pPr>
            <w:r w:rsidRPr="00877FA8">
              <w:rPr>
                <w:b/>
                <w:color w:val="000000"/>
                <w:lang w:val="es-CO"/>
              </w:rPr>
              <w:t>Exprese en SMMLV el valor total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0908DDB7" w14:textId="77777777" w:rsidR="00877FA8" w:rsidRDefault="00877FA8" w:rsidP="00877FA8">
            <w:pPr>
              <w:spacing w:after="0"/>
            </w:pPr>
            <w:r>
              <w:rPr>
                <w:color w:val="000000"/>
              </w:rPr>
              <w:t>[valor / SMMLV]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342E5F37" w14:textId="77777777" w:rsidR="00877FA8" w:rsidRDefault="00877FA8" w:rsidP="00877FA8">
            <w:pPr>
              <w:spacing w:after="0"/>
            </w:pPr>
            <w:r>
              <w:rPr>
                <w:b/>
                <w:color w:val="000000"/>
              </w:rPr>
              <w:t>Área diseñada/intervenida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7207A17C" w14:textId="77777777" w:rsidR="00877FA8" w:rsidRDefault="00877FA8" w:rsidP="00877FA8">
            <w:pPr>
              <w:spacing w:after="0"/>
            </w:pPr>
            <w:r>
              <w:rPr>
                <w:color w:val="000000"/>
              </w:rPr>
              <w:t>[m² / no aplica]</w:t>
            </w:r>
          </w:p>
        </w:tc>
      </w:tr>
      <w:tr w:rsidR="00183BD2" w14:paraId="144D6BDF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6E42F619" w14:textId="77777777" w:rsidR="00183BD2" w:rsidRPr="00E442B9" w:rsidRDefault="00D40215">
            <w:pPr>
              <w:spacing w:after="0"/>
              <w:rPr>
                <w:lang w:val="es-CO"/>
              </w:rPr>
            </w:pPr>
            <w:r w:rsidRPr="00E442B9">
              <w:rPr>
                <w:b/>
                <w:color w:val="000000"/>
                <w:lang w:val="es-CO"/>
              </w:rPr>
              <w:t>Estudio de grabación, set o auditorio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19E8139F" w14:textId="77777777" w:rsidR="00183BD2" w:rsidRDefault="00D40215">
            <w:pPr>
              <w:spacing w:after="0"/>
            </w:pPr>
            <w:r>
              <w:rPr>
                <w:color w:val="000000"/>
              </w:rPr>
              <w:t>☐</w:t>
            </w:r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Sí</w:t>
            </w:r>
            <w:proofErr w:type="spellEnd"/>
            <w:r>
              <w:rPr>
                <w:color w:val="000000"/>
              </w:rPr>
              <w:t xml:space="preserve">   ☐ No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77457BDF" w14:textId="77777777" w:rsidR="00183BD2" w:rsidRPr="00E442B9" w:rsidRDefault="00D40215">
            <w:pPr>
              <w:spacing w:after="0"/>
              <w:rPr>
                <w:lang w:val="es-CO"/>
              </w:rPr>
            </w:pPr>
            <w:r w:rsidRPr="00E442B9">
              <w:rPr>
                <w:b/>
                <w:color w:val="000000"/>
                <w:lang w:val="es-CO"/>
              </w:rPr>
              <w:t>Ejecutado y terminado antes del cierre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3FAE144C" w14:textId="77777777" w:rsidR="00183BD2" w:rsidRDefault="00D40215">
            <w:pPr>
              <w:spacing w:after="0"/>
            </w:pPr>
            <w:r>
              <w:rPr>
                <w:color w:val="000000"/>
              </w:rPr>
              <w:t>☐</w:t>
            </w:r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Sí</w:t>
            </w:r>
            <w:proofErr w:type="spellEnd"/>
            <w:r>
              <w:rPr>
                <w:color w:val="000000"/>
              </w:rPr>
              <w:t xml:space="preserve">   ☐ No</w:t>
            </w:r>
          </w:p>
        </w:tc>
      </w:tr>
      <w:tr w:rsidR="00183BD2" w14:paraId="28C16087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6E4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79300FB1" w14:textId="77777777" w:rsidR="00183BD2" w:rsidRDefault="00D40215">
            <w:pPr>
              <w:spacing w:after="0"/>
            </w:pPr>
            <w:r>
              <w:rPr>
                <w:b/>
                <w:color w:val="000000"/>
                <w:sz w:val="15"/>
              </w:rPr>
              <w:t>Objeto contractual</w:t>
            </w:r>
          </w:p>
        </w:tc>
        <w:tc>
          <w:tcPr>
            <w:tcW w:w="11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43D6F6A8" w14:textId="77777777" w:rsidR="00183BD2" w:rsidRDefault="00D40215">
            <w:pPr>
              <w:spacing w:after="0"/>
            </w:pPr>
            <w:r>
              <w:rPr>
                <w:color w:val="000000"/>
                <w:sz w:val="15"/>
              </w:rPr>
              <w:t>[Transcribir el objeto]</w:t>
            </w:r>
          </w:p>
        </w:tc>
      </w:tr>
      <w:tr w:rsidR="00183BD2" w:rsidRPr="00951553" w14:paraId="11454033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6E4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1DA0D830" w14:textId="77777777" w:rsidR="00183BD2" w:rsidRDefault="00D40215">
            <w:pPr>
              <w:spacing w:after="0"/>
            </w:pPr>
            <w:r>
              <w:rPr>
                <w:b/>
                <w:color w:val="000000"/>
                <w:sz w:val="15"/>
              </w:rPr>
              <w:t>Alcance y actividades ejecutadas</w:t>
            </w:r>
          </w:p>
        </w:tc>
        <w:tc>
          <w:tcPr>
            <w:tcW w:w="11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3E92654E" w14:textId="77777777" w:rsidR="00183BD2" w:rsidRPr="00E442B9" w:rsidRDefault="00D40215">
            <w:pPr>
              <w:spacing w:after="0"/>
              <w:rPr>
                <w:lang w:val="es-CO"/>
              </w:rPr>
            </w:pPr>
            <w:r w:rsidRPr="00E442B9">
              <w:rPr>
                <w:color w:val="000000"/>
                <w:sz w:val="15"/>
                <w:lang w:val="es-CO"/>
              </w:rPr>
              <w:t>[Describir únicamente lo respaldado por los soportes]</w:t>
            </w:r>
          </w:p>
        </w:tc>
      </w:tr>
      <w:tr w:rsidR="00183BD2" w:rsidRPr="00951553" w14:paraId="01D28912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6E4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28BC965B" w14:textId="77777777" w:rsidR="00183BD2" w:rsidRDefault="00D40215">
            <w:pPr>
              <w:spacing w:after="0"/>
            </w:pPr>
            <w:proofErr w:type="spellStart"/>
            <w:r>
              <w:rPr>
                <w:b/>
                <w:color w:val="000000"/>
                <w:sz w:val="15"/>
              </w:rPr>
              <w:t>Diseño</w:t>
            </w:r>
            <w:proofErr w:type="spellEnd"/>
            <w:r>
              <w:rPr>
                <w:b/>
                <w:color w:val="000000"/>
                <w:sz w:val="15"/>
              </w:rPr>
              <w:t xml:space="preserve"> </w:t>
            </w:r>
            <w:proofErr w:type="spellStart"/>
            <w:r>
              <w:rPr>
                <w:b/>
                <w:color w:val="000000"/>
                <w:sz w:val="15"/>
              </w:rPr>
              <w:t>arquitectónico</w:t>
            </w:r>
            <w:proofErr w:type="spellEnd"/>
            <w:r>
              <w:rPr>
                <w:b/>
                <w:color w:val="000000"/>
                <w:sz w:val="15"/>
              </w:rPr>
              <w:t xml:space="preserve"> / </w:t>
            </w:r>
            <w:proofErr w:type="spellStart"/>
            <w:r>
              <w:rPr>
                <w:b/>
                <w:color w:val="000000"/>
                <w:sz w:val="15"/>
              </w:rPr>
              <w:t>interiorismo</w:t>
            </w:r>
            <w:proofErr w:type="spellEnd"/>
          </w:p>
        </w:tc>
        <w:tc>
          <w:tcPr>
            <w:tcW w:w="11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65E0F2E1" w14:textId="77777777" w:rsidR="00183BD2" w:rsidRPr="00E442B9" w:rsidRDefault="00D40215">
            <w:pPr>
              <w:spacing w:after="0"/>
              <w:rPr>
                <w:lang w:val="es-CO"/>
              </w:rPr>
            </w:pPr>
            <w:r w:rsidRPr="00E442B9">
              <w:rPr>
                <w:color w:val="000000"/>
                <w:sz w:val="15"/>
                <w:lang w:val="es-CO"/>
              </w:rPr>
              <w:t>☐</w:t>
            </w:r>
            <w:r w:rsidRPr="00E442B9">
              <w:rPr>
                <w:color w:val="000000"/>
                <w:sz w:val="15"/>
                <w:lang w:val="es-CO"/>
              </w:rPr>
              <w:t xml:space="preserve"> Sí   ☐ No. Descripción y soporte: ______________________________________________</w:t>
            </w:r>
          </w:p>
        </w:tc>
      </w:tr>
      <w:tr w:rsidR="00183BD2" w14:paraId="6C79C0FC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6E4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04E1172A" w14:textId="77777777" w:rsidR="00183BD2" w:rsidRDefault="00D40215">
            <w:pPr>
              <w:spacing w:after="0"/>
            </w:pPr>
            <w:proofErr w:type="spellStart"/>
            <w:r>
              <w:rPr>
                <w:b/>
                <w:color w:val="000000"/>
                <w:sz w:val="15"/>
              </w:rPr>
              <w:lastRenderedPageBreak/>
              <w:t>Diseños</w:t>
            </w:r>
            <w:proofErr w:type="spellEnd"/>
            <w:r>
              <w:rPr>
                <w:b/>
                <w:color w:val="000000"/>
                <w:sz w:val="15"/>
              </w:rPr>
              <w:t xml:space="preserve"> </w:t>
            </w:r>
            <w:proofErr w:type="spellStart"/>
            <w:r>
              <w:rPr>
                <w:b/>
                <w:color w:val="000000"/>
                <w:sz w:val="15"/>
              </w:rPr>
              <w:t>técnicos</w:t>
            </w:r>
            <w:proofErr w:type="spellEnd"/>
            <w:r>
              <w:rPr>
                <w:b/>
                <w:color w:val="000000"/>
                <w:sz w:val="15"/>
              </w:rPr>
              <w:t xml:space="preserve"> </w:t>
            </w:r>
            <w:proofErr w:type="spellStart"/>
            <w:r>
              <w:rPr>
                <w:b/>
                <w:color w:val="000000"/>
                <w:sz w:val="15"/>
              </w:rPr>
              <w:t>complementarios</w:t>
            </w:r>
            <w:proofErr w:type="spellEnd"/>
          </w:p>
        </w:tc>
        <w:tc>
          <w:tcPr>
            <w:tcW w:w="11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4A424C66" w14:textId="77777777" w:rsidR="00183BD2" w:rsidRDefault="00D40215">
            <w:pPr>
              <w:spacing w:after="0"/>
            </w:pPr>
            <w:r>
              <w:rPr>
                <w:color w:val="000000"/>
                <w:sz w:val="15"/>
              </w:rPr>
              <w:t>☐</w:t>
            </w:r>
            <w:r>
              <w:rPr>
                <w:color w:val="000000"/>
                <w:sz w:val="15"/>
              </w:rPr>
              <w:t xml:space="preserve"> Sí   ☐ No. Especialidades: ___________________________________________________</w:t>
            </w:r>
          </w:p>
        </w:tc>
      </w:tr>
      <w:tr w:rsidR="00183BD2" w:rsidRPr="00951553" w14:paraId="03E6AAE3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6E4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>
            <w:r>
              <w:t>Coordinación interdisciplinaria</w:t>
            </w:r>
          </w:p>
        </w:tc>
        <w:tc>
          <w:tcPr>
            <w:tcW w:w="11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>
            <w:r>
              <w:t>☐ Sí   ☐ No. Actividades acreditadas: ______________________________</w:t>
              <w:br/>
              <w:t>Especialidades coordinadas (mínimo 3): ______________________________</w:t>
            </w:r>
          </w:p>
        </w:tc>
      </w:tr>
      <w:tr w:rsidR="00183BD2" w14:paraId="28CA4861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6E4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43367C7D" w14:textId="77777777" w:rsidR="00183BD2" w:rsidRPr="00951553" w:rsidRDefault="00D40215">
            <w:pPr>
              <w:spacing w:after="0"/>
              <w:rPr>
                <w:lang w:val="es-CO"/>
              </w:rPr>
            </w:pPr>
            <w:r w:rsidRPr="00951553">
              <w:rPr>
                <w:b/>
                <w:color w:val="000000"/>
                <w:sz w:val="15"/>
                <w:lang w:val="es-CO"/>
              </w:rPr>
              <w:t>Estudio de grabación, set o auditorio</w:t>
            </w:r>
          </w:p>
        </w:tc>
        <w:tc>
          <w:tcPr>
            <w:tcW w:w="11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1C529FD4" w14:textId="77777777" w:rsidR="00183BD2" w:rsidRDefault="00D40215">
            <w:pPr>
              <w:spacing w:after="0"/>
            </w:pPr>
            <w:r>
              <w:rPr>
                <w:color w:val="000000"/>
                <w:sz w:val="15"/>
              </w:rPr>
              <w:t>☐</w:t>
            </w:r>
            <w:r>
              <w:rPr>
                <w:color w:val="000000"/>
                <w:sz w:val="15"/>
              </w:rPr>
              <w:t xml:space="preserve"> </w:t>
            </w:r>
            <w:proofErr w:type="spellStart"/>
            <w:r>
              <w:rPr>
                <w:color w:val="000000"/>
                <w:sz w:val="15"/>
              </w:rPr>
              <w:t>Sí</w:t>
            </w:r>
            <w:proofErr w:type="spellEnd"/>
            <w:r>
              <w:rPr>
                <w:color w:val="000000"/>
                <w:sz w:val="15"/>
              </w:rPr>
              <w:t xml:space="preserve">   ☐ No. Condición acreditada: ______________________________________________</w:t>
            </w:r>
          </w:p>
        </w:tc>
      </w:tr>
      <w:tr w:rsidR="00183BD2" w14:paraId="48BAB803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6E4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>
            <w:r>
              <w:t>Experiencia puntuable en coordinación interdisciplinaria</w:t>
            </w:r>
          </w:p>
        </w:tc>
        <w:tc>
          <w:tcPr>
            <w:tcW w:w="11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>
            <w:r>
              <w:t>☐ Sí   ☐ No. Inicio: __________ Fin: __________ Meses válidos: ________</w:t>
            </w:r>
          </w:p>
        </w:tc>
      </w:tr>
      <w:tr w:rsidR="00183BD2" w:rsidRPr="00951553" w14:paraId="7D9CA251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6E4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3E3225E7" w14:textId="4E7D7EEA" w:rsidR="00183BD2" w:rsidRPr="00E442B9" w:rsidRDefault="00D40215">
            <w:pPr>
              <w:spacing w:after="0"/>
              <w:rPr>
                <w:lang w:val="es-CO"/>
              </w:rPr>
            </w:pPr>
            <w:r w:rsidRPr="00E442B9">
              <w:rPr>
                <w:b/>
                <w:color w:val="000000"/>
                <w:sz w:val="15"/>
                <w:lang w:val="es-CO"/>
              </w:rPr>
              <w:t xml:space="preserve">Condición puntuable: estudio de grabación, set o auditorio ≥ </w:t>
            </w:r>
            <w:r w:rsidR="00877FA8">
              <w:rPr>
                <w:b/>
                <w:color w:val="000000"/>
                <w:sz w:val="15"/>
                <w:lang w:val="es-CO"/>
              </w:rPr>
              <w:t>5</w:t>
            </w:r>
            <w:r w:rsidRPr="00E442B9">
              <w:rPr>
                <w:b/>
                <w:color w:val="000000"/>
                <w:sz w:val="15"/>
                <w:lang w:val="es-CO"/>
              </w:rPr>
              <w:t>00 m²</w:t>
            </w:r>
          </w:p>
        </w:tc>
        <w:tc>
          <w:tcPr>
            <w:tcW w:w="11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24E4EE74" w14:textId="77777777" w:rsidR="00183BD2" w:rsidRPr="00E442B9" w:rsidRDefault="00D40215">
            <w:pPr>
              <w:spacing w:after="0"/>
              <w:rPr>
                <w:lang w:val="es-CO"/>
              </w:rPr>
            </w:pPr>
            <w:r w:rsidRPr="00E442B9">
              <w:rPr>
                <w:color w:val="000000"/>
                <w:sz w:val="15"/>
                <w:lang w:val="es-CO"/>
              </w:rPr>
              <w:t>☐</w:t>
            </w:r>
            <w:r w:rsidRPr="00E442B9">
              <w:rPr>
                <w:color w:val="000000"/>
                <w:sz w:val="15"/>
                <w:lang w:val="es-CO"/>
              </w:rPr>
              <w:t xml:space="preserve"> Sí   ☐ No. Área respaldada por los soportes: ______________________________ m²</w:t>
            </w:r>
          </w:p>
        </w:tc>
      </w:tr>
      <w:tr w:rsidR="00183BD2" w:rsidRPr="00951553" w14:paraId="79DF3311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6E4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7D0BF6E2" w14:textId="77777777" w:rsidR="00183BD2" w:rsidRDefault="00D40215">
            <w:pPr>
              <w:spacing w:after="0"/>
            </w:pPr>
            <w:proofErr w:type="spellStart"/>
            <w:r>
              <w:rPr>
                <w:b/>
                <w:color w:val="000000"/>
                <w:sz w:val="15"/>
              </w:rPr>
              <w:t>Experiencia</w:t>
            </w:r>
            <w:proofErr w:type="spellEnd"/>
            <w:r>
              <w:rPr>
                <w:b/>
                <w:color w:val="000000"/>
                <w:sz w:val="15"/>
              </w:rPr>
              <w:t xml:space="preserve"> </w:t>
            </w:r>
            <w:proofErr w:type="spellStart"/>
            <w:r>
              <w:rPr>
                <w:b/>
                <w:color w:val="000000"/>
                <w:sz w:val="15"/>
              </w:rPr>
              <w:t>ejecutada</w:t>
            </w:r>
            <w:proofErr w:type="spellEnd"/>
            <w:r>
              <w:rPr>
                <w:b/>
                <w:color w:val="000000"/>
                <w:sz w:val="15"/>
              </w:rPr>
              <w:t xml:space="preserve"> para </w:t>
            </w:r>
            <w:proofErr w:type="spellStart"/>
            <w:r>
              <w:rPr>
                <w:b/>
                <w:color w:val="000000"/>
                <w:sz w:val="15"/>
              </w:rPr>
              <w:t>Teleantioquia</w:t>
            </w:r>
            <w:proofErr w:type="spellEnd"/>
          </w:p>
        </w:tc>
        <w:tc>
          <w:tcPr>
            <w:tcW w:w="11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4F0B26E0" w14:textId="77777777" w:rsidR="00183BD2" w:rsidRPr="00E442B9" w:rsidRDefault="00D40215">
            <w:pPr>
              <w:spacing w:after="0"/>
              <w:rPr>
                <w:lang w:val="es-CO"/>
              </w:rPr>
            </w:pPr>
            <w:r w:rsidRPr="00E442B9">
              <w:rPr>
                <w:color w:val="000000"/>
                <w:sz w:val="15"/>
                <w:lang w:val="es-CO"/>
              </w:rPr>
              <w:t>☐</w:t>
            </w:r>
            <w:r w:rsidRPr="00E442B9">
              <w:rPr>
                <w:color w:val="000000"/>
                <w:sz w:val="15"/>
                <w:lang w:val="es-CO"/>
              </w:rPr>
              <w:t xml:space="preserve"> Sí   ☐ No. Orden de compra/contrato: __________________ Fechas: __________________</w:t>
            </w:r>
          </w:p>
        </w:tc>
      </w:tr>
      <w:tr w:rsidR="00183BD2" w:rsidRPr="00951553" w14:paraId="4A1FA10D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6E4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02B70F43" w14:textId="77777777" w:rsidR="00183BD2" w:rsidRPr="00E442B9" w:rsidRDefault="00D40215">
            <w:pPr>
              <w:spacing w:after="0"/>
              <w:rPr>
                <w:lang w:val="es-CO"/>
              </w:rPr>
            </w:pPr>
            <w:r w:rsidRPr="00E442B9">
              <w:rPr>
                <w:b/>
                <w:color w:val="000000"/>
                <w:sz w:val="15"/>
                <w:lang w:val="es-CO"/>
              </w:rPr>
              <w:t>Calificación de calidad del servicio</w:t>
            </w:r>
          </w:p>
        </w:tc>
        <w:tc>
          <w:tcPr>
            <w:tcW w:w="11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43D12906" w14:textId="77777777" w:rsidR="00183BD2" w:rsidRPr="00E442B9" w:rsidRDefault="00D40215">
            <w:pPr>
              <w:spacing w:after="0"/>
              <w:rPr>
                <w:lang w:val="es-CO"/>
              </w:rPr>
            </w:pPr>
            <w:r w:rsidRPr="00E442B9">
              <w:rPr>
                <w:color w:val="000000"/>
                <w:sz w:val="15"/>
                <w:lang w:val="es-CO"/>
              </w:rPr>
              <w:t>[Calificación, si el contratante utiliza este mecanismo / no aplica]</w:t>
            </w:r>
          </w:p>
        </w:tc>
      </w:tr>
      <w:tr w:rsidR="00183BD2" w:rsidRPr="00951553" w14:paraId="507ABE62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6E4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3A724059" w14:textId="77777777" w:rsidR="00183BD2" w:rsidRDefault="00D40215">
            <w:pPr>
              <w:spacing w:after="0"/>
            </w:pPr>
            <w:proofErr w:type="spellStart"/>
            <w:r>
              <w:rPr>
                <w:b/>
                <w:color w:val="000000"/>
                <w:sz w:val="15"/>
              </w:rPr>
              <w:t>Soportes</w:t>
            </w:r>
            <w:proofErr w:type="spellEnd"/>
            <w:r>
              <w:rPr>
                <w:b/>
                <w:color w:val="000000"/>
                <w:sz w:val="15"/>
              </w:rPr>
              <w:t xml:space="preserve"> </w:t>
            </w:r>
            <w:proofErr w:type="spellStart"/>
            <w:r>
              <w:rPr>
                <w:b/>
                <w:color w:val="000000"/>
                <w:sz w:val="15"/>
              </w:rPr>
              <w:t>aportados</w:t>
            </w:r>
            <w:proofErr w:type="spellEnd"/>
          </w:p>
        </w:tc>
        <w:tc>
          <w:tcPr>
            <w:tcW w:w="11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>
            <w:r>
              <w:t>☐ RUP   ☐ Certificación   ☐ Acta de terminación   ☐ Recibo a satisfacción   ☐ Liquidación   ☐ Contrato   ☐ Otros: ______</w:t>
            </w:r>
          </w:p>
        </w:tc>
      </w:tr>
      <w:tr w:rsidR="00183BD2" w:rsidRPr="00951553" w14:paraId="2DEDA9D4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6E4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0FE6A27A" w14:textId="77777777" w:rsidR="00183BD2" w:rsidRPr="00E442B9" w:rsidRDefault="00D40215">
            <w:pPr>
              <w:spacing w:after="0"/>
              <w:rPr>
                <w:lang w:val="es-CO"/>
              </w:rPr>
            </w:pPr>
            <w:r w:rsidRPr="00E442B9">
              <w:rPr>
                <w:b/>
                <w:color w:val="000000"/>
                <w:sz w:val="15"/>
                <w:lang w:val="es-CO"/>
              </w:rPr>
              <w:t>Folio(s) / nombre(s) de archivo</w:t>
            </w:r>
          </w:p>
        </w:tc>
        <w:tc>
          <w:tcPr>
            <w:tcW w:w="11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1DF3D2E0" w14:textId="77777777" w:rsidR="00183BD2" w:rsidRPr="00E442B9" w:rsidRDefault="00D40215">
            <w:pPr>
              <w:spacing w:after="0"/>
              <w:rPr>
                <w:lang w:val="es-CO"/>
              </w:rPr>
            </w:pPr>
            <w:r w:rsidRPr="00E442B9">
              <w:rPr>
                <w:color w:val="000000"/>
                <w:sz w:val="15"/>
                <w:lang w:val="es-CO"/>
              </w:rPr>
              <w:t>[Identificar con precisión cada soporte]</w:t>
            </w:r>
          </w:p>
        </w:tc>
      </w:tr>
      <w:tr w:rsidR="00183BD2" w:rsidRPr="00951553" w14:paraId="6C6A1EDA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6E4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1198E450" w14:textId="77777777" w:rsidR="00183BD2" w:rsidRDefault="00D40215">
            <w:pPr>
              <w:spacing w:after="0"/>
            </w:pPr>
            <w:proofErr w:type="spellStart"/>
            <w:r>
              <w:rPr>
                <w:b/>
                <w:color w:val="000000"/>
                <w:sz w:val="15"/>
              </w:rPr>
              <w:t>Certificación</w:t>
            </w:r>
            <w:proofErr w:type="spellEnd"/>
            <w:r>
              <w:rPr>
                <w:b/>
                <w:color w:val="000000"/>
                <w:sz w:val="15"/>
              </w:rPr>
              <w:t xml:space="preserve"> / </w:t>
            </w:r>
            <w:proofErr w:type="spellStart"/>
            <w:r>
              <w:rPr>
                <w:b/>
                <w:color w:val="000000"/>
                <w:sz w:val="15"/>
              </w:rPr>
              <w:t>documento</w:t>
            </w:r>
            <w:proofErr w:type="spellEnd"/>
            <w:r>
              <w:rPr>
                <w:b/>
                <w:color w:val="000000"/>
                <w:sz w:val="15"/>
              </w:rPr>
              <w:t xml:space="preserve"> </w:t>
            </w:r>
            <w:proofErr w:type="spellStart"/>
            <w:r>
              <w:rPr>
                <w:b/>
                <w:color w:val="000000"/>
                <w:sz w:val="15"/>
              </w:rPr>
              <w:t>soporte</w:t>
            </w:r>
            <w:proofErr w:type="spellEnd"/>
          </w:p>
        </w:tc>
        <w:tc>
          <w:tcPr>
            <w:tcW w:w="11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317B90AE" w14:textId="77777777" w:rsidR="00183BD2" w:rsidRPr="00E442B9" w:rsidRDefault="00D40215">
            <w:pPr>
              <w:spacing w:after="0"/>
              <w:rPr>
                <w:lang w:val="es-CO"/>
              </w:rPr>
            </w:pPr>
            <w:r w:rsidRPr="00E442B9">
              <w:rPr>
                <w:color w:val="000000"/>
                <w:sz w:val="15"/>
                <w:lang w:val="es-CO"/>
              </w:rPr>
              <w:t>Fecha de expedición: ______________  Nombre y cargo de quien expide: __________________________</w:t>
            </w:r>
          </w:p>
        </w:tc>
      </w:tr>
      <w:tr w:rsidR="00183BD2" w14:paraId="308A3303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6E4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3E2E8183" w14:textId="77777777" w:rsidR="00183BD2" w:rsidRDefault="00D40215">
            <w:pPr>
              <w:spacing w:after="0"/>
            </w:pPr>
            <w:r>
              <w:rPr>
                <w:b/>
                <w:color w:val="000000"/>
                <w:sz w:val="15"/>
              </w:rPr>
              <w:t xml:space="preserve">Contacto para </w:t>
            </w:r>
            <w:proofErr w:type="spellStart"/>
            <w:r>
              <w:rPr>
                <w:b/>
                <w:color w:val="000000"/>
                <w:sz w:val="15"/>
              </w:rPr>
              <w:t>verificación</w:t>
            </w:r>
            <w:proofErr w:type="spellEnd"/>
          </w:p>
        </w:tc>
        <w:tc>
          <w:tcPr>
            <w:tcW w:w="11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192B6339" w14:textId="77777777" w:rsidR="00183BD2" w:rsidRDefault="00D40215">
            <w:pPr>
              <w:spacing w:after="0"/>
            </w:pPr>
            <w:r>
              <w:rPr>
                <w:color w:val="000000"/>
                <w:sz w:val="15"/>
              </w:rPr>
              <w:t>Dirección: __________________ Tel.: ______________ Correo: __________________ Firma: __________________</w:t>
            </w:r>
          </w:p>
        </w:tc>
      </w:tr>
    </w:tbl>
    <w:p w14:paraId="40D3C17F" w14:textId="77777777" w:rsidR="00183BD2" w:rsidRPr="00E442B9" w:rsidRDefault="00D40215">
      <w:pPr>
        <w:keepNext/>
        <w:pBdr>
          <w:bottom w:val="single" w:sz="12" w:space="3" w:color="92D050"/>
        </w:pBdr>
        <w:spacing w:before="140" w:after="80"/>
        <w:jc w:val="center"/>
        <w:rPr>
          <w:lang w:val="es-CO"/>
        </w:rPr>
      </w:pPr>
      <w:r w:rsidRPr="00E442B9">
        <w:rPr>
          <w:b/>
          <w:sz w:val="20"/>
          <w:lang w:val="es-CO"/>
        </w:rPr>
        <w:t>2. CONSOLIDADO DE CONTRATOS Y CÁLCULO DE EXPERIENCIA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40"/>
        <w:gridCol w:w="1728"/>
        <w:gridCol w:w="3240"/>
        <w:gridCol w:w="1440"/>
        <w:gridCol w:w="1440"/>
        <w:gridCol w:w="1440"/>
        <w:gridCol w:w="1440"/>
        <w:gridCol w:w="1440"/>
        <w:gridCol w:w="1440"/>
        <w:gridCol w:w="1512"/>
      </w:tblGrid>
      <w:tr w:rsidR="00183BD2" w14:paraId="3A6D0498" w14:textId="77777777">
        <w:trPr>
          <w:tblHeader/>
          <w:jc w:val="center"/>
        </w:trPr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16B302F3" w14:textId="77777777" w:rsidR="00183BD2" w:rsidRDefault="00D40215">
            <w:pPr>
              <w:spacing w:after="0"/>
              <w:jc w:val="center"/>
            </w:pPr>
            <w:proofErr w:type="gramStart"/>
            <w:r>
              <w:rPr>
                <w:b/>
                <w:color w:val="FFFFFF"/>
                <w:sz w:val="13"/>
              </w:rPr>
              <w:t>N.º</w:t>
            </w:r>
            <w:proofErr w:type="gramEnd"/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6C84E7A3" w14:textId="77777777" w:rsidR="00183BD2" w:rsidRDefault="00D40215">
            <w:pPr>
              <w:spacing w:after="0"/>
              <w:jc w:val="center"/>
            </w:pPr>
            <w:r>
              <w:rPr>
                <w:b/>
                <w:color w:val="FFFFFF"/>
                <w:sz w:val="13"/>
              </w:rPr>
              <w:t>Contrato / contratante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41B73D5E" w14:textId="77777777" w:rsidR="00183BD2" w:rsidRDefault="00D40215">
            <w:pPr>
              <w:spacing w:after="0"/>
              <w:jc w:val="center"/>
            </w:pPr>
            <w:r>
              <w:rPr>
                <w:b/>
                <w:color w:val="FFFFFF"/>
                <w:sz w:val="13"/>
              </w:rPr>
              <w:t>Objeto y alcance pertinente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2DBA213B" w14:textId="77777777" w:rsidR="00183BD2" w:rsidRDefault="00D40215">
            <w:pPr>
              <w:spacing w:after="0"/>
              <w:jc w:val="center"/>
            </w:pPr>
            <w:r>
              <w:rPr>
                <w:b/>
                <w:color w:val="FFFFFF"/>
                <w:sz w:val="13"/>
              </w:rPr>
              <w:t>Inicio / fin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5899A55B" w14:textId="77777777" w:rsidR="00183BD2" w:rsidRDefault="00D40215">
            <w:pPr>
              <w:spacing w:after="0"/>
              <w:jc w:val="center"/>
            </w:pPr>
            <w:r>
              <w:rPr>
                <w:b/>
                <w:color w:val="FFFFFF"/>
                <w:sz w:val="13"/>
              </w:rPr>
              <w:t>Valor ejecutado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1969747E" w14:textId="77777777" w:rsidR="00183BD2" w:rsidRDefault="00D40215">
            <w:pPr>
              <w:spacing w:after="0"/>
              <w:jc w:val="center"/>
            </w:pPr>
            <w:r>
              <w:rPr>
                <w:b/>
                <w:color w:val="FFFFFF"/>
                <w:sz w:val="13"/>
              </w:rPr>
              <w:t>% participación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7DA6D6D8" w14:textId="77777777" w:rsidR="00183BD2" w:rsidRDefault="00D40215">
            <w:pPr>
              <w:spacing w:after="0"/>
              <w:jc w:val="center"/>
            </w:pPr>
            <w:r>
              <w:rPr>
                <w:b/>
                <w:color w:val="FFFFFF"/>
                <w:sz w:val="13"/>
              </w:rPr>
              <w:t>Valor reconocido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048D0AD8" w14:textId="77777777" w:rsidR="00183BD2" w:rsidRDefault="00D40215">
            <w:pPr>
              <w:spacing w:after="0"/>
              <w:jc w:val="center"/>
            </w:pPr>
            <w:r>
              <w:rPr>
                <w:b/>
                <w:color w:val="FFFFFF"/>
                <w:sz w:val="13"/>
              </w:rPr>
              <w:t>SMMLV reconocido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31E5A303" w14:textId="77777777" w:rsidR="00183BD2" w:rsidRDefault="00D40215">
            <w:pPr>
              <w:spacing w:after="0"/>
              <w:jc w:val="center"/>
            </w:pPr>
            <w:r>
              <w:rPr>
                <w:b/>
                <w:color w:val="FFFFFF"/>
                <w:sz w:val="13"/>
              </w:rPr>
              <w:t>Tipo de espacio / área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51AB79D0" w14:textId="77777777" w:rsidR="00183BD2" w:rsidRDefault="00D40215">
            <w:pPr>
              <w:spacing w:after="0"/>
              <w:jc w:val="center"/>
            </w:pPr>
            <w:r>
              <w:rPr>
                <w:b/>
                <w:color w:val="FFFFFF"/>
                <w:sz w:val="13"/>
              </w:rPr>
              <w:t>Soporte / folio</w:t>
            </w:r>
          </w:p>
        </w:tc>
      </w:tr>
      <w:tr w:rsidR="00183BD2" w14:paraId="337D6C76" w14:textId="77777777">
        <w:trPr>
          <w:cantSplit/>
          <w:jc w:val="center"/>
        </w:trPr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03560181" w14:textId="77777777" w:rsidR="00183BD2" w:rsidRDefault="00D40215">
            <w:pPr>
              <w:spacing w:after="0"/>
              <w:jc w:val="center"/>
            </w:pPr>
            <w:r>
              <w:rPr>
                <w:color w:val="000000"/>
                <w:sz w:val="13"/>
              </w:rPr>
              <w:t>1</w:t>
            </w:r>
          </w:p>
        </w:tc>
        <w:tc>
          <w:tcPr>
            <w:tcW w:w="1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158473E1" w14:textId="77777777" w:rsidR="00183BD2" w:rsidRDefault="00183BD2">
            <w:pPr>
              <w:spacing w:after="0"/>
            </w:pP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155E3331" w14:textId="77777777" w:rsidR="00183BD2" w:rsidRDefault="00183BD2">
            <w:pPr>
              <w:spacing w:after="0"/>
            </w:pP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59DE97F8" w14:textId="77777777" w:rsidR="00183BD2" w:rsidRDefault="00183BD2">
            <w:pPr>
              <w:spacing w:after="0"/>
              <w:jc w:val="center"/>
            </w:pP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4B78F5A3" w14:textId="77777777" w:rsidR="00183BD2" w:rsidRDefault="00D40215">
            <w:pPr>
              <w:spacing w:after="0"/>
            </w:pPr>
            <w:r>
              <w:rPr>
                <w:color w:val="000000"/>
                <w:sz w:val="13"/>
              </w:rPr>
              <w:t>$</w:t>
            </w:r>
          </w:p>
        </w:tc>
        <w:tc>
          <w:tcPr>
            <w:tcW w:w="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7A74414F" w14:textId="77777777" w:rsidR="00183BD2" w:rsidRDefault="00D40215">
            <w:pPr>
              <w:spacing w:after="0"/>
              <w:jc w:val="center"/>
            </w:pPr>
            <w:r>
              <w:rPr>
                <w:color w:val="000000"/>
                <w:sz w:val="13"/>
              </w:rPr>
              <w:t>%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58FA5E65" w14:textId="77777777" w:rsidR="00183BD2" w:rsidRDefault="00D40215">
            <w:pPr>
              <w:spacing w:after="0"/>
            </w:pPr>
            <w:r>
              <w:rPr>
                <w:color w:val="000000"/>
                <w:sz w:val="13"/>
              </w:rPr>
              <w:t>$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18043BB6" w14:textId="77777777" w:rsidR="00183BD2" w:rsidRDefault="00183BD2">
            <w:pPr>
              <w:spacing w:after="0"/>
              <w:jc w:val="center"/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7573619F" w14:textId="77777777" w:rsidR="00183BD2" w:rsidRDefault="00183BD2">
            <w:pPr>
              <w:spacing w:after="0"/>
            </w:pPr>
          </w:p>
        </w:tc>
        <w:tc>
          <w:tcPr>
            <w:tcW w:w="1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66750CEA" w14:textId="77777777" w:rsidR="00183BD2" w:rsidRDefault="00183BD2">
            <w:pPr>
              <w:spacing w:after="0"/>
            </w:pPr>
          </w:p>
        </w:tc>
      </w:tr>
      <w:tr w:rsidR="00183BD2" w14:paraId="542756BA" w14:textId="77777777">
        <w:trPr>
          <w:cantSplit/>
          <w:jc w:val="center"/>
        </w:trPr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6DB6C394" w14:textId="77777777" w:rsidR="00183BD2" w:rsidRDefault="00D40215">
            <w:pPr>
              <w:spacing w:after="0"/>
              <w:jc w:val="center"/>
            </w:pPr>
            <w:r>
              <w:rPr>
                <w:color w:val="000000"/>
                <w:sz w:val="13"/>
              </w:rPr>
              <w:t>2</w:t>
            </w:r>
          </w:p>
        </w:tc>
        <w:tc>
          <w:tcPr>
            <w:tcW w:w="1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177A075E" w14:textId="77777777" w:rsidR="00183BD2" w:rsidRDefault="00183BD2">
            <w:pPr>
              <w:spacing w:after="0"/>
            </w:pP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3F796BB4" w14:textId="77777777" w:rsidR="00183BD2" w:rsidRDefault="00183BD2">
            <w:pPr>
              <w:spacing w:after="0"/>
            </w:pP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3025A7F7" w14:textId="77777777" w:rsidR="00183BD2" w:rsidRDefault="00183BD2">
            <w:pPr>
              <w:spacing w:after="0"/>
              <w:jc w:val="center"/>
            </w:pP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2FA984D3" w14:textId="77777777" w:rsidR="00183BD2" w:rsidRDefault="00D40215">
            <w:pPr>
              <w:spacing w:after="0"/>
            </w:pPr>
            <w:r>
              <w:rPr>
                <w:color w:val="000000"/>
                <w:sz w:val="13"/>
              </w:rPr>
              <w:t>$</w:t>
            </w:r>
          </w:p>
        </w:tc>
        <w:tc>
          <w:tcPr>
            <w:tcW w:w="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1559612E" w14:textId="77777777" w:rsidR="00183BD2" w:rsidRDefault="00D40215">
            <w:pPr>
              <w:spacing w:after="0"/>
              <w:jc w:val="center"/>
            </w:pPr>
            <w:r>
              <w:rPr>
                <w:color w:val="000000"/>
                <w:sz w:val="13"/>
              </w:rPr>
              <w:t>%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20F1E2FA" w14:textId="77777777" w:rsidR="00183BD2" w:rsidRDefault="00D40215">
            <w:pPr>
              <w:spacing w:after="0"/>
            </w:pPr>
            <w:r>
              <w:rPr>
                <w:color w:val="000000"/>
                <w:sz w:val="13"/>
              </w:rPr>
              <w:t>$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7A9D4C4F" w14:textId="77777777" w:rsidR="00183BD2" w:rsidRDefault="00183BD2">
            <w:pPr>
              <w:spacing w:after="0"/>
              <w:jc w:val="center"/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7F857B71" w14:textId="77777777" w:rsidR="00183BD2" w:rsidRDefault="00183BD2">
            <w:pPr>
              <w:spacing w:after="0"/>
            </w:pPr>
          </w:p>
        </w:tc>
        <w:tc>
          <w:tcPr>
            <w:tcW w:w="1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3EDD8AEC" w14:textId="77777777" w:rsidR="00183BD2" w:rsidRDefault="00183BD2">
            <w:pPr>
              <w:spacing w:after="0"/>
            </w:pPr>
          </w:p>
        </w:tc>
      </w:tr>
      <w:tr w:rsidR="00183BD2" w14:paraId="7404EF99" w14:textId="77777777">
        <w:trPr>
          <w:cantSplit/>
          <w:jc w:val="center"/>
        </w:trPr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0436F2FE" w14:textId="77777777" w:rsidR="00183BD2" w:rsidRDefault="00D40215">
            <w:pPr>
              <w:spacing w:after="0"/>
              <w:jc w:val="center"/>
            </w:pPr>
            <w:r>
              <w:rPr>
                <w:color w:val="000000"/>
                <w:sz w:val="13"/>
              </w:rPr>
              <w:t>3</w:t>
            </w:r>
          </w:p>
        </w:tc>
        <w:tc>
          <w:tcPr>
            <w:tcW w:w="1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4B14B072" w14:textId="77777777" w:rsidR="00183BD2" w:rsidRDefault="00183BD2">
            <w:pPr>
              <w:spacing w:after="0"/>
            </w:pP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73C1EBC3" w14:textId="77777777" w:rsidR="00183BD2" w:rsidRDefault="00183BD2">
            <w:pPr>
              <w:spacing w:after="0"/>
            </w:pP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717E9CAF" w14:textId="77777777" w:rsidR="00183BD2" w:rsidRDefault="00183BD2">
            <w:pPr>
              <w:spacing w:after="0"/>
              <w:jc w:val="center"/>
            </w:pP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214DE7BA" w14:textId="77777777" w:rsidR="00183BD2" w:rsidRDefault="00D40215">
            <w:pPr>
              <w:spacing w:after="0"/>
            </w:pPr>
            <w:r>
              <w:rPr>
                <w:color w:val="000000"/>
                <w:sz w:val="13"/>
              </w:rPr>
              <w:t>$</w:t>
            </w:r>
          </w:p>
        </w:tc>
        <w:tc>
          <w:tcPr>
            <w:tcW w:w="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44BF91AD" w14:textId="77777777" w:rsidR="00183BD2" w:rsidRDefault="00D40215">
            <w:pPr>
              <w:spacing w:after="0"/>
              <w:jc w:val="center"/>
            </w:pPr>
            <w:r>
              <w:rPr>
                <w:color w:val="000000"/>
                <w:sz w:val="13"/>
              </w:rPr>
              <w:t>%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04448227" w14:textId="77777777" w:rsidR="00183BD2" w:rsidRDefault="00D40215">
            <w:pPr>
              <w:spacing w:after="0"/>
            </w:pPr>
            <w:r>
              <w:rPr>
                <w:color w:val="000000"/>
                <w:sz w:val="13"/>
              </w:rPr>
              <w:t>$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5341BFA6" w14:textId="77777777" w:rsidR="00183BD2" w:rsidRDefault="00183BD2">
            <w:pPr>
              <w:spacing w:after="0"/>
              <w:jc w:val="center"/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1C6226F6" w14:textId="77777777" w:rsidR="00183BD2" w:rsidRDefault="00183BD2">
            <w:pPr>
              <w:spacing w:after="0"/>
            </w:pPr>
          </w:p>
        </w:tc>
        <w:tc>
          <w:tcPr>
            <w:tcW w:w="1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7C7D752B" w14:textId="77777777" w:rsidR="00183BD2" w:rsidRDefault="00183BD2">
            <w:pPr>
              <w:spacing w:after="0"/>
            </w:pPr>
          </w:p>
        </w:tc>
      </w:tr>
      <w:tr w:rsidR="00183BD2" w14:paraId="5EC1AE7A" w14:textId="77777777">
        <w:trPr>
          <w:cantSplit/>
          <w:jc w:val="center"/>
        </w:trPr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7C68BFE2" w14:textId="77777777" w:rsidR="00183BD2" w:rsidRDefault="00D40215">
            <w:pPr>
              <w:spacing w:after="0"/>
              <w:jc w:val="center"/>
            </w:pPr>
            <w:r>
              <w:rPr>
                <w:color w:val="000000"/>
                <w:sz w:val="13"/>
              </w:rPr>
              <w:t>4</w:t>
            </w:r>
          </w:p>
        </w:tc>
        <w:tc>
          <w:tcPr>
            <w:tcW w:w="1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59963251" w14:textId="77777777" w:rsidR="00183BD2" w:rsidRDefault="00183BD2">
            <w:pPr>
              <w:spacing w:after="0"/>
            </w:pP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721538F2" w14:textId="77777777" w:rsidR="00183BD2" w:rsidRDefault="00183BD2">
            <w:pPr>
              <w:spacing w:after="0"/>
            </w:pP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33368EDB" w14:textId="77777777" w:rsidR="00183BD2" w:rsidRDefault="00183BD2">
            <w:pPr>
              <w:spacing w:after="0"/>
              <w:jc w:val="center"/>
            </w:pP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4F133376" w14:textId="77777777" w:rsidR="00183BD2" w:rsidRDefault="00D40215">
            <w:pPr>
              <w:spacing w:after="0"/>
            </w:pPr>
            <w:r>
              <w:rPr>
                <w:color w:val="000000"/>
                <w:sz w:val="13"/>
              </w:rPr>
              <w:t>$</w:t>
            </w:r>
          </w:p>
        </w:tc>
        <w:tc>
          <w:tcPr>
            <w:tcW w:w="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2EAA0FC8" w14:textId="77777777" w:rsidR="00183BD2" w:rsidRDefault="00D40215">
            <w:pPr>
              <w:spacing w:after="0"/>
              <w:jc w:val="center"/>
            </w:pPr>
            <w:r>
              <w:rPr>
                <w:color w:val="000000"/>
                <w:sz w:val="13"/>
              </w:rPr>
              <w:t>%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4D2C444C" w14:textId="77777777" w:rsidR="00183BD2" w:rsidRDefault="00D40215">
            <w:pPr>
              <w:spacing w:after="0"/>
            </w:pPr>
            <w:r>
              <w:rPr>
                <w:color w:val="000000"/>
                <w:sz w:val="13"/>
              </w:rPr>
              <w:t>$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3644ECE1" w14:textId="77777777" w:rsidR="00183BD2" w:rsidRDefault="00183BD2">
            <w:pPr>
              <w:spacing w:after="0"/>
              <w:jc w:val="center"/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0D404257" w14:textId="77777777" w:rsidR="00183BD2" w:rsidRDefault="00183BD2">
            <w:pPr>
              <w:spacing w:after="0"/>
            </w:pPr>
          </w:p>
        </w:tc>
        <w:tc>
          <w:tcPr>
            <w:tcW w:w="1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753DCBD5" w14:textId="77777777" w:rsidR="00183BD2" w:rsidRDefault="00183BD2">
            <w:pPr>
              <w:spacing w:after="0"/>
            </w:pPr>
          </w:p>
        </w:tc>
      </w:tr>
      <w:tr w:rsidR="00183BD2" w14:paraId="77936797" w14:textId="77777777">
        <w:trPr>
          <w:cantSplit/>
          <w:jc w:val="center"/>
        </w:trPr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474F6127" w14:textId="77777777" w:rsidR="00183BD2" w:rsidRDefault="00D40215">
            <w:pPr>
              <w:spacing w:after="0"/>
              <w:jc w:val="center"/>
            </w:pPr>
            <w:r>
              <w:rPr>
                <w:color w:val="000000"/>
                <w:sz w:val="13"/>
              </w:rPr>
              <w:t>5</w:t>
            </w:r>
          </w:p>
        </w:tc>
        <w:tc>
          <w:tcPr>
            <w:tcW w:w="1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4B4EDF0C" w14:textId="77777777" w:rsidR="00183BD2" w:rsidRDefault="00183BD2">
            <w:pPr>
              <w:spacing w:after="0"/>
            </w:pP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2BCFACF2" w14:textId="77777777" w:rsidR="00183BD2" w:rsidRDefault="00183BD2">
            <w:pPr>
              <w:spacing w:after="0"/>
            </w:pP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592A94BB" w14:textId="77777777" w:rsidR="00183BD2" w:rsidRDefault="00183BD2">
            <w:pPr>
              <w:spacing w:after="0"/>
              <w:jc w:val="center"/>
            </w:pP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5198BB73" w14:textId="77777777" w:rsidR="00183BD2" w:rsidRDefault="00D40215">
            <w:pPr>
              <w:spacing w:after="0"/>
            </w:pPr>
            <w:r>
              <w:rPr>
                <w:color w:val="000000"/>
                <w:sz w:val="13"/>
              </w:rPr>
              <w:t>$</w:t>
            </w:r>
          </w:p>
        </w:tc>
        <w:tc>
          <w:tcPr>
            <w:tcW w:w="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6B5C0BBB" w14:textId="77777777" w:rsidR="00183BD2" w:rsidRDefault="00D40215">
            <w:pPr>
              <w:spacing w:after="0"/>
              <w:jc w:val="center"/>
            </w:pPr>
            <w:r>
              <w:rPr>
                <w:color w:val="000000"/>
                <w:sz w:val="13"/>
              </w:rPr>
              <w:t>%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453B06C9" w14:textId="77777777" w:rsidR="00183BD2" w:rsidRDefault="00D40215">
            <w:pPr>
              <w:spacing w:after="0"/>
            </w:pPr>
            <w:r>
              <w:rPr>
                <w:color w:val="000000"/>
                <w:sz w:val="13"/>
              </w:rPr>
              <w:t>$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04801E9F" w14:textId="77777777" w:rsidR="00183BD2" w:rsidRDefault="00183BD2">
            <w:pPr>
              <w:spacing w:after="0"/>
              <w:jc w:val="center"/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422365D2" w14:textId="77777777" w:rsidR="00183BD2" w:rsidRDefault="00183BD2">
            <w:pPr>
              <w:spacing w:after="0"/>
            </w:pPr>
          </w:p>
        </w:tc>
        <w:tc>
          <w:tcPr>
            <w:tcW w:w="1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6305FBA2" w14:textId="77777777" w:rsidR="00183BD2" w:rsidRDefault="00183BD2">
            <w:pPr>
              <w:spacing w:after="0"/>
            </w:pPr>
          </w:p>
        </w:tc>
      </w:tr>
      <w:tr w:rsidR="00183BD2" w14:paraId="0390D11F" w14:textId="77777777">
        <w:trPr>
          <w:cantSplit/>
          <w:jc w:val="center"/>
        </w:trPr>
        <w:tc>
          <w:tcPr>
            <w:tcW w:w="28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6CFA01B7" w14:textId="77777777" w:rsidR="00183BD2" w:rsidRDefault="00D40215">
            <w:pPr>
              <w:spacing w:after="0"/>
            </w:pPr>
            <w:r>
              <w:rPr>
                <w:b/>
                <w:color w:val="000000"/>
              </w:rPr>
              <w:t>Suma experiencia válida</w:t>
            </w:r>
          </w:p>
        </w:tc>
        <w:tc>
          <w:tcPr>
            <w:tcW w:w="43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4E20BF0B" w14:textId="77777777" w:rsidR="00183BD2" w:rsidRDefault="00D40215">
            <w:pPr>
              <w:spacing w:after="0"/>
            </w:pPr>
            <w:r>
              <w:rPr>
                <w:color w:val="000000"/>
              </w:rPr>
              <w:t>[__________] SMMLV</w:t>
            </w:r>
          </w:p>
        </w:tc>
        <w:tc>
          <w:tcPr>
            <w:tcW w:w="28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594DE2AF" w14:textId="77777777" w:rsidR="00183BD2" w:rsidRDefault="00D40215">
            <w:pPr>
              <w:spacing w:after="0"/>
            </w:pPr>
            <w:r>
              <w:rPr>
                <w:b/>
                <w:color w:val="000000"/>
              </w:rPr>
              <w:t>Presupuesto oficial (IVA incluido)</w:t>
            </w:r>
          </w:p>
        </w:tc>
        <w:tc>
          <w:tcPr>
            <w:tcW w:w="43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1BFE3DAD" w14:textId="77777777" w:rsidR="00183BD2" w:rsidRDefault="00D40215">
            <w:pPr>
              <w:spacing w:after="0"/>
            </w:pPr>
            <w:r>
              <w:rPr>
                <w:color w:val="000000"/>
              </w:rPr>
              <w:t>$724.939.669</w:t>
            </w:r>
          </w:p>
        </w:tc>
      </w:tr>
      <w:tr w:rsidR="00183BD2" w14:paraId="5134791D" w14:textId="77777777">
        <w:trPr>
          <w:cantSplit/>
          <w:jc w:val="center"/>
        </w:trPr>
        <w:tc>
          <w:tcPr>
            <w:tcW w:w="28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65B3395F" w14:textId="77777777" w:rsidR="00183BD2" w:rsidRDefault="00D40215">
            <w:pPr>
              <w:spacing w:after="0"/>
            </w:pPr>
            <w:r>
              <w:rPr>
                <w:b/>
                <w:color w:val="000000"/>
              </w:rPr>
              <w:t>Mínimo exigido</w:t>
            </w:r>
          </w:p>
        </w:tc>
        <w:tc>
          <w:tcPr>
            <w:tcW w:w="43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27ACEAAC" w14:textId="0DD1A9F1" w:rsidR="00183BD2" w:rsidRDefault="00D40215">
            <w:pPr>
              <w:spacing w:after="0"/>
            </w:pPr>
            <w:r>
              <w:rPr>
                <w:color w:val="000000"/>
              </w:rPr>
              <w:t xml:space="preserve">2 × </w:t>
            </w:r>
            <w:proofErr w:type="spellStart"/>
            <w:r>
              <w:rPr>
                <w:color w:val="000000"/>
              </w:rPr>
              <w:t>presupuesto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oficial</w:t>
            </w:r>
            <w:proofErr w:type="spellEnd"/>
            <w:r>
              <w:rPr>
                <w:color w:val="000000"/>
              </w:rPr>
              <w:t xml:space="preserve"> = </w:t>
            </w:r>
            <w:r w:rsidR="00F63D2B">
              <w:rPr>
                <w:color w:val="000000"/>
              </w:rPr>
              <w:t>1</w:t>
            </w:r>
            <w:r w:rsidR="002F150C">
              <w:rPr>
                <w:color w:val="000000"/>
              </w:rPr>
              <w:t>.</w:t>
            </w:r>
            <w:r w:rsidR="00F63D2B">
              <w:rPr>
                <w:color w:val="000000"/>
              </w:rPr>
              <w:t>449</w:t>
            </w:r>
            <w:r w:rsidR="002F150C">
              <w:rPr>
                <w:color w:val="000000"/>
              </w:rPr>
              <w:t>.879.338</w:t>
            </w:r>
          </w:p>
        </w:tc>
        <w:tc>
          <w:tcPr>
            <w:tcW w:w="28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2FB3974F" w14:textId="77777777" w:rsidR="00183BD2" w:rsidRPr="00E442B9" w:rsidRDefault="00D40215">
            <w:pPr>
              <w:spacing w:after="0"/>
              <w:rPr>
                <w:lang w:val="es-CO"/>
              </w:rPr>
            </w:pPr>
            <w:r w:rsidRPr="00E442B9">
              <w:rPr>
                <w:b/>
                <w:color w:val="000000"/>
                <w:lang w:val="es-CO"/>
              </w:rPr>
              <w:t>¿La suma cumple el mínimo?</w:t>
            </w:r>
          </w:p>
        </w:tc>
        <w:tc>
          <w:tcPr>
            <w:tcW w:w="43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17C08ED6" w14:textId="77777777" w:rsidR="00183BD2" w:rsidRDefault="00D40215">
            <w:pPr>
              <w:spacing w:after="0"/>
            </w:pPr>
            <w:r>
              <w:rPr>
                <w:color w:val="000000"/>
              </w:rPr>
              <w:t>☐</w:t>
            </w:r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Sí</w:t>
            </w:r>
            <w:proofErr w:type="spellEnd"/>
            <w:r>
              <w:rPr>
                <w:color w:val="000000"/>
              </w:rPr>
              <w:t xml:space="preserve">   ☐ No</w:t>
            </w:r>
          </w:p>
        </w:tc>
      </w:tr>
      <w:tr w:rsidR="00183BD2" w14:paraId="0D43CF86" w14:textId="77777777">
        <w:trPr>
          <w:cantSplit/>
          <w:jc w:val="center"/>
        </w:trPr>
        <w:tc>
          <w:tcPr>
            <w:tcW w:w="28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6517316A" w14:textId="77777777" w:rsidR="00183BD2" w:rsidRPr="00951553" w:rsidRDefault="00D40215">
            <w:pPr>
              <w:spacing w:after="0"/>
              <w:rPr>
                <w:lang w:val="es-CO"/>
              </w:rPr>
            </w:pPr>
            <w:r w:rsidRPr="00951553">
              <w:rPr>
                <w:b/>
                <w:color w:val="000000"/>
                <w:lang w:val="es-CO"/>
              </w:rPr>
              <w:t>Contrato de estudio de grabación, set o auditorio</w:t>
            </w:r>
          </w:p>
        </w:tc>
        <w:tc>
          <w:tcPr>
            <w:tcW w:w="43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45CF8E38" w14:textId="77777777" w:rsidR="00183BD2" w:rsidRDefault="00D40215">
            <w:pPr>
              <w:spacing w:after="0"/>
            </w:pPr>
            <w:proofErr w:type="spellStart"/>
            <w:r>
              <w:rPr>
                <w:color w:val="000000"/>
              </w:rPr>
              <w:t>Contrato</w:t>
            </w:r>
            <w:proofErr w:type="spell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N.º</w:t>
            </w:r>
            <w:proofErr w:type="gramEnd"/>
            <w:r>
              <w:rPr>
                <w:color w:val="000000"/>
              </w:rPr>
              <w:t xml:space="preserve"> [____]</w:t>
            </w:r>
          </w:p>
        </w:tc>
        <w:tc>
          <w:tcPr>
            <w:tcW w:w="28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468FC499" w14:textId="77777777" w:rsidR="00183BD2" w:rsidRDefault="00D40215">
            <w:pPr>
              <w:spacing w:after="0"/>
            </w:pPr>
            <w:r>
              <w:rPr>
                <w:b/>
                <w:color w:val="000000"/>
              </w:rPr>
              <w:t>Fecha de terminación</w:t>
            </w:r>
          </w:p>
        </w:tc>
        <w:tc>
          <w:tcPr>
            <w:tcW w:w="43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1475FBA6" w14:textId="77777777" w:rsidR="00183BD2" w:rsidRDefault="00D40215">
            <w:pPr>
              <w:spacing w:after="0"/>
            </w:pPr>
            <w:r>
              <w:rPr>
                <w:color w:val="000000"/>
              </w:rPr>
              <w:t>[DD/MM/AAAA]</w:t>
            </w:r>
          </w:p>
        </w:tc>
      </w:tr>
      <w:tr w:rsidR="00183BD2" w14:paraId="16410026" w14:textId="77777777">
        <w:trPr>
          <w:cantSplit/>
          <w:jc w:val="center"/>
        </w:trPr>
        <w:tc>
          <w:tcPr>
            <w:tcW w:w="28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7D7CEE57" w14:textId="77777777" w:rsidR="00183BD2" w:rsidRPr="00E442B9" w:rsidRDefault="00D40215">
            <w:pPr>
              <w:spacing w:after="0"/>
              <w:rPr>
                <w:lang w:val="es-CO"/>
              </w:rPr>
            </w:pPr>
            <w:r>
              <w:t>Experiencia en coordinación interdisciplinaria</w:t>
            </w:r>
          </w:p>
        </w:tc>
        <w:tc>
          <w:tcPr>
            <w:tcW w:w="43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3CD07551" w14:textId="77777777" w:rsidR="00183BD2" w:rsidRDefault="00D40215">
            <w:pPr>
              <w:spacing w:after="0"/>
            </w:pPr>
            <w:proofErr w:type="spellStart"/>
            <w:r>
              <w:rPr>
                <w:color w:val="000000"/>
              </w:rPr>
              <w:t>Contrato</w:t>
            </w:r>
            <w:proofErr w:type="spell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N.º</w:t>
            </w:r>
            <w:proofErr w:type="gramEnd"/>
            <w:r>
              <w:rPr>
                <w:color w:val="000000"/>
              </w:rPr>
              <w:t xml:space="preserve"> [____]</w:t>
            </w:r>
          </w:p>
        </w:tc>
        <w:tc>
          <w:tcPr>
            <w:tcW w:w="28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24318C0E" w14:textId="77777777" w:rsidR="00183BD2" w:rsidRPr="00951553" w:rsidRDefault="00D40215">
            <w:pPr>
              <w:spacing w:after="0"/>
              <w:rPr>
                <w:lang w:val="es-CO"/>
              </w:rPr>
            </w:pPr>
            <w:r>
              <w:t>Total meses válidos: ______  ¿Acredita mínimo veinticuatro (24) meses?</w:t>
            </w:r>
          </w:p>
        </w:tc>
        <w:tc>
          <w:tcPr>
            <w:tcW w:w="43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1BD6B095" w14:textId="77777777" w:rsidR="00183BD2" w:rsidRDefault="00D40215">
            <w:pPr>
              <w:spacing w:after="0"/>
            </w:pPr>
            <w:r>
              <w:rPr>
                <w:color w:val="000000"/>
              </w:rPr>
              <w:t>☐</w:t>
            </w:r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Sí</w:t>
            </w:r>
            <w:proofErr w:type="spellEnd"/>
            <w:r>
              <w:rPr>
                <w:color w:val="000000"/>
              </w:rPr>
              <w:t xml:space="preserve">   ☐ No</w:t>
            </w:r>
          </w:p>
        </w:tc>
      </w:tr>
      <w:tr w:rsidR="00183BD2" w14:paraId="113ACED7" w14:textId="77777777">
        <w:trPr>
          <w:cantSplit/>
          <w:jc w:val="center"/>
        </w:trPr>
        <w:tc>
          <w:tcPr>
            <w:tcW w:w="28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56AF783C" w14:textId="77777777" w:rsidR="00183BD2" w:rsidRPr="00E442B9" w:rsidRDefault="00D40215">
            <w:pPr>
              <w:spacing w:after="0"/>
              <w:rPr>
                <w:lang w:val="es-CO"/>
              </w:rPr>
            </w:pPr>
            <w:r w:rsidRPr="00E442B9">
              <w:rPr>
                <w:b/>
                <w:color w:val="000000"/>
                <w:lang w:val="es-CO"/>
              </w:rPr>
              <w:t>Área acreditada del estudio de grabación, set o auditorio</w:t>
            </w:r>
          </w:p>
        </w:tc>
        <w:tc>
          <w:tcPr>
            <w:tcW w:w="43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24A48C1C" w14:textId="77777777" w:rsidR="00183BD2" w:rsidRDefault="00D40215">
            <w:pPr>
              <w:spacing w:after="0"/>
            </w:pPr>
            <w:r>
              <w:rPr>
                <w:color w:val="000000"/>
              </w:rPr>
              <w:t>[__________] m²</w:t>
            </w:r>
          </w:p>
        </w:tc>
        <w:tc>
          <w:tcPr>
            <w:tcW w:w="28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579FE0BE" w14:textId="26FAAB25" w:rsidR="00183BD2" w:rsidRPr="00E442B9" w:rsidRDefault="00D40215">
            <w:pPr>
              <w:spacing w:after="0"/>
              <w:rPr>
                <w:lang w:val="es-CO"/>
              </w:rPr>
            </w:pPr>
            <w:r>
              <w:t>¿Es igual o superior a 2.000 m²?</w:t>
            </w:r>
          </w:p>
        </w:tc>
        <w:tc>
          <w:tcPr>
            <w:tcW w:w="43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2B7DB94F" w14:textId="77777777" w:rsidR="00183BD2" w:rsidRDefault="00D40215">
            <w:pPr>
              <w:spacing w:after="0"/>
            </w:pPr>
            <w:r>
              <w:rPr>
                <w:color w:val="000000"/>
              </w:rPr>
              <w:t>☐</w:t>
            </w:r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Sí</w:t>
            </w:r>
            <w:proofErr w:type="spellEnd"/>
            <w:r>
              <w:rPr>
                <w:color w:val="000000"/>
              </w:rPr>
              <w:t xml:space="preserve">   ☐ No</w:t>
            </w:r>
          </w:p>
        </w:tc>
      </w:tr>
    </w:tbl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4400"/>
      </w:tblGrid>
      <w:tr w:rsidR="00183BD2" w:rsidRPr="002806A7" w14:paraId="4728535B" w14:textId="77777777">
        <w:trPr>
          <w:jc w:val="center"/>
        </w:trPr>
        <w:tc>
          <w:tcPr>
            <w:tcW w:w="1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>
            <w:r>
              <w:t>CÁLCULO: experiencia reconocida en SMMLV = (valor ejecutado × porcentaje de participación) / SMMLV del año de terminación. PUNTAJE: el mínimo habilitante no asigna puntaje; se otorgan 100 puntos por acreditar un periodo acumulado mínimo de dos (2) años en coordinación interdisciplinaria entre el diseño arquitectónico y las especialidades técnicas; y 100 puntos por acreditar al menos un contrato de estudio de grabación, set o auditorio con área diseñada o intervenida igual o superior a 2.000 m². Máximo: 200 puntos.</w:t>
            </w:r>
          </w:p>
        </w:tc>
      </w:tr>
    </w:tbl>
    <w:p w14:paraId="711299DB" w14:textId="77777777" w:rsidR="00183BD2" w:rsidRDefault="00D40215">
      <w:pPr>
        <w:keepNext/>
        <w:pBdr>
          <w:bottom w:val="single" w:sz="12" w:space="3" w:color="92D050"/>
        </w:pBdr>
        <w:spacing w:before="140" w:after="80"/>
        <w:jc w:val="center"/>
      </w:pPr>
      <w:r>
        <w:rPr>
          <w:b/>
          <w:sz w:val="20"/>
        </w:rPr>
        <w:t>3. DECLARACIÓN Y FIRMA</w:t>
      </w:r>
    </w:p>
    <w:p w14:paraId="71A5518E" w14:textId="77777777" w:rsidR="00183BD2" w:rsidRPr="00E442B9" w:rsidRDefault="00D40215">
      <w:pPr>
        <w:jc w:val="both"/>
        <w:rPr>
          <w:lang w:val="es-CO"/>
        </w:rPr>
      </w:pPr>
      <w:r w:rsidRPr="00E442B9">
        <w:rPr>
          <w:lang w:val="es-CO"/>
        </w:rPr>
        <w:t>Bajo la gravedad de juramento declaro que la información consignada es completa, exacta y verificable; que los contratos fueron ejecutados y terminados antes del cierre; que los valores y porcentajes corresponden a los soportes anexos; y que autorizo a Teleantioquia a verificar la información con los contratantes y fuentes competentes.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200"/>
        <w:gridCol w:w="7200"/>
      </w:tblGrid>
      <w:tr w:rsidR="00183BD2" w14:paraId="780FCBF8" w14:textId="77777777">
        <w:trPr>
          <w:cantSplit/>
          <w:jc w:val="center"/>
        </w:trPr>
        <w:tc>
          <w:tcPr>
            <w:tcW w:w="7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6E369D1C" w14:textId="77777777" w:rsidR="00183BD2" w:rsidRPr="00E442B9" w:rsidRDefault="00D40215">
            <w:pPr>
              <w:spacing w:after="0"/>
              <w:jc w:val="center"/>
              <w:rPr>
                <w:lang w:val="es-CO"/>
              </w:rPr>
            </w:pPr>
            <w:r w:rsidRPr="00E442B9">
              <w:rPr>
                <w:b/>
                <w:color w:val="000000"/>
                <w:lang w:val="es-CO"/>
              </w:rPr>
              <w:t>Nombre del proponente / representante legal</w:t>
            </w:r>
          </w:p>
        </w:tc>
        <w:tc>
          <w:tcPr>
            <w:tcW w:w="7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403623FF" w14:textId="77777777" w:rsidR="00183BD2" w:rsidRDefault="00D40215">
            <w:pPr>
              <w:spacing w:after="0"/>
              <w:jc w:val="center"/>
            </w:pPr>
            <w:proofErr w:type="spellStart"/>
            <w:r>
              <w:rPr>
                <w:b/>
                <w:color w:val="000000"/>
              </w:rPr>
              <w:t>Firma</w:t>
            </w:r>
            <w:proofErr w:type="spellEnd"/>
          </w:p>
        </w:tc>
      </w:tr>
      <w:tr w:rsidR="00183BD2" w14:paraId="69C43D26" w14:textId="77777777">
        <w:trPr>
          <w:cantSplit/>
          <w:jc w:val="center"/>
        </w:trPr>
        <w:tc>
          <w:tcPr>
            <w:tcW w:w="7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1110DD3C" w14:textId="77777777" w:rsidR="00183BD2" w:rsidRDefault="00D40215">
            <w:pPr>
              <w:spacing w:after="0"/>
              <w:jc w:val="center"/>
            </w:pPr>
            <w:r>
              <w:rPr>
                <w:color w:val="000000"/>
              </w:rPr>
              <w:t>[Nombre completo]</w:t>
            </w:r>
          </w:p>
        </w:tc>
        <w:tc>
          <w:tcPr>
            <w:tcW w:w="7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4F040F1A" w14:textId="77777777" w:rsidR="00183BD2" w:rsidRDefault="00D40215">
            <w:pPr>
              <w:spacing w:after="0"/>
              <w:jc w:val="center"/>
            </w:pP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________________________________________</w:t>
            </w:r>
          </w:p>
        </w:tc>
      </w:tr>
      <w:tr w:rsidR="00183BD2" w14:paraId="6AAFAC6D" w14:textId="77777777">
        <w:trPr>
          <w:cantSplit/>
          <w:jc w:val="center"/>
        </w:trPr>
        <w:tc>
          <w:tcPr>
            <w:tcW w:w="7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286AB971" w14:textId="77777777" w:rsidR="00183BD2" w:rsidRDefault="00D40215">
            <w:pPr>
              <w:spacing w:after="0"/>
            </w:pPr>
            <w:r>
              <w:rPr>
                <w:color w:val="000000"/>
              </w:rPr>
              <w:t>C.C. / NIT: [número]</w:t>
            </w:r>
          </w:p>
        </w:tc>
        <w:tc>
          <w:tcPr>
            <w:tcW w:w="7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2158E757" w14:textId="77777777" w:rsidR="00183BD2" w:rsidRDefault="00D40215">
            <w:pPr>
              <w:spacing w:after="0"/>
            </w:pPr>
            <w:r>
              <w:rPr>
                <w:color w:val="000000"/>
              </w:rPr>
              <w:t>Fecha: [DD/MM/AAAA]</w:t>
            </w:r>
          </w:p>
        </w:tc>
      </w:tr>
      <w:tr w:rsidR="00183BD2" w14:paraId="6B8517D8" w14:textId="77777777">
        <w:trPr>
          <w:cantSplit/>
          <w:jc w:val="center"/>
        </w:trPr>
        <w:tc>
          <w:tcPr>
            <w:tcW w:w="7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7076B7CC" w14:textId="77777777" w:rsidR="00183BD2" w:rsidRDefault="00D40215">
            <w:pPr>
              <w:spacing w:after="0"/>
            </w:pPr>
            <w:r>
              <w:rPr>
                <w:color w:val="000000"/>
              </w:rPr>
              <w:t>Correo: [correo]</w:t>
            </w:r>
          </w:p>
        </w:tc>
        <w:tc>
          <w:tcPr>
            <w:tcW w:w="7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15760406" w14:textId="77777777" w:rsidR="00183BD2" w:rsidRDefault="00D40215">
            <w:pPr>
              <w:spacing w:after="0"/>
            </w:pPr>
            <w:r>
              <w:rPr>
                <w:color w:val="000000"/>
              </w:rPr>
              <w:t>Teléfono: [número]</w:t>
            </w:r>
          </w:p>
        </w:tc>
      </w:tr>
    </w:tbl>
    <w:p w14:paraId="145433E1" w14:textId="77777777" w:rsidR="00C84EC5" w:rsidRDefault="00C84EC5"/>
    <w:sectPr w:rsidR="00C84EC5" w:rsidSect="002F4B4D">
      <w:headerReference w:type="default" r:id="rId8"/>
      <w:footerReference w:type="default" r:id="rId9"/>
      <w:pgSz w:w="20160" w:h="12240" w:orient="landscape"/>
      <w:pgMar w:top="1873" w:right="720" w:bottom="792" w:left="720" w:header="317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431C3F3" w14:textId="77777777" w:rsidR="00D40215" w:rsidRDefault="00D40215">
      <w:pPr>
        <w:spacing w:after="0"/>
      </w:pPr>
      <w:r>
        <w:separator/>
      </w:r>
    </w:p>
  </w:endnote>
  <w:endnote w:type="continuationSeparator" w:id="0">
    <w:p w14:paraId="4B0AC547" w14:textId="77777777" w:rsidR="00D40215" w:rsidRDefault="00D4021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DDB3C63" w14:textId="40677207" w:rsidR="00183BD2" w:rsidRDefault="00183BD2">
    <w:pPr>
      <w:pStyle w:val="Piedep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C4F56A5" w14:textId="77777777" w:rsidR="00D40215" w:rsidRDefault="00D40215">
      <w:pPr>
        <w:spacing w:after="0"/>
      </w:pPr>
      <w:r>
        <w:separator/>
      </w:r>
    </w:p>
  </w:footnote>
  <w:footnote w:type="continuationSeparator" w:id="0">
    <w:p w14:paraId="7D4469B0" w14:textId="77777777" w:rsidR="00D40215" w:rsidRDefault="00D4021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DDDC843" w14:textId="77777777" w:rsidR="00183BD2" w:rsidRDefault="00183BD2">
    <w:pPr>
      <w:pStyle w:val="Encabezado"/>
    </w:pPr>
  </w:p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4752"/>
      <w:gridCol w:w="4752"/>
      <w:gridCol w:w="4752"/>
    </w:tblGrid>
    <w:tr w:rsidR="00183BD2" w:rsidRPr="00951553" w14:paraId="1EEDC3E9" w14:textId="77777777">
      <w:trPr>
        <w:jc w:val="center"/>
      </w:trPr>
      <w:tc>
        <w:tcPr>
          <w:tcW w:w="4752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tcMar>
            <w:top w:w="75" w:type="dxa"/>
            <w:left w:w="95" w:type="dxa"/>
            <w:bottom w:w="75" w:type="dxa"/>
            <w:right w:w="95" w:type="dxa"/>
          </w:tcMar>
        </w:tcPr>
        <w:p w14:paraId="10586119" w14:textId="77777777" w:rsidR="00183BD2" w:rsidRDefault="00D40215">
          <w:pPr>
            <w:jc w:val="center"/>
          </w:pPr>
          <w:r>
            <w:rPr>
              <w:noProof/>
            </w:rPr>
            <w:drawing>
              <wp:inline distT="0" distB="0" distL="0" distR="0" wp14:anchorId="7F9E8A56" wp14:editId="002E0094">
                <wp:extent cx="1417320" cy="285846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e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17320" cy="28584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752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tcMar>
            <w:top w:w="75" w:type="dxa"/>
            <w:left w:w="95" w:type="dxa"/>
            <w:bottom w:w="75" w:type="dxa"/>
            <w:right w:w="95" w:type="dxa"/>
          </w:tcMar>
          <w:vAlign w:val="center"/>
        </w:tcPr>
        <w:p w14:paraId="2991BCBF" w14:textId="77777777" w:rsidR="00183BD2" w:rsidRPr="007358E8" w:rsidRDefault="00D40215">
          <w:pPr>
            <w:spacing w:after="0"/>
            <w:jc w:val="center"/>
            <w:rPr>
              <w:lang w:val="es-CO"/>
            </w:rPr>
          </w:pPr>
          <w:r w:rsidRPr="007358E8">
            <w:rPr>
              <w:b/>
              <w:color w:val="000000"/>
              <w:sz w:val="22"/>
              <w:lang w:val="es-CO"/>
            </w:rPr>
            <w:t>FORMATO 3</w:t>
          </w:r>
          <w:r w:rsidRPr="007358E8">
            <w:rPr>
              <w:b/>
              <w:color w:val="000000"/>
              <w:sz w:val="22"/>
              <w:lang w:val="es-CO"/>
            </w:rPr>
            <w:br/>
            <w:t>EXPERIENCIA ESPECÍFICA DEL PROPONENTE</w:t>
          </w:r>
        </w:p>
      </w:tc>
      <w:tc>
        <w:tcPr>
          <w:tcW w:w="4752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tcMar>
            <w:top w:w="75" w:type="dxa"/>
            <w:left w:w="95" w:type="dxa"/>
            <w:bottom w:w="75" w:type="dxa"/>
            <w:right w:w="95" w:type="dxa"/>
          </w:tcMar>
        </w:tcPr>
        <w:p w14:paraId="5702BBDC" w14:textId="4F9CAF95" w:rsidR="00183BD2" w:rsidRPr="007358E8" w:rsidRDefault="00D40215">
          <w:pPr>
            <w:rPr>
              <w:lang w:val="es-CO"/>
            </w:rPr>
          </w:pPr>
          <w:r w:rsidRPr="007358E8">
            <w:rPr>
              <w:b/>
              <w:sz w:val="17"/>
              <w:lang w:val="es-CO"/>
            </w:rPr>
            <w:t xml:space="preserve">Código: </w:t>
          </w:r>
          <w:r w:rsidRPr="007358E8">
            <w:rPr>
              <w:sz w:val="17"/>
              <w:lang w:val="es-CO"/>
            </w:rPr>
            <w:t>FO-7020XX</w:t>
          </w:r>
          <w:r w:rsidRPr="007358E8">
            <w:rPr>
              <w:b/>
              <w:sz w:val="17"/>
              <w:lang w:val="es-CO"/>
            </w:rPr>
            <w:br/>
            <w:t xml:space="preserve">Versión: </w:t>
          </w:r>
          <w:r w:rsidRPr="007358E8">
            <w:rPr>
              <w:sz w:val="17"/>
              <w:lang w:val="es-CO"/>
            </w:rPr>
            <w:t>01</w:t>
          </w:r>
          <w:r w:rsidRPr="007358E8">
            <w:rPr>
              <w:b/>
              <w:sz w:val="17"/>
              <w:lang w:val="es-CO"/>
            </w:rPr>
            <w:br/>
            <w:t xml:space="preserve">Fecha: </w:t>
          </w:r>
          <w:r w:rsidRPr="007358E8">
            <w:rPr>
              <w:sz w:val="17"/>
              <w:lang w:val="es-CO"/>
            </w:rPr>
            <w:t>__/__/2026</w:t>
          </w:r>
          <w:r w:rsidRPr="007358E8">
            <w:rPr>
              <w:b/>
              <w:sz w:val="17"/>
              <w:lang w:val="es-CO"/>
            </w:rPr>
            <w:br/>
            <w:t xml:space="preserve">Página </w:t>
          </w:r>
          <w:r>
            <w:fldChar w:fldCharType="begin"/>
          </w:r>
          <w:r w:rsidRPr="007358E8">
            <w:rPr>
              <w:lang w:val="es-CO"/>
            </w:rPr>
            <w:instrText>PAGE</w:instrText>
          </w:r>
          <w:r>
            <w:fldChar w:fldCharType="separate"/>
          </w:r>
          <w:r w:rsidR="007358E8" w:rsidRPr="007358E8">
            <w:rPr>
              <w:noProof/>
              <w:lang w:val="es-CO"/>
            </w:rPr>
            <w:t>1</w:t>
          </w:r>
          <w:r>
            <w:fldChar w:fldCharType="end"/>
          </w:r>
          <w:r w:rsidRPr="007358E8">
            <w:rPr>
              <w:sz w:val="17"/>
              <w:lang w:val="es-CO"/>
            </w:rPr>
            <w:t xml:space="preserve"> de </w:t>
          </w:r>
          <w:r>
            <w:fldChar w:fldCharType="begin"/>
          </w:r>
          <w:r w:rsidRPr="007358E8">
            <w:rPr>
              <w:lang w:val="es-CO"/>
            </w:rPr>
            <w:instrText>NUMPAGES</w:instrText>
          </w:r>
          <w:r>
            <w:fldChar w:fldCharType="separate"/>
          </w:r>
          <w:r w:rsidR="007358E8" w:rsidRPr="007358E8">
            <w:rPr>
              <w:noProof/>
              <w:lang w:val="es-CO"/>
            </w:rPr>
            <w:t>2</w:t>
          </w:r>
          <w:r>
            <w:fldChar w:fldCharType="end"/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03748384">
    <w:abstractNumId w:val="8"/>
  </w:num>
  <w:num w:numId="2" w16cid:durableId="1064992537">
    <w:abstractNumId w:val="6"/>
  </w:num>
  <w:num w:numId="3" w16cid:durableId="1082458726">
    <w:abstractNumId w:val="5"/>
  </w:num>
  <w:num w:numId="4" w16cid:durableId="820075931">
    <w:abstractNumId w:val="4"/>
  </w:num>
  <w:num w:numId="5" w16cid:durableId="894244232">
    <w:abstractNumId w:val="7"/>
  </w:num>
  <w:num w:numId="6" w16cid:durableId="1020815359">
    <w:abstractNumId w:val="3"/>
  </w:num>
  <w:num w:numId="7" w16cid:durableId="644165098">
    <w:abstractNumId w:val="2"/>
  </w:num>
  <w:num w:numId="8" w16cid:durableId="1580558128">
    <w:abstractNumId w:val="1"/>
  </w:num>
  <w:num w:numId="9" w16cid:durableId="86659989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3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83BD2"/>
    <w:rsid w:val="001B397F"/>
    <w:rsid w:val="002806A7"/>
    <w:rsid w:val="0029639D"/>
    <w:rsid w:val="002F150C"/>
    <w:rsid w:val="002F4B4D"/>
    <w:rsid w:val="00326F90"/>
    <w:rsid w:val="0058219E"/>
    <w:rsid w:val="007358E8"/>
    <w:rsid w:val="007A6FD8"/>
    <w:rsid w:val="0080003C"/>
    <w:rsid w:val="00844B4E"/>
    <w:rsid w:val="00877FA8"/>
    <w:rsid w:val="00951553"/>
    <w:rsid w:val="00AA1D8D"/>
    <w:rsid w:val="00B316F2"/>
    <w:rsid w:val="00B47730"/>
    <w:rsid w:val="00C84EC5"/>
    <w:rsid w:val="00CB0664"/>
    <w:rsid w:val="00D40215"/>
    <w:rsid w:val="00E3143D"/>
    <w:rsid w:val="00E442B9"/>
    <w:rsid w:val="00F63D2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6FABDD78-BB4F-704D-8586-73BBD5185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Arial" w:hAnsi="Arial"/>
      <w:sz w:val="16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7</Pages>
  <Words>1953</Words>
  <Characters>12871</Characters>
  <Application>Microsoft Office Word</Application>
  <DocSecurity>0</DocSecurity>
  <Lines>514</Lines>
  <Paragraphs>463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14361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Camilo Andrés Chaverra Monsalve</cp:lastModifiedBy>
  <cp:revision>12</cp:revision>
  <dcterms:created xsi:type="dcterms:W3CDTF">2026-08-26T00:29:00Z</dcterms:created>
  <dcterms:modified xsi:type="dcterms:W3CDTF">2026-08-31T23:36:00Z</dcterms:modified>
  <cp:category/>
</cp:coreProperties>
</file>