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4320"/>
        <w:gridCol w:w="2880"/>
        <w:gridCol w:w="4320"/>
      </w:tblGrid>
      <w:tr w:rsidR="006A34CB" w:rsidRPr="002470B1" w14:paraId="122DB67A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15AFE4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000000"/>
                <w:sz w:val="20"/>
                <w:szCs w:val="20"/>
                <w:lang w:val="es-ES"/>
              </w:rPr>
              <w:t>Proceso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099079" w14:textId="13B6BC7D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Invitación Pública N.º IP-</w:t>
            </w:r>
            <w:r w:rsidR="0099572E" w:rsidRPr="002470B1">
              <w:rPr>
                <w:color w:val="000000"/>
                <w:sz w:val="20"/>
                <w:szCs w:val="20"/>
                <w:lang w:val="es-ES"/>
              </w:rPr>
              <w:t>45-2026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F85935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000000"/>
                <w:sz w:val="20"/>
                <w:szCs w:val="20"/>
                <w:lang w:val="es-ES"/>
              </w:rPr>
              <w:t>Fecha de cierre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32BA2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[DD/MM/AAAA]</w:t>
            </w:r>
          </w:p>
        </w:tc>
      </w:tr>
      <w:tr w:rsidR="006A34CB" w:rsidRPr="002470B1" w14:paraId="3CA84260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BE2AE0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000000"/>
                <w:sz w:val="20"/>
                <w:szCs w:val="20"/>
                <w:lang w:val="es-ES"/>
              </w:rPr>
              <w:t>Objeto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t>Contratar la elaboración y coordinación integral de los estudios y diseños arquitectónicos y técnicos para la adecuación, modernización y optimización de las instalaciones de Teleantioquia, incluyendo presupuesto, programación y acompañamiento técnico durante la ejecución de la obra.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0CB91E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000000"/>
                <w:sz w:val="20"/>
                <w:szCs w:val="20"/>
                <w:lang w:val="es-ES"/>
              </w:rPr>
              <w:t>Presupuesto oficial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268AD1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$724.939.669 IVA incluido</w:t>
            </w:r>
          </w:p>
        </w:tc>
      </w:tr>
      <w:tr w:rsidR="006A34CB" w:rsidRPr="002470B1" w14:paraId="40C829AE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073D89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000000"/>
                <w:sz w:val="20"/>
                <w:szCs w:val="20"/>
                <w:lang w:val="es-ES"/>
              </w:rPr>
              <w:t>Proponente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D07063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[Nombre o razón social]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74419B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000000"/>
                <w:sz w:val="20"/>
                <w:szCs w:val="20"/>
                <w:lang w:val="es-ES"/>
              </w:rPr>
              <w:t>NIT / C.C.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05C7A0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[Número]</w:t>
            </w:r>
          </w:p>
        </w:tc>
      </w:tr>
      <w:tr w:rsidR="006A34CB" w:rsidRPr="002470B1" w14:paraId="0162432B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F3C8E8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000000"/>
                <w:sz w:val="20"/>
                <w:szCs w:val="20"/>
                <w:lang w:val="es-ES"/>
              </w:rPr>
              <w:t>Tipo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6F5E2B" w14:textId="58F4284F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 xml:space="preserve">☐ Persona natural   ☐ Persona jurídica </w:t>
            </w:r>
            <w:r w:rsidR="001655AF">
              <w:rPr>
                <w:color w:val="000000"/>
                <w:sz w:val="20"/>
                <w:szCs w:val="20"/>
                <w:lang w:val="es-ES"/>
              </w:rPr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7C9B6B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000000"/>
                <w:sz w:val="20"/>
                <w:szCs w:val="20"/>
                <w:lang w:val="es-ES"/>
              </w:rPr>
              <w:t>Representante legal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634531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[Nombre completo]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400"/>
      </w:tblGrid>
      <w:tr w:rsidR="006A34CB" w:rsidRPr="002470B1" w14:paraId="6776D8E0" w14:textId="77777777">
        <w:trPr>
          <w:jc w:val="center"/>
        </w:trPr>
        <w:tc>
          <w:tcPr>
            <w:tcW w:w="1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B77E59" w14:textId="77777777" w:rsidR="006A34CB" w:rsidRPr="002470B1" w:rsidRDefault="0067433E" w:rsidP="002A7790">
            <w:pPr>
              <w:spacing w:after="0"/>
              <w:jc w:val="both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INSTRUCCIONES: registre las cifras exactamente como aparecen en los estados financieros a 31 de diciembre de 2024 y 2025. Los estados deben estar certificados conforme al artículo 37 de la Ley 222 de 1995 y firmados por representante legal y contador; cuando corresponda, también deberán estar dictaminados por revisor fiscal. Exprese todas las cifras en pesos colombianos.</w:t>
            </w:r>
          </w:p>
        </w:tc>
      </w:tr>
    </w:tbl>
    <w:p w14:paraId="556AE5B9" w14:textId="6469CDEA" w:rsidR="006A34CB" w:rsidRPr="002470B1" w:rsidRDefault="0067433E">
      <w:pPr>
        <w:keepNext/>
        <w:pBdr>
          <w:bottom w:val="single" w:sz="12" w:space="3" w:color="92D050"/>
        </w:pBdr>
        <w:spacing w:before="140" w:after="80"/>
        <w:jc w:val="center"/>
        <w:rPr>
          <w:sz w:val="20"/>
          <w:szCs w:val="20"/>
          <w:lang w:val="es-ES"/>
        </w:rPr>
      </w:pPr>
      <w:r w:rsidRPr="002470B1">
        <w:rPr>
          <w:b/>
          <w:sz w:val="20"/>
          <w:szCs w:val="20"/>
          <w:lang w:val="es-ES"/>
        </w:rPr>
        <w:t xml:space="preserve">1. INFORMACIÓN FINANCIERA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00"/>
        <w:gridCol w:w="3960"/>
        <w:gridCol w:w="2592"/>
        <w:gridCol w:w="2592"/>
        <w:gridCol w:w="2400"/>
        <w:gridCol w:w="2400"/>
      </w:tblGrid>
      <w:tr w:rsidR="006A34CB" w:rsidRPr="002470B1" w14:paraId="0B0639F2" w14:textId="77777777" w:rsidTr="00C40842">
        <w:trPr>
          <w:tblHeader/>
          <w:jc w:val="center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FBD25D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FFFFFF"/>
                <w:sz w:val="20"/>
                <w:szCs w:val="20"/>
                <w:lang w:val="es-ES"/>
              </w:rPr>
              <w:t>N.º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C1D954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FFFFFF"/>
                <w:sz w:val="20"/>
                <w:szCs w:val="20"/>
                <w:lang w:val="es-ES"/>
              </w:rPr>
              <w:t>Concepto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BB576A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FFFFFF"/>
                <w:sz w:val="20"/>
                <w:szCs w:val="20"/>
                <w:lang w:val="es-ES"/>
              </w:rPr>
              <w:t>2024 ($)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155207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FFFFFF"/>
                <w:sz w:val="20"/>
                <w:szCs w:val="20"/>
                <w:lang w:val="es-ES"/>
              </w:rPr>
              <w:t>2025 ($)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F8AC2F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FFFFFF"/>
                <w:sz w:val="20"/>
                <w:szCs w:val="20"/>
                <w:lang w:val="es-ES"/>
              </w:rPr>
              <w:t>Folio / archivo 2024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27884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FFFFFF"/>
                <w:sz w:val="20"/>
                <w:szCs w:val="20"/>
                <w:lang w:val="es-ES"/>
              </w:rPr>
              <w:t>Folio / archivo 2025</w:t>
            </w:r>
          </w:p>
        </w:tc>
      </w:tr>
      <w:tr w:rsidR="006A34CB" w:rsidRPr="002470B1" w14:paraId="2BE7E9E8" w14:textId="77777777" w:rsidTr="00C40842">
        <w:trPr>
          <w:cantSplit/>
          <w:jc w:val="center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E9B22A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1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64A00C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Activo corriente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5C94F9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$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CBD92A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$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570FC1" w14:textId="77777777" w:rsidR="006A34CB" w:rsidRPr="002470B1" w:rsidRDefault="006A34CB">
            <w:pPr>
              <w:spacing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041D62" w14:textId="77777777" w:rsidR="006A34CB" w:rsidRPr="002470B1" w:rsidRDefault="006A34CB">
            <w:pPr>
              <w:spacing w:after="0"/>
              <w:rPr>
                <w:sz w:val="20"/>
                <w:szCs w:val="20"/>
                <w:lang w:val="es-ES"/>
              </w:rPr>
            </w:pPr>
          </w:p>
        </w:tc>
      </w:tr>
      <w:tr w:rsidR="006A34CB" w:rsidRPr="002470B1" w14:paraId="430D0026" w14:textId="77777777" w:rsidTr="00C40842">
        <w:trPr>
          <w:cantSplit/>
          <w:jc w:val="center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0530AF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2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29ADC0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Activo no corriente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FB621D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$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EFB152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$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729F3C" w14:textId="77777777" w:rsidR="006A34CB" w:rsidRPr="002470B1" w:rsidRDefault="006A34CB">
            <w:pPr>
              <w:spacing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5391CC" w14:textId="77777777" w:rsidR="006A34CB" w:rsidRPr="002470B1" w:rsidRDefault="006A34CB">
            <w:pPr>
              <w:spacing w:after="0"/>
              <w:rPr>
                <w:sz w:val="20"/>
                <w:szCs w:val="20"/>
                <w:lang w:val="es-ES"/>
              </w:rPr>
            </w:pPr>
          </w:p>
        </w:tc>
      </w:tr>
      <w:tr w:rsidR="006A34CB" w:rsidRPr="002470B1" w14:paraId="3F3DF0FF" w14:textId="77777777" w:rsidTr="00C40842">
        <w:trPr>
          <w:cantSplit/>
          <w:jc w:val="center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CB7EC1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3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CAA0DB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Activo total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89DD3C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$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F8FB05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$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C2DFD0" w14:textId="77777777" w:rsidR="006A34CB" w:rsidRPr="002470B1" w:rsidRDefault="006A34CB">
            <w:pPr>
              <w:spacing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10DEBE" w14:textId="77777777" w:rsidR="006A34CB" w:rsidRPr="002470B1" w:rsidRDefault="006A34CB">
            <w:pPr>
              <w:spacing w:after="0"/>
              <w:rPr>
                <w:sz w:val="20"/>
                <w:szCs w:val="20"/>
                <w:lang w:val="es-ES"/>
              </w:rPr>
            </w:pPr>
          </w:p>
        </w:tc>
      </w:tr>
      <w:tr w:rsidR="006A34CB" w:rsidRPr="002470B1" w14:paraId="531DCBC3" w14:textId="77777777" w:rsidTr="00C40842">
        <w:trPr>
          <w:cantSplit/>
          <w:jc w:val="center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533589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4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39ACE1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Pasivo corriente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A9DAA1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$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351061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$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C23FED" w14:textId="77777777" w:rsidR="006A34CB" w:rsidRPr="002470B1" w:rsidRDefault="006A34CB">
            <w:pPr>
              <w:spacing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1B51CC" w14:textId="77777777" w:rsidR="006A34CB" w:rsidRPr="002470B1" w:rsidRDefault="006A34CB">
            <w:pPr>
              <w:spacing w:after="0"/>
              <w:rPr>
                <w:sz w:val="20"/>
                <w:szCs w:val="20"/>
                <w:lang w:val="es-ES"/>
              </w:rPr>
            </w:pPr>
          </w:p>
        </w:tc>
      </w:tr>
      <w:tr w:rsidR="006A34CB" w:rsidRPr="002470B1" w14:paraId="2B0F13E0" w14:textId="77777777" w:rsidTr="00C40842">
        <w:trPr>
          <w:cantSplit/>
          <w:jc w:val="center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1ECAB6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5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537DE8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Pasivo a largo plazo / no corriente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122CA9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$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482124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$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2C4270" w14:textId="77777777" w:rsidR="006A34CB" w:rsidRPr="002470B1" w:rsidRDefault="006A34CB">
            <w:pPr>
              <w:spacing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FD8CCB" w14:textId="77777777" w:rsidR="006A34CB" w:rsidRPr="002470B1" w:rsidRDefault="006A34CB">
            <w:pPr>
              <w:spacing w:after="0"/>
              <w:rPr>
                <w:sz w:val="20"/>
                <w:szCs w:val="20"/>
                <w:lang w:val="es-ES"/>
              </w:rPr>
            </w:pPr>
          </w:p>
        </w:tc>
      </w:tr>
      <w:tr w:rsidR="006A34CB" w:rsidRPr="002470B1" w14:paraId="39A2EC10" w14:textId="77777777" w:rsidTr="00C40842">
        <w:trPr>
          <w:cantSplit/>
          <w:jc w:val="center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7A40D4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6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15F7A7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Pasivo total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CABE6C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$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F81FB5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$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E540DC" w14:textId="77777777" w:rsidR="006A34CB" w:rsidRPr="002470B1" w:rsidRDefault="006A34CB">
            <w:pPr>
              <w:spacing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F63D86" w14:textId="77777777" w:rsidR="006A34CB" w:rsidRPr="002470B1" w:rsidRDefault="006A34CB">
            <w:pPr>
              <w:spacing w:after="0"/>
              <w:rPr>
                <w:sz w:val="20"/>
                <w:szCs w:val="20"/>
                <w:lang w:val="es-ES"/>
              </w:rPr>
            </w:pPr>
          </w:p>
        </w:tc>
      </w:tr>
      <w:tr w:rsidR="006A34CB" w:rsidRPr="002470B1" w14:paraId="688F5EEA" w14:textId="77777777" w:rsidTr="00C40842">
        <w:trPr>
          <w:cantSplit/>
          <w:jc w:val="center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46E5FF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7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F24CB7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Patrimonio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75E399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$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A91342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$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54D166" w14:textId="77777777" w:rsidR="006A34CB" w:rsidRPr="002470B1" w:rsidRDefault="006A34CB">
            <w:pPr>
              <w:spacing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F20AA7" w14:textId="77777777" w:rsidR="006A34CB" w:rsidRPr="002470B1" w:rsidRDefault="006A34CB">
            <w:pPr>
              <w:spacing w:after="0"/>
              <w:rPr>
                <w:sz w:val="20"/>
                <w:szCs w:val="20"/>
                <w:lang w:val="es-ES"/>
              </w:rPr>
            </w:pPr>
          </w:p>
        </w:tc>
      </w:tr>
    </w:tbl>
    <w:p w14:paraId="2A422F85" w14:textId="77777777" w:rsidR="006C5BA3" w:rsidRDefault="006C5BA3" w:rsidP="006C5BA3">
      <w:pPr>
        <w:keepNext/>
        <w:pBdr>
          <w:bottom w:val="single" w:sz="12" w:space="3" w:color="92D050"/>
        </w:pBdr>
        <w:spacing w:before="140" w:after="80"/>
        <w:rPr>
          <w:b/>
          <w:sz w:val="20"/>
          <w:szCs w:val="20"/>
          <w:lang w:val="es-ES"/>
        </w:rPr>
      </w:pPr>
    </w:p>
    <w:p w14:paraId="551BF4D0" w14:textId="162F28F0" w:rsidR="006A34CB" w:rsidRPr="002470B1" w:rsidRDefault="0067433E">
      <w:pPr>
        <w:keepNext/>
        <w:pBdr>
          <w:bottom w:val="single" w:sz="12" w:space="3" w:color="92D050"/>
        </w:pBdr>
        <w:spacing w:before="140" w:after="80"/>
        <w:jc w:val="center"/>
        <w:rPr>
          <w:sz w:val="20"/>
          <w:szCs w:val="20"/>
          <w:lang w:val="es-ES"/>
        </w:rPr>
      </w:pPr>
      <w:r w:rsidRPr="002470B1">
        <w:rPr>
          <w:b/>
          <w:sz w:val="20"/>
          <w:szCs w:val="20"/>
          <w:lang w:val="es-ES"/>
        </w:rPr>
        <w:t>2. CÁLCULO DE INDICADORES HABILITANTES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3528"/>
        <w:gridCol w:w="1800"/>
        <w:gridCol w:w="1800"/>
        <w:gridCol w:w="1800"/>
        <w:gridCol w:w="1800"/>
        <w:gridCol w:w="1800"/>
        <w:gridCol w:w="2448"/>
      </w:tblGrid>
      <w:tr w:rsidR="006A34CB" w:rsidRPr="002470B1" w14:paraId="64354D25" w14:textId="77777777">
        <w:trPr>
          <w:tblHeader/>
          <w:jc w:val="center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8BC008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FFFFFF"/>
                <w:sz w:val="20"/>
                <w:szCs w:val="20"/>
                <w:lang w:val="es-ES"/>
              </w:rPr>
              <w:t>Indicador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52BF0A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FFFFFF"/>
                <w:sz w:val="20"/>
                <w:szCs w:val="20"/>
                <w:lang w:val="es-ES"/>
              </w:rPr>
              <w:t>Fórmula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7784B9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FFFFFF"/>
                <w:sz w:val="20"/>
                <w:szCs w:val="20"/>
                <w:lang w:val="es-ES"/>
              </w:rPr>
              <w:t>2024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2B9FD9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FFFFFF"/>
                <w:sz w:val="20"/>
                <w:szCs w:val="20"/>
                <w:lang w:val="es-ES"/>
              </w:rPr>
              <w:t>2025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A01E3A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FFFFFF"/>
                <w:sz w:val="20"/>
                <w:szCs w:val="20"/>
                <w:lang w:val="es-ES"/>
              </w:rPr>
              <w:t>Promedio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B45B1B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FFFFFF"/>
                <w:sz w:val="20"/>
                <w:szCs w:val="20"/>
                <w:lang w:val="es-ES"/>
              </w:rPr>
              <w:t>Umbral exigido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17F1F3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FFFFFF"/>
                <w:sz w:val="20"/>
                <w:szCs w:val="20"/>
                <w:lang w:val="es-ES"/>
              </w:rPr>
              <w:t>Cumple S/N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A9DAA2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FFFFFF"/>
                <w:sz w:val="20"/>
                <w:szCs w:val="20"/>
                <w:lang w:val="es-ES"/>
              </w:rPr>
              <w:t>Observación / cálculo</w:t>
            </w:r>
          </w:p>
        </w:tc>
      </w:tr>
      <w:tr w:rsidR="006A34CB" w:rsidRPr="002470B1" w14:paraId="5E277213" w14:textId="77777777">
        <w:trPr>
          <w:cantSplit/>
          <w:jc w:val="center"/>
        </w:trPr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DD6B8A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Razón corriente</w:t>
            </w:r>
          </w:p>
        </w:tc>
        <w:tc>
          <w:tcPr>
            <w:tcW w:w="3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738AF0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Activo corriente / Pasivo corriente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A5F220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[____]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46A6C4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[____]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7891AE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[____]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79B04E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≥ 1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6D6FFD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☐ Sí ☐ No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6DF39B" w14:textId="77777777" w:rsidR="006A34CB" w:rsidRPr="002470B1" w:rsidRDefault="006A34CB">
            <w:pPr>
              <w:spacing w:after="0"/>
              <w:rPr>
                <w:sz w:val="20"/>
                <w:szCs w:val="20"/>
                <w:lang w:val="es-ES"/>
              </w:rPr>
            </w:pPr>
          </w:p>
        </w:tc>
      </w:tr>
      <w:tr w:rsidR="006A34CB" w:rsidRPr="002470B1" w14:paraId="1F50CFB5" w14:textId="77777777">
        <w:trPr>
          <w:cantSplit/>
          <w:jc w:val="center"/>
        </w:trPr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502AE8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Nivel de endeudamiento</w:t>
            </w:r>
          </w:p>
        </w:tc>
        <w:tc>
          <w:tcPr>
            <w:tcW w:w="3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8ABE40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(Pasivo total / Activo total) × 100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B19164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[____] %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2371A2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[____] %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CB388F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[____] %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457E39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≤ 60 %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0813FF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☐ Sí ☐ No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F3D575" w14:textId="77777777" w:rsidR="006A34CB" w:rsidRPr="002470B1" w:rsidRDefault="006A34CB">
            <w:pPr>
              <w:spacing w:after="0"/>
              <w:rPr>
                <w:sz w:val="20"/>
                <w:szCs w:val="20"/>
                <w:lang w:val="es-ES"/>
              </w:rPr>
            </w:pP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400"/>
      </w:tblGrid>
      <w:tr w:rsidR="006A34CB" w:rsidRPr="00C40842" w14:paraId="168024EE" w14:textId="77777777">
        <w:trPr>
          <w:jc w:val="center"/>
        </w:trPr>
        <w:tc>
          <w:tcPr>
            <w:tcW w:w="1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3D234C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lastRenderedPageBreak/>
              <w:t>Para todos los indicadores se calculará el resultado de 2024 y 2025 y se establecerá su promedio: (indicador 2024 + indicador 2025) / 2. La invitación establece que el incumplimiento de cualquiera de los indicadores impide tener en cuenta la propuesta.</w:t>
            </w:r>
          </w:p>
        </w:tc>
      </w:tr>
    </w:tbl>
    <w:p w14:paraId="4D157DC6" w14:textId="77777777" w:rsidR="006A34CB" w:rsidRPr="002470B1" w:rsidRDefault="0067433E">
      <w:pPr>
        <w:keepNext/>
        <w:pBdr>
          <w:bottom w:val="single" w:sz="12" w:space="3" w:color="92D050"/>
        </w:pBdr>
        <w:spacing w:before="140" w:after="80"/>
        <w:jc w:val="center"/>
        <w:rPr>
          <w:sz w:val="20"/>
          <w:szCs w:val="20"/>
          <w:lang w:val="es-ES"/>
        </w:rPr>
      </w:pPr>
      <w:r w:rsidRPr="002470B1">
        <w:rPr>
          <w:b/>
          <w:sz w:val="20"/>
          <w:szCs w:val="20"/>
          <w:lang w:val="es-ES"/>
        </w:rPr>
        <w:t>3. REGLA ALTERNATIVA PARA NIVEL DE ENDEUDAMIENTO SUPERIOR AL 60 %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4320"/>
        <w:gridCol w:w="2880"/>
        <w:gridCol w:w="4320"/>
      </w:tblGrid>
      <w:tr w:rsidR="006A34CB" w:rsidRPr="002470B1" w14:paraId="0A1FFB6A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87016D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000000"/>
                <w:sz w:val="20"/>
                <w:szCs w:val="20"/>
                <w:lang w:val="es-ES"/>
              </w:rPr>
              <w:t>Promedio de endeudamiento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4E8D09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[____] %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857553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000000"/>
                <w:sz w:val="20"/>
                <w:szCs w:val="20"/>
                <w:lang w:val="es-ES"/>
              </w:rPr>
              <w:t>¿Es superior al 60 %?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F2CFEF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☐ Sí   ☐ No</w:t>
            </w:r>
          </w:p>
        </w:tc>
      </w:tr>
      <w:tr w:rsidR="006A34CB" w:rsidRPr="002470B1" w14:paraId="3DC6C53F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FCC117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000000"/>
                <w:sz w:val="20"/>
                <w:szCs w:val="20"/>
                <w:lang w:val="es-ES"/>
              </w:rPr>
              <w:t>Activo total a 31/12/2025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884FF3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$ [________________]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6FC06B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000000"/>
                <w:sz w:val="20"/>
                <w:szCs w:val="20"/>
                <w:lang w:val="es-ES"/>
              </w:rPr>
              <w:t>Pasivo total a 31/12/2025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35A9FA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$ [________________]</w:t>
            </w:r>
          </w:p>
        </w:tc>
      </w:tr>
      <w:tr w:rsidR="006A34CB" w:rsidRPr="002470B1" w14:paraId="3752523E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89CB3F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000000"/>
                <w:sz w:val="20"/>
                <w:szCs w:val="20"/>
                <w:lang w:val="es-ES"/>
              </w:rPr>
              <w:t>Diferencia activo - pasivo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46DCB1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$ [________________]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8D63F8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000000"/>
                <w:sz w:val="20"/>
                <w:szCs w:val="20"/>
                <w:lang w:val="es-ES"/>
              </w:rPr>
              <w:t>Disponibilidad(es) presupuestal(es)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40E9B3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$ [________________]</w:t>
            </w:r>
          </w:p>
        </w:tc>
      </w:tr>
      <w:tr w:rsidR="006A34CB" w:rsidRPr="002470B1" w14:paraId="7594160F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29E2AC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000000"/>
                <w:sz w:val="20"/>
                <w:szCs w:val="20"/>
                <w:lang w:val="es-ES"/>
              </w:rPr>
              <w:t>Regla aplicable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E9CBA2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Activo total - Pasivo total ≥ disponibilidad(es) presupuestal(es)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35D5F4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000000"/>
                <w:sz w:val="20"/>
                <w:szCs w:val="20"/>
                <w:lang w:val="es-ES"/>
              </w:rPr>
              <w:t>¿Cumple regla alternativa?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5DABCA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☐ Sí   ☐ No   ☐ No aplica</w:t>
            </w:r>
          </w:p>
        </w:tc>
      </w:tr>
    </w:tbl>
    <w:p w14:paraId="4D1F27B2" w14:textId="77777777" w:rsidR="006A34CB" w:rsidRPr="002470B1" w:rsidRDefault="0067433E">
      <w:pPr>
        <w:keepNext/>
        <w:pBdr>
          <w:bottom w:val="single" w:sz="12" w:space="3" w:color="92D050"/>
        </w:pBdr>
        <w:spacing w:before="140" w:after="80"/>
        <w:jc w:val="center"/>
        <w:rPr>
          <w:sz w:val="20"/>
          <w:szCs w:val="20"/>
          <w:lang w:val="es-ES"/>
        </w:rPr>
      </w:pPr>
      <w:r w:rsidRPr="002470B1">
        <w:rPr>
          <w:b/>
          <w:sz w:val="20"/>
          <w:szCs w:val="20"/>
          <w:lang w:val="es-ES"/>
        </w:rPr>
        <w:t>4. RELACIÓN DE ESTADOS FINANCIEROS Y SOPORTES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57"/>
        <w:gridCol w:w="2952"/>
        <w:gridCol w:w="2057"/>
        <w:gridCol w:w="2057"/>
        <w:gridCol w:w="2057"/>
        <w:gridCol w:w="2520"/>
        <w:gridCol w:w="3168"/>
      </w:tblGrid>
      <w:tr w:rsidR="006A34CB" w:rsidRPr="002470B1" w14:paraId="1712470F" w14:textId="77777777">
        <w:trPr>
          <w:tblHeader/>
          <w:jc w:val="center"/>
        </w:trPr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42C73C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FFFFFF"/>
                <w:sz w:val="20"/>
                <w:szCs w:val="20"/>
                <w:lang w:val="es-ES"/>
              </w:rPr>
              <w:t>N.º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E20E07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FFFFFF"/>
                <w:sz w:val="20"/>
                <w:szCs w:val="20"/>
                <w:lang w:val="es-ES"/>
              </w:rPr>
              <w:t>Documento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411C74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FFFFFF"/>
                <w:sz w:val="20"/>
                <w:szCs w:val="20"/>
                <w:lang w:val="es-ES"/>
              </w:rPr>
              <w:t>Corte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ED55FF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FFFFFF"/>
                <w:sz w:val="20"/>
                <w:szCs w:val="20"/>
                <w:lang w:val="es-ES"/>
              </w:rPr>
              <w:t>Certificado S/N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08F8E5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FFFFFF"/>
                <w:sz w:val="20"/>
                <w:szCs w:val="20"/>
                <w:lang w:val="es-ES"/>
              </w:rPr>
              <w:t>Dictaminado S/N/NA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413A30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FFFFFF"/>
                <w:sz w:val="20"/>
                <w:szCs w:val="20"/>
                <w:lang w:val="es-ES"/>
              </w:rPr>
              <w:t>Firmantes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622AD6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FFFFFF"/>
                <w:sz w:val="20"/>
                <w:szCs w:val="20"/>
                <w:lang w:val="es-ES"/>
              </w:rPr>
              <w:t>Folio / nombre de archivo</w:t>
            </w:r>
          </w:p>
        </w:tc>
      </w:tr>
      <w:tr w:rsidR="006A34CB" w:rsidRPr="00C40842" w14:paraId="512D0751" w14:textId="77777777">
        <w:trPr>
          <w:cantSplit/>
          <w:jc w:val="center"/>
        </w:trPr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3CD2E8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1</w:t>
            </w:r>
          </w:p>
        </w:tc>
        <w:tc>
          <w:tcPr>
            <w:tcW w:w="2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73DA8F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Estado de situación financiera / Balance general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947657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31/12/2024</w:t>
            </w: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8CD202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☐ Sí ☐ No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614782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☐ Sí ☐ No ☐ NA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010338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Representante legal / contador / revisor fiscal</w:t>
            </w:r>
          </w:p>
        </w:tc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E54FA4" w14:textId="77777777" w:rsidR="006A34CB" w:rsidRPr="002470B1" w:rsidRDefault="006A34CB">
            <w:pPr>
              <w:spacing w:after="0"/>
              <w:rPr>
                <w:sz w:val="20"/>
                <w:szCs w:val="20"/>
                <w:lang w:val="es-ES"/>
              </w:rPr>
            </w:pPr>
          </w:p>
        </w:tc>
      </w:tr>
      <w:tr w:rsidR="006A34CB" w:rsidRPr="00C40842" w14:paraId="6768B971" w14:textId="77777777">
        <w:trPr>
          <w:cantSplit/>
          <w:jc w:val="center"/>
        </w:trPr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7E85DE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2</w:t>
            </w:r>
          </w:p>
        </w:tc>
        <w:tc>
          <w:tcPr>
            <w:tcW w:w="2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E26E83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Estado de resultados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B681C4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31/12/2024</w:t>
            </w: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9CFE71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☐ Sí ☐ No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D9FE68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☐ Sí ☐ No ☐ NA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01AEF3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Representante legal / contador / revisor fiscal</w:t>
            </w:r>
          </w:p>
        </w:tc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A191F2" w14:textId="77777777" w:rsidR="006A34CB" w:rsidRPr="002470B1" w:rsidRDefault="006A34CB">
            <w:pPr>
              <w:spacing w:after="0"/>
              <w:rPr>
                <w:sz w:val="20"/>
                <w:szCs w:val="20"/>
                <w:lang w:val="es-ES"/>
              </w:rPr>
            </w:pPr>
          </w:p>
        </w:tc>
      </w:tr>
      <w:tr w:rsidR="006A34CB" w:rsidRPr="00C40842" w14:paraId="48EB9BE0" w14:textId="77777777">
        <w:trPr>
          <w:cantSplit/>
          <w:jc w:val="center"/>
        </w:trPr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9F1DA9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3</w:t>
            </w:r>
          </w:p>
        </w:tc>
        <w:tc>
          <w:tcPr>
            <w:tcW w:w="2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41AEAA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Notas y certificación de estados financieros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D69A87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31/12/2024</w:t>
            </w: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F3271B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☐ Sí ☐ No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2FE62B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☐ Sí ☐ No ☐ NA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9DAB4D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Representante legal / contador / revisor fiscal</w:t>
            </w:r>
          </w:p>
        </w:tc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C1A534" w14:textId="77777777" w:rsidR="006A34CB" w:rsidRPr="002470B1" w:rsidRDefault="006A34CB">
            <w:pPr>
              <w:spacing w:after="0"/>
              <w:rPr>
                <w:sz w:val="20"/>
                <w:szCs w:val="20"/>
                <w:lang w:val="es-ES"/>
              </w:rPr>
            </w:pPr>
          </w:p>
        </w:tc>
      </w:tr>
      <w:tr w:rsidR="006A34CB" w:rsidRPr="00C40842" w14:paraId="114E5274" w14:textId="77777777">
        <w:trPr>
          <w:cantSplit/>
          <w:jc w:val="center"/>
        </w:trPr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C7AE01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4</w:t>
            </w:r>
          </w:p>
        </w:tc>
        <w:tc>
          <w:tcPr>
            <w:tcW w:w="2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6B16BC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Estado de situación financiera / Balance general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53F0E2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31/12/2025</w:t>
            </w: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4CC5A0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☐ Sí ☐ No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465574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☐ Sí ☐ No ☐ NA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49242C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Representante legal / contador / revisor fiscal</w:t>
            </w:r>
          </w:p>
        </w:tc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FD8E70" w14:textId="77777777" w:rsidR="006A34CB" w:rsidRPr="002470B1" w:rsidRDefault="006A34CB">
            <w:pPr>
              <w:spacing w:after="0"/>
              <w:rPr>
                <w:sz w:val="20"/>
                <w:szCs w:val="20"/>
                <w:lang w:val="es-ES"/>
              </w:rPr>
            </w:pPr>
          </w:p>
        </w:tc>
      </w:tr>
      <w:tr w:rsidR="006A34CB" w:rsidRPr="00C40842" w14:paraId="3D6BCF60" w14:textId="77777777">
        <w:trPr>
          <w:cantSplit/>
          <w:jc w:val="center"/>
        </w:trPr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BDF7F9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5</w:t>
            </w:r>
          </w:p>
        </w:tc>
        <w:tc>
          <w:tcPr>
            <w:tcW w:w="2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DEB80B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Estado de resultados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473465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31/12/2025</w:t>
            </w: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B1DB96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☐ Sí ☐ No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41DB9D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☐ Sí ☐ No ☐ NA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92F2DF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Representante legal / contador / revisor fiscal</w:t>
            </w:r>
          </w:p>
        </w:tc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7C30E0" w14:textId="77777777" w:rsidR="006A34CB" w:rsidRPr="002470B1" w:rsidRDefault="006A34CB">
            <w:pPr>
              <w:spacing w:after="0"/>
              <w:rPr>
                <w:sz w:val="20"/>
                <w:szCs w:val="20"/>
                <w:lang w:val="es-ES"/>
              </w:rPr>
            </w:pPr>
          </w:p>
        </w:tc>
      </w:tr>
      <w:tr w:rsidR="006A34CB" w:rsidRPr="00C40842" w14:paraId="2E0578DD" w14:textId="77777777">
        <w:trPr>
          <w:cantSplit/>
          <w:jc w:val="center"/>
        </w:trPr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FF7315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6</w:t>
            </w:r>
          </w:p>
        </w:tc>
        <w:tc>
          <w:tcPr>
            <w:tcW w:w="2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EEEB55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Notas y certificación de estados financieros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C6FBB7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31/12/2025</w:t>
            </w: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B35B2C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☐ Sí ☐ No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BD6999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☐ Sí ☐ No ☐ NA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88D86B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Representante legal / contador / revisor fiscal</w:t>
            </w:r>
          </w:p>
        </w:tc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E33F70" w14:textId="77777777" w:rsidR="006A34CB" w:rsidRPr="002470B1" w:rsidRDefault="006A34CB">
            <w:pPr>
              <w:spacing w:after="0"/>
              <w:rPr>
                <w:sz w:val="20"/>
                <w:szCs w:val="20"/>
                <w:lang w:val="es-ES"/>
              </w:rPr>
            </w:pPr>
          </w:p>
        </w:tc>
      </w:tr>
      <w:tr w:rsidR="006A34CB" w:rsidRPr="002470B1" w14:paraId="2C4D20BF" w14:textId="77777777">
        <w:trPr>
          <w:cantSplit/>
          <w:jc w:val="center"/>
        </w:trPr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FA9393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7</w:t>
            </w:r>
          </w:p>
        </w:tc>
        <w:tc>
          <w:tcPr>
            <w:tcW w:w="2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FC275A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Tarjeta profesional y antecedentes del contador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7E5CF8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Vigente</w:t>
            </w: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C1758E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☐ Sí ☐ No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C7A2CD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No aplica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BD609F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Contador</w:t>
            </w:r>
          </w:p>
        </w:tc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309EE8" w14:textId="77777777" w:rsidR="006A34CB" w:rsidRPr="002470B1" w:rsidRDefault="006A34CB">
            <w:pPr>
              <w:spacing w:after="0"/>
              <w:rPr>
                <w:sz w:val="20"/>
                <w:szCs w:val="20"/>
                <w:lang w:val="es-ES"/>
              </w:rPr>
            </w:pPr>
          </w:p>
        </w:tc>
      </w:tr>
      <w:tr w:rsidR="006A34CB" w:rsidRPr="002470B1" w14:paraId="505A6AB1" w14:textId="77777777">
        <w:trPr>
          <w:cantSplit/>
          <w:jc w:val="center"/>
        </w:trPr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EDF988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lastRenderedPageBreak/>
              <w:t>8</w:t>
            </w:r>
          </w:p>
        </w:tc>
        <w:tc>
          <w:tcPr>
            <w:tcW w:w="2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AAE73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Tarjeta profesional y antecedentes del revisor fiscal, si aplica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5335AA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Vigente</w:t>
            </w: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3E83F7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☐ Sí ☐ No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595FF7" w14:textId="77777777" w:rsidR="006A34CB" w:rsidRPr="002470B1" w:rsidRDefault="0067433E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No aplica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C35A47" w14:textId="77777777" w:rsidR="006A34CB" w:rsidRPr="002470B1" w:rsidRDefault="0067433E">
            <w:pPr>
              <w:spacing w:after="0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Revisor fiscal</w:t>
            </w:r>
          </w:p>
        </w:tc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6B1D93" w14:textId="77777777" w:rsidR="006A34CB" w:rsidRPr="002470B1" w:rsidRDefault="006A34CB">
            <w:pPr>
              <w:spacing w:after="0"/>
              <w:rPr>
                <w:sz w:val="20"/>
                <w:szCs w:val="20"/>
                <w:lang w:val="es-ES"/>
              </w:rPr>
            </w:pPr>
          </w:p>
        </w:tc>
      </w:tr>
    </w:tbl>
    <w:p w14:paraId="37BBDD6C" w14:textId="77777777" w:rsidR="006A34CB" w:rsidRPr="002470B1" w:rsidRDefault="0067433E">
      <w:pPr>
        <w:keepNext/>
        <w:pBdr>
          <w:bottom w:val="single" w:sz="12" w:space="3" w:color="92D050"/>
        </w:pBdr>
        <w:spacing w:before="140" w:after="80"/>
        <w:jc w:val="center"/>
        <w:rPr>
          <w:sz w:val="20"/>
          <w:szCs w:val="20"/>
          <w:lang w:val="es-ES"/>
        </w:rPr>
      </w:pPr>
      <w:r w:rsidRPr="002470B1">
        <w:rPr>
          <w:b/>
          <w:sz w:val="20"/>
          <w:szCs w:val="20"/>
          <w:lang w:val="es-ES"/>
        </w:rPr>
        <w:t>5. CERTIFICACIÓN BAJO GRAVEDAD DE JURAMENTO</w:t>
      </w:r>
    </w:p>
    <w:p w14:paraId="3D2A38E6" w14:textId="77777777" w:rsidR="006A34CB" w:rsidRPr="002470B1" w:rsidRDefault="0067433E">
      <w:pPr>
        <w:jc w:val="both"/>
        <w:rPr>
          <w:sz w:val="20"/>
          <w:szCs w:val="20"/>
          <w:lang w:val="es-ES"/>
        </w:rPr>
      </w:pPr>
      <w:r w:rsidRPr="002470B1">
        <w:rPr>
          <w:sz w:val="20"/>
          <w:szCs w:val="20"/>
          <w:lang w:val="es-ES"/>
        </w:rPr>
        <w:t>El representante legal y el contador certifican, bajo la gravedad de juramento, que las cifras consignadas en este formato son completas, exactas y corresponden a los estados financieros anexos; que dichos estados reflejan razonablemente la situación financiera del proponente; que no se han alterado cifras para efectos del proceso; y que autorizan a Teleantioquia para verificar la información con las autoridades, entidades financieras, cámaras de comercio y demás fuentes legalmente habilitadas.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00"/>
        <w:gridCol w:w="4800"/>
      </w:tblGrid>
      <w:tr w:rsidR="00C40842" w:rsidRPr="002470B1" w14:paraId="77AC4939" w14:textId="77777777">
        <w:trPr>
          <w:cantSplit/>
          <w:jc w:val="center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D5A008" w14:textId="77777777" w:rsidR="00C40842" w:rsidRPr="002470B1" w:rsidRDefault="00C40842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000000"/>
                <w:sz w:val="20"/>
                <w:szCs w:val="20"/>
                <w:lang w:val="es-ES"/>
              </w:rPr>
              <w:t>Representante legal / persona natural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690987" w14:textId="77777777" w:rsidR="00C40842" w:rsidRPr="002470B1" w:rsidRDefault="00C40842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b/>
                <w:color w:val="000000"/>
                <w:sz w:val="20"/>
                <w:szCs w:val="20"/>
                <w:lang w:val="es-ES"/>
              </w:rPr>
              <w:t>Contador público</w:t>
            </w:r>
          </w:p>
        </w:tc>
      </w:tr>
      <w:tr w:rsidR="00C40842" w:rsidRPr="002470B1" w14:paraId="7695CE4D" w14:textId="77777777">
        <w:trPr>
          <w:cantSplit/>
          <w:jc w:val="center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821408" w14:textId="77777777" w:rsidR="00C40842" w:rsidRPr="002470B1" w:rsidRDefault="00C40842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br/>
              <w:t>Firma: __________________________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474834" w14:textId="77777777" w:rsidR="00C40842" w:rsidRPr="002470B1" w:rsidRDefault="00C40842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br/>
              <w:t>Firma: __________________________</w:t>
            </w:r>
          </w:p>
        </w:tc>
      </w:tr>
      <w:tr w:rsidR="00C40842" w:rsidRPr="002470B1" w14:paraId="11F82355" w14:textId="77777777">
        <w:trPr>
          <w:cantSplit/>
          <w:jc w:val="center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18504A" w14:textId="77777777" w:rsidR="00C40842" w:rsidRPr="002470B1" w:rsidRDefault="00C40842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Nombre: [____________________]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CD0B82" w14:textId="77777777" w:rsidR="00C40842" w:rsidRPr="002470B1" w:rsidRDefault="00C40842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Nombre: [____________________]</w:t>
            </w:r>
          </w:p>
        </w:tc>
      </w:tr>
      <w:tr w:rsidR="00C40842" w:rsidRPr="002470B1" w14:paraId="2A417AB4" w14:textId="77777777">
        <w:trPr>
          <w:cantSplit/>
          <w:jc w:val="center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702E2C" w14:textId="77777777" w:rsidR="00C40842" w:rsidRPr="002470B1" w:rsidRDefault="00C40842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C.C.: [__________]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A833F7" w14:textId="77777777" w:rsidR="00C40842" w:rsidRPr="002470B1" w:rsidRDefault="00C40842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2470B1">
              <w:rPr>
                <w:color w:val="000000"/>
                <w:sz w:val="20"/>
                <w:szCs w:val="20"/>
                <w:lang w:val="es-ES"/>
              </w:rPr>
              <w:t>C.C.: [__________</w:t>
            </w:r>
            <w:proofErr w:type="gramStart"/>
            <w:r w:rsidRPr="002470B1">
              <w:rPr>
                <w:color w:val="000000"/>
                <w:sz w:val="20"/>
                <w:szCs w:val="20"/>
                <w:lang w:val="es-ES"/>
              </w:rPr>
              <w:t>]  T.P.</w:t>
            </w:r>
            <w:proofErr w:type="gramEnd"/>
            <w:r w:rsidRPr="002470B1">
              <w:rPr>
                <w:color w:val="000000"/>
                <w:sz w:val="20"/>
                <w:szCs w:val="20"/>
                <w:lang w:val="es-ES"/>
              </w:rPr>
              <w:t>: [__________]</w:t>
            </w:r>
          </w:p>
        </w:tc>
      </w:tr>
    </w:tbl>
    <w:p w14:paraId="5C92C426" w14:textId="77777777" w:rsidR="00493CA1" w:rsidRPr="002470B1" w:rsidRDefault="00493CA1" w:rsidP="00493CA1">
      <w:pPr>
        <w:spacing w:before="120"/>
        <w:jc w:val="center"/>
        <w:rPr>
          <w:i/>
          <w:color w:val="666666"/>
          <w:sz w:val="20"/>
          <w:szCs w:val="20"/>
          <w:lang w:val="es-ES"/>
        </w:rPr>
      </w:pPr>
      <w:r w:rsidRPr="002470B1">
        <w:rPr>
          <w:i/>
          <w:color w:val="666666"/>
          <w:sz w:val="20"/>
          <w:szCs w:val="20"/>
          <w:lang w:val="es-ES"/>
        </w:rPr>
        <w:t>Nota para el diligenciamiento: reemplace todos los campos entre corchetes, marque las opciones aplicables y no suprima ni modifique las declaraciones. No se admiten consorcios, uniones temporales ni otros proponentes plurales.</w:t>
      </w:r>
    </w:p>
    <w:p w14:paraId="31BF0DD5" w14:textId="41CA78CF" w:rsidR="00493CA1" w:rsidRPr="002470B1" w:rsidRDefault="00493CA1" w:rsidP="00493CA1">
      <w:pPr>
        <w:spacing w:after="0"/>
        <w:jc w:val="center"/>
        <w:rPr>
          <w:b/>
          <w:bCs/>
          <w:i/>
          <w:iCs/>
          <w:color w:val="808080" w:themeColor="background1" w:themeShade="80"/>
          <w:sz w:val="20"/>
          <w:szCs w:val="20"/>
          <w:lang w:val="es-ES"/>
        </w:rPr>
      </w:pPr>
      <w:r w:rsidRPr="002470B1">
        <w:rPr>
          <w:b/>
          <w:bCs/>
          <w:i/>
          <w:iCs/>
          <w:color w:val="808080" w:themeColor="background1" w:themeShade="80"/>
          <w:sz w:val="20"/>
          <w:szCs w:val="20"/>
          <w:lang w:val="es-ES"/>
        </w:rPr>
        <w:t>RECUERDE ANEXAR LOS DOCUMENTOS SOPORTE A ESTE FORMATO</w:t>
      </w:r>
    </w:p>
    <w:p w14:paraId="4BA85433" w14:textId="77777777" w:rsidR="0064474C" w:rsidRPr="002470B1" w:rsidRDefault="0064474C">
      <w:pPr>
        <w:rPr>
          <w:sz w:val="20"/>
          <w:szCs w:val="20"/>
          <w:lang w:val="es-ES"/>
        </w:rPr>
      </w:pPr>
    </w:p>
    <w:sectPr w:rsidR="0064474C" w:rsidRPr="002470B1" w:rsidSect="00493CA1">
      <w:headerReference w:type="default" r:id="rId8"/>
      <w:footerReference w:type="default" r:id="rId9"/>
      <w:pgSz w:w="20160" w:h="12240" w:orient="landscape"/>
      <w:pgMar w:top="1969" w:right="720" w:bottom="720" w:left="720" w:header="288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B77D58" w14:textId="77777777" w:rsidR="00D079C8" w:rsidRDefault="00D079C8">
      <w:pPr>
        <w:spacing w:after="0"/>
      </w:pPr>
      <w:r>
        <w:separator/>
      </w:r>
    </w:p>
  </w:endnote>
  <w:endnote w:type="continuationSeparator" w:id="0">
    <w:p w14:paraId="112A867A" w14:textId="77777777" w:rsidR="00D079C8" w:rsidRDefault="00D079C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ADEABC" w14:textId="18EA5B5F" w:rsidR="006A34CB" w:rsidRDefault="006A34CB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7EBBE1" w14:textId="77777777" w:rsidR="00D079C8" w:rsidRDefault="00D079C8">
      <w:pPr>
        <w:spacing w:after="0"/>
      </w:pPr>
      <w:r>
        <w:separator/>
      </w:r>
    </w:p>
  </w:footnote>
  <w:footnote w:type="continuationSeparator" w:id="0">
    <w:p w14:paraId="76124036" w14:textId="77777777" w:rsidR="00D079C8" w:rsidRDefault="00D079C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BA1B61" w14:textId="77777777" w:rsidR="006A34CB" w:rsidRDefault="006A34CB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752"/>
      <w:gridCol w:w="4752"/>
      <w:gridCol w:w="4752"/>
    </w:tblGrid>
    <w:tr w:rsidR="006A34CB" w:rsidRPr="00124F50" w14:paraId="458D30AF" w14:textId="77777777">
      <w:trPr>
        <w:jc w:val="center"/>
      </w:trPr>
      <w:tc>
        <w:tcPr>
          <w:tcW w:w="475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80" w:type="dxa"/>
            <w:left w:w="100" w:type="dxa"/>
            <w:bottom w:w="80" w:type="dxa"/>
            <w:right w:w="100" w:type="dxa"/>
          </w:tcMar>
        </w:tcPr>
        <w:p w14:paraId="61B9244A" w14:textId="77777777" w:rsidR="006A34CB" w:rsidRDefault="0067433E">
          <w:pPr>
            <w:jc w:val="center"/>
          </w:pPr>
          <w:r>
            <w:rPr>
              <w:noProof/>
            </w:rPr>
            <w:drawing>
              <wp:inline distT="0" distB="0" distL="0" distR="0" wp14:anchorId="1EACB766" wp14:editId="630499B2">
                <wp:extent cx="1417320" cy="28584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e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2858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5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80" w:type="dxa"/>
            <w:left w:w="100" w:type="dxa"/>
            <w:bottom w:w="80" w:type="dxa"/>
            <w:right w:w="100" w:type="dxa"/>
          </w:tcMar>
          <w:vAlign w:val="center"/>
        </w:tcPr>
        <w:p w14:paraId="16B212BC" w14:textId="77777777" w:rsidR="006A34CB" w:rsidRPr="00124F50" w:rsidRDefault="0067433E">
          <w:pPr>
            <w:spacing w:after="0"/>
            <w:jc w:val="center"/>
            <w:rPr>
              <w:lang w:val="es-CO"/>
            </w:rPr>
          </w:pPr>
          <w:r w:rsidRPr="00124F50">
            <w:rPr>
              <w:b/>
              <w:color w:val="000000"/>
              <w:sz w:val="22"/>
              <w:lang w:val="es-CO"/>
            </w:rPr>
            <w:t>FORMATO 8</w:t>
          </w:r>
          <w:r w:rsidRPr="00124F50">
            <w:rPr>
              <w:b/>
              <w:color w:val="000000"/>
              <w:sz w:val="22"/>
              <w:lang w:val="es-CO"/>
            </w:rPr>
            <w:br/>
            <w:t>REQUISITOS E INDICADORES FINANCIEROS</w:t>
          </w:r>
        </w:p>
      </w:tc>
      <w:tc>
        <w:tcPr>
          <w:tcW w:w="475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80" w:type="dxa"/>
            <w:left w:w="100" w:type="dxa"/>
            <w:bottom w:w="80" w:type="dxa"/>
            <w:right w:w="100" w:type="dxa"/>
          </w:tcMar>
        </w:tcPr>
        <w:p w14:paraId="488586B2" w14:textId="1EECC4B4" w:rsidR="006A34CB" w:rsidRPr="00124F50" w:rsidRDefault="0067433E">
          <w:pPr>
            <w:rPr>
              <w:lang w:val="es-CO"/>
            </w:rPr>
          </w:pPr>
          <w:r w:rsidRPr="00124F50">
            <w:rPr>
              <w:b/>
              <w:sz w:val="17"/>
              <w:lang w:val="es-CO"/>
            </w:rPr>
            <w:br/>
            <w:t xml:space="preserve">Página </w:t>
          </w:r>
          <w:r>
            <w:fldChar w:fldCharType="begin"/>
          </w:r>
          <w:r w:rsidRPr="00124F50">
            <w:rPr>
              <w:lang w:val="es-CO"/>
            </w:rPr>
            <w:instrText>PAGE</w:instrText>
          </w:r>
          <w:r>
            <w:fldChar w:fldCharType="separate"/>
          </w:r>
          <w:r w:rsidR="00124F50" w:rsidRPr="00124F50">
            <w:rPr>
              <w:noProof/>
              <w:lang w:val="es-CO"/>
            </w:rPr>
            <w:t>1</w:t>
          </w:r>
          <w:r>
            <w:fldChar w:fldCharType="end"/>
          </w:r>
          <w:r w:rsidRPr="00124F50">
            <w:rPr>
              <w:sz w:val="17"/>
              <w:lang w:val="es-CO"/>
            </w:rPr>
            <w:t xml:space="preserve"> de </w:t>
          </w:r>
          <w:r>
            <w:fldChar w:fldCharType="begin"/>
          </w:r>
          <w:r w:rsidRPr="00124F50">
            <w:rPr>
              <w:lang w:val="es-CO"/>
            </w:rPr>
            <w:instrText>NUMPAGES</w:instrText>
          </w:r>
          <w:r>
            <w:fldChar w:fldCharType="separate"/>
          </w:r>
          <w:r w:rsidR="00124F50" w:rsidRPr="00124F50">
            <w:rPr>
              <w:noProof/>
              <w:lang w:val="es-CO"/>
            </w:rPr>
            <w:t>1</w:t>
          </w:r>
          <w:r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5147988">
    <w:abstractNumId w:val="8"/>
  </w:num>
  <w:num w:numId="2" w16cid:durableId="1912538330">
    <w:abstractNumId w:val="6"/>
  </w:num>
  <w:num w:numId="3" w16cid:durableId="1275409328">
    <w:abstractNumId w:val="5"/>
  </w:num>
  <w:num w:numId="4" w16cid:durableId="149560294">
    <w:abstractNumId w:val="4"/>
  </w:num>
  <w:num w:numId="5" w16cid:durableId="1886142377">
    <w:abstractNumId w:val="7"/>
  </w:num>
  <w:num w:numId="6" w16cid:durableId="1616252281">
    <w:abstractNumId w:val="3"/>
  </w:num>
  <w:num w:numId="7" w16cid:durableId="539365287">
    <w:abstractNumId w:val="2"/>
  </w:num>
  <w:num w:numId="8" w16cid:durableId="1361005554">
    <w:abstractNumId w:val="1"/>
  </w:num>
  <w:num w:numId="9" w16cid:durableId="14073422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19D3"/>
    <w:rsid w:val="00124F50"/>
    <w:rsid w:val="0015074B"/>
    <w:rsid w:val="001655AF"/>
    <w:rsid w:val="002470B1"/>
    <w:rsid w:val="0029639D"/>
    <w:rsid w:val="002A7790"/>
    <w:rsid w:val="002C25C4"/>
    <w:rsid w:val="00326F90"/>
    <w:rsid w:val="00493CA1"/>
    <w:rsid w:val="0058219E"/>
    <w:rsid w:val="0064474C"/>
    <w:rsid w:val="0067433E"/>
    <w:rsid w:val="006A34CB"/>
    <w:rsid w:val="006C5BA3"/>
    <w:rsid w:val="007A7296"/>
    <w:rsid w:val="0088760F"/>
    <w:rsid w:val="0099572E"/>
    <w:rsid w:val="00AA1D8D"/>
    <w:rsid w:val="00B47730"/>
    <w:rsid w:val="00BA334D"/>
    <w:rsid w:val="00BC7F87"/>
    <w:rsid w:val="00C40842"/>
    <w:rsid w:val="00CB0664"/>
    <w:rsid w:val="00D079C8"/>
    <w:rsid w:val="00DB50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A288544A-FB90-2A45-91C2-D758873C5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16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3</Pages>
  <Words>639</Words>
  <Characters>3628</Characters>
  <Application>Microsoft Office Word</Application>
  <DocSecurity>0</DocSecurity>
  <Lines>213</Lines>
  <Paragraphs>193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Camilo Andrés Chaverra Monsalve</cp:lastModifiedBy>
  <cp:revision>5</cp:revision>
  <dcterms:created xsi:type="dcterms:W3CDTF">2026-08-19T22:03:00Z</dcterms:created>
  <dcterms:modified xsi:type="dcterms:W3CDTF">2026-08-26T01:57:00Z</dcterms:modified>
  <cp:category/>
</cp:coreProperties>
</file>