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2880"/>
        <w:gridCol w:w="4320"/>
        <w:gridCol w:w="2880"/>
        <w:gridCol w:w="4320"/>
      </w:tblGrid>
      <w:tr w:rsidR="009D0236" w14:paraId="2B1DE6C7"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05FA818F" w14:textId="77777777" w:rsidR="009D0236" w:rsidRDefault="008E331E">
            <w:pPr>
              <w:spacing w:after="0"/>
            </w:pPr>
            <w:r>
              <w:rPr>
                <w:b/>
                <w:color w:val="000000"/>
              </w:rPr>
              <w:t>Proceso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7649040B" w14:textId="77777777" w:rsidR="009D0236" w:rsidRPr="00CC14C9" w:rsidRDefault="008E331E">
            <w:pPr>
              <w:spacing w:after="0"/>
              <w:rPr>
                <w:lang w:val="es-CO"/>
              </w:rPr>
            </w:pPr>
            <w:r w:rsidRPr="00CC14C9">
              <w:rPr>
                <w:color w:val="000000"/>
                <w:lang w:val="es-CO"/>
              </w:rPr>
              <w:t>Invitación Pública N.º IP 45-2026</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6A2D1A91" w14:textId="77777777" w:rsidR="009D0236" w:rsidRDefault="008E331E">
            <w:pPr>
              <w:spacing w:after="0"/>
            </w:pPr>
            <w:proofErr w:type="spellStart"/>
            <w:r>
              <w:rPr>
                <w:b/>
                <w:color w:val="000000"/>
              </w:rPr>
              <w:t>Fecha</w:t>
            </w:r>
            <w:proofErr w:type="spellEnd"/>
            <w:r>
              <w:rPr>
                <w:b/>
                <w:color w:val="000000"/>
              </w:rPr>
              <w:t xml:space="preserve"> de </w:t>
            </w:r>
            <w:proofErr w:type="spellStart"/>
            <w:r>
              <w:rPr>
                <w:b/>
                <w:color w:val="000000"/>
              </w:rPr>
              <w:t>cierre</w:t>
            </w:r>
            <w:proofErr w:type="spellEnd"/>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F61198C" w14:textId="77777777" w:rsidR="009D0236" w:rsidRDefault="008E331E">
            <w:pPr>
              <w:spacing w:after="0"/>
            </w:pPr>
            <w:r>
              <w:rPr>
                <w:color w:val="000000"/>
              </w:rPr>
              <w:t>[DD/MM/AAAA]</w:t>
            </w:r>
          </w:p>
        </w:tc>
      </w:tr>
      <w:tr w:rsidR="009D0236" w14:paraId="02C2925F"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352B2EBE" w14:textId="77777777" w:rsidR="009D0236" w:rsidRDefault="008E331E">
            <w:pPr>
              <w:spacing w:after="0"/>
            </w:pPr>
            <w:r>
              <w:rPr>
                <w:b/>
                <w:color w:val="000000"/>
              </w:rPr>
              <w:t>Objeto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4AD0FAE" w14:textId="77777777" w:rsidR="009D0236" w:rsidRPr="00CC14C9" w:rsidRDefault="008E331E">
            <w:pPr>
              <w:spacing w:after="0"/>
              <w:rPr>
                <w:lang w:val="es-CO"/>
              </w:rPr>
            </w:pPr>
            <w:r w:rsidRPr="00CC14C9">
              <w:rPr>
                <w:color w:val="000000"/>
                <w:lang w:val="es-CO"/>
              </w:rPr>
              <w:t>Estudios y diseños arquitectónicos y técnicos para la adecuación de las instalaciones de Teleantioquia.</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0E3F6C31" w14:textId="77777777" w:rsidR="009D0236" w:rsidRDefault="008E331E">
            <w:pPr>
              <w:spacing w:after="0"/>
            </w:pPr>
            <w:proofErr w:type="spellStart"/>
            <w:r>
              <w:rPr>
                <w:b/>
                <w:color w:val="000000"/>
              </w:rPr>
              <w:t>Proponente</w:t>
            </w:r>
            <w:proofErr w:type="spellEnd"/>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32264F72" w14:textId="77777777" w:rsidR="009D0236" w:rsidRDefault="008E331E">
            <w:pPr>
              <w:spacing w:after="0"/>
            </w:pPr>
            <w:r>
              <w:rPr>
                <w:color w:val="000000"/>
              </w:rPr>
              <w:t>[Nombre o razón social]</w:t>
            </w:r>
          </w:p>
        </w:tc>
      </w:tr>
      <w:tr w:rsidR="009D0236" w14:paraId="6DA37B72"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7D7604B3" w14:textId="77777777" w:rsidR="009D0236" w:rsidRDefault="008E331E">
            <w:pPr>
              <w:spacing w:after="0"/>
            </w:pPr>
            <w:r>
              <w:rPr>
                <w:b/>
                <w:color w:val="000000"/>
              </w:rPr>
              <w:t>NIT / C.C.</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339F3E18" w14:textId="77777777" w:rsidR="009D0236" w:rsidRDefault="008E331E">
            <w:pPr>
              <w:spacing w:after="0"/>
            </w:pPr>
            <w:r>
              <w:rPr>
                <w:color w:val="000000"/>
              </w:rPr>
              <w:t>[________________]</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7F1DDAE2" w14:textId="77777777" w:rsidR="009D0236" w:rsidRDefault="008E331E">
            <w:pPr>
              <w:spacing w:after="0"/>
            </w:pPr>
            <w:r>
              <w:rPr>
                <w:b/>
                <w:color w:val="000000"/>
              </w:rPr>
              <w:t>Representante legal</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37630AD6" w14:textId="77777777" w:rsidR="009D0236" w:rsidRDefault="008E331E">
            <w:pPr>
              <w:spacing w:after="0"/>
            </w:pPr>
            <w:r>
              <w:rPr>
                <w:color w:val="000000"/>
              </w:rPr>
              <w:t>[Nombre completo]</w:t>
            </w:r>
          </w:p>
        </w:tc>
      </w:tr>
    </w:tbl>
    <w:tbl>
      <w:tblPr>
        <w:tblW w:w="0" w:type="auto"/>
        <w:jc w:val="center"/>
        <w:tblLook w:val="04A0" w:firstRow="1" w:lastRow="0" w:firstColumn="1" w:lastColumn="0" w:noHBand="0" w:noVBand="1"/>
      </w:tblPr>
      <w:tblGrid>
        <w:gridCol w:w="14384"/>
      </w:tblGrid>
      <w:tr w:rsidR="009D0236" w:rsidRPr="00361B7E" w14:paraId="77609E52" w14:textId="77777777">
        <w:trPr>
          <w:jc w:val="center"/>
        </w:trPr>
        <w:tc>
          <w:tcPr>
            <w:tcW w:w="14400" w:type="dxa"/>
            <w:tcBorders>
              <w:top w:val="single" w:sz="6" w:space="0" w:color="000000"/>
              <w:left w:val="single" w:sz="6" w:space="0" w:color="000000"/>
              <w:bottom w:val="single" w:sz="6" w:space="0" w:color="000000"/>
              <w:right w:val="single" w:sz="6" w:space="0" w:color="000000"/>
            </w:tcBorders>
            <w:shd w:val="clear" w:color="auto" w:fill="FFF2CC"/>
            <w:tcMar>
              <w:top w:w="90" w:type="dxa"/>
              <w:left w:w="110" w:type="dxa"/>
              <w:bottom w:w="90" w:type="dxa"/>
              <w:right w:w="110" w:type="dxa"/>
            </w:tcMar>
            <w:vAlign w:val="center"/>
          </w:tcPr>
          <w:p w14:paraId="33C3BE19" w14:textId="77777777" w:rsidR="009D0236" w:rsidRPr="00CC14C9" w:rsidRDefault="008E331E">
            <w:pPr>
              <w:spacing w:after="0"/>
              <w:rPr>
                <w:lang w:val="es-CO"/>
              </w:rPr>
            </w:pPr>
            <w:r w:rsidRPr="00CC14C9">
              <w:rPr>
                <w:color w:val="000000"/>
                <w:sz w:val="15"/>
                <w:lang w:val="es-CO"/>
              </w:rPr>
              <w:t>INSTRUCCIONES: diligencie este formato y adjunte la póliza de seriedad de la oferta expedida por una entidad legalmente facultada, junto con sus anexos y el soporte de pago cuando corresponda. Este formato organiza la información para su evaluación, pero no sustituye la póliza ni modifica las reglas de la invitación.</w:t>
            </w:r>
          </w:p>
        </w:tc>
      </w:tr>
    </w:tbl>
    <w:p w14:paraId="50A69671" w14:textId="77777777" w:rsidR="009D0236" w:rsidRDefault="008E331E">
      <w:pPr>
        <w:keepNext/>
        <w:pBdr>
          <w:bottom w:val="single" w:sz="12" w:space="3" w:color="92D050"/>
        </w:pBdr>
        <w:spacing w:before="140" w:after="80"/>
        <w:jc w:val="center"/>
      </w:pPr>
      <w:r>
        <w:rPr>
          <w:b/>
          <w:sz w:val="20"/>
        </w:rPr>
        <w:t>1. REQUISITOS MÍNIMOS EXIGIDOS</w:t>
      </w:r>
    </w:p>
    <w:tbl>
      <w:tblPr>
        <w:tblW w:w="14995" w:type="dxa"/>
        <w:jc w:val="center"/>
        <w:tblLayout w:type="fixed"/>
        <w:tblLook w:val="04A0" w:firstRow="1" w:lastRow="0" w:firstColumn="1" w:lastColumn="0" w:noHBand="0" w:noVBand="1"/>
      </w:tblPr>
      <w:tblGrid>
        <w:gridCol w:w="568"/>
        <w:gridCol w:w="3384"/>
        <w:gridCol w:w="4320"/>
        <w:gridCol w:w="2400"/>
        <w:gridCol w:w="1488"/>
        <w:gridCol w:w="2835"/>
      </w:tblGrid>
      <w:tr w:rsidR="009D0236" w14:paraId="190AA877" w14:textId="77777777" w:rsidTr="009A74E3">
        <w:trPr>
          <w:tblHeader/>
          <w:jc w:val="center"/>
        </w:trPr>
        <w:tc>
          <w:tcPr>
            <w:tcW w:w="568"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21E6410C" w14:textId="77777777" w:rsidR="009D0236" w:rsidRDefault="008E331E">
            <w:pPr>
              <w:spacing w:after="0"/>
              <w:jc w:val="center"/>
            </w:pPr>
            <w:r>
              <w:rPr>
                <w:b/>
                <w:color w:val="FFFFFF"/>
                <w:sz w:val="14"/>
              </w:rPr>
              <w:t>Ítem</w:t>
            </w:r>
          </w:p>
        </w:tc>
        <w:tc>
          <w:tcPr>
            <w:tcW w:w="3384"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195A3497" w14:textId="77777777" w:rsidR="009D0236" w:rsidRDefault="008E331E">
            <w:pPr>
              <w:spacing w:after="0"/>
              <w:jc w:val="center"/>
            </w:pPr>
            <w:r>
              <w:rPr>
                <w:b/>
                <w:color w:val="FFFFFF"/>
                <w:sz w:val="14"/>
              </w:rPr>
              <w:t>Condición</w:t>
            </w:r>
          </w:p>
        </w:tc>
        <w:tc>
          <w:tcPr>
            <w:tcW w:w="4320"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34A0466B" w14:textId="77777777" w:rsidR="009D0236" w:rsidRDefault="008E331E">
            <w:pPr>
              <w:spacing w:after="0"/>
              <w:jc w:val="center"/>
            </w:pPr>
            <w:r>
              <w:rPr>
                <w:b/>
                <w:color w:val="FFFFFF"/>
                <w:sz w:val="14"/>
              </w:rPr>
              <w:t>Exigencia de la invitación</w:t>
            </w:r>
          </w:p>
        </w:tc>
        <w:tc>
          <w:tcPr>
            <w:tcW w:w="2400"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03BA4E3E" w14:textId="77777777" w:rsidR="009D0236" w:rsidRDefault="008E331E">
            <w:pPr>
              <w:spacing w:after="0"/>
              <w:jc w:val="center"/>
            </w:pPr>
            <w:r>
              <w:rPr>
                <w:b/>
                <w:color w:val="FFFFFF"/>
                <w:sz w:val="14"/>
              </w:rPr>
              <w:t>Dato acreditado</w:t>
            </w:r>
          </w:p>
        </w:tc>
        <w:tc>
          <w:tcPr>
            <w:tcW w:w="1488"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1D584C0F" w14:textId="77777777" w:rsidR="009D0236" w:rsidRDefault="008E331E">
            <w:pPr>
              <w:spacing w:after="0"/>
              <w:jc w:val="center"/>
            </w:pPr>
            <w:r>
              <w:rPr>
                <w:b/>
                <w:color w:val="FFFFFF"/>
                <w:sz w:val="14"/>
              </w:rPr>
              <w:t>Cumple S/N</w:t>
            </w:r>
          </w:p>
        </w:tc>
        <w:tc>
          <w:tcPr>
            <w:tcW w:w="2835"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5F6AA361" w14:textId="77777777" w:rsidR="009D0236" w:rsidRDefault="008E331E">
            <w:pPr>
              <w:spacing w:after="0"/>
              <w:jc w:val="center"/>
            </w:pPr>
            <w:r>
              <w:rPr>
                <w:b/>
                <w:color w:val="FFFFFF"/>
                <w:sz w:val="14"/>
              </w:rPr>
              <w:t>Folio / observación</w:t>
            </w:r>
          </w:p>
        </w:tc>
      </w:tr>
      <w:tr w:rsidR="009D0236" w14:paraId="371CAE5C" w14:textId="77777777" w:rsidTr="009A74E3">
        <w:trPr>
          <w:cantSplit/>
          <w:jc w:val="center"/>
        </w:trPr>
        <w:tc>
          <w:tcPr>
            <w:tcW w:w="568"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8EDAA1B" w14:textId="77777777" w:rsidR="009D0236" w:rsidRDefault="008E331E">
            <w:pPr>
              <w:spacing w:after="0"/>
              <w:jc w:val="center"/>
            </w:pPr>
            <w:r>
              <w:rPr>
                <w:color w:val="000000"/>
                <w:sz w:val="14"/>
              </w:rPr>
              <w:t>1.1</w:t>
            </w:r>
          </w:p>
        </w:tc>
        <w:tc>
          <w:tcPr>
            <w:tcW w:w="3384"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60A3B595" w14:textId="77777777" w:rsidR="009D0236" w:rsidRDefault="008E331E">
            <w:pPr>
              <w:spacing w:after="0"/>
            </w:pPr>
            <w:r>
              <w:rPr>
                <w:color w:val="000000"/>
                <w:sz w:val="14"/>
              </w:rPr>
              <w:t>Beneficiario / asegurado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37A04ED" w14:textId="77777777" w:rsidR="009D0236" w:rsidRPr="00CC14C9" w:rsidRDefault="008E331E">
            <w:pPr>
              <w:spacing w:after="0"/>
              <w:rPr>
                <w:lang w:val="es-CO"/>
              </w:rPr>
            </w:pPr>
            <w:r w:rsidRPr="00CC14C9">
              <w:rPr>
                <w:color w:val="000000"/>
                <w:sz w:val="14"/>
                <w:lang w:val="es-CO"/>
              </w:rPr>
              <w:t>Sociedad de Televisión de Antioquia Ltda. —Teleantioquia Ltda.—, NIT 890.937.233-0</w:t>
            </w:r>
          </w:p>
        </w:tc>
        <w:tc>
          <w:tcPr>
            <w:tcW w:w="240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7B1BABDF" w14:textId="77777777" w:rsidR="009D0236" w:rsidRDefault="008E331E">
            <w:pPr>
              <w:spacing w:after="0"/>
              <w:jc w:val="center"/>
            </w:pPr>
            <w:r>
              <w:rPr>
                <w:color w:val="000000"/>
                <w:sz w:val="14"/>
              </w:rPr>
              <w:t>[________________]</w:t>
            </w:r>
          </w:p>
        </w:tc>
        <w:tc>
          <w:tcPr>
            <w:tcW w:w="1488"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6F9D778E" w14:textId="77777777" w:rsidR="009D0236" w:rsidRDefault="008E331E">
            <w:pPr>
              <w:spacing w:after="0"/>
              <w:jc w:val="center"/>
            </w:pPr>
            <w:r>
              <w:rPr>
                <w:color w:val="000000"/>
                <w:sz w:val="14"/>
              </w:rPr>
              <w:t>☐ Sí ☐ No</w:t>
            </w:r>
          </w:p>
        </w:tc>
        <w:tc>
          <w:tcPr>
            <w:tcW w:w="2835"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70071DC" w14:textId="77777777" w:rsidR="009D0236" w:rsidRDefault="009D0236">
            <w:pPr>
              <w:spacing w:after="0"/>
            </w:pPr>
          </w:p>
        </w:tc>
      </w:tr>
      <w:tr w:rsidR="009D0236" w14:paraId="7AFE4413" w14:textId="77777777" w:rsidTr="009A74E3">
        <w:trPr>
          <w:cantSplit/>
          <w:jc w:val="center"/>
        </w:trPr>
        <w:tc>
          <w:tcPr>
            <w:tcW w:w="568"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6259C40E" w14:textId="77777777" w:rsidR="009D0236" w:rsidRDefault="008E331E">
            <w:pPr>
              <w:spacing w:after="0"/>
              <w:jc w:val="center"/>
            </w:pPr>
            <w:r>
              <w:rPr>
                <w:color w:val="000000"/>
                <w:sz w:val="14"/>
              </w:rPr>
              <w:t>1.2</w:t>
            </w:r>
          </w:p>
        </w:tc>
        <w:tc>
          <w:tcPr>
            <w:tcW w:w="3384"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28C3359D" w14:textId="77777777" w:rsidR="009D0236" w:rsidRDefault="008E331E">
            <w:pPr>
              <w:spacing w:after="0"/>
            </w:pPr>
            <w:r>
              <w:rPr>
                <w:color w:val="000000"/>
                <w:sz w:val="14"/>
              </w:rPr>
              <w:t>Tomador / garantizado</w:t>
            </w:r>
          </w:p>
        </w:tc>
        <w:tc>
          <w:tcPr>
            <w:tcW w:w="4320"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63EC8A6B" w14:textId="77777777" w:rsidR="009D0236" w:rsidRPr="00CC14C9" w:rsidRDefault="008E331E">
            <w:pPr>
              <w:spacing w:after="0"/>
              <w:rPr>
                <w:lang w:val="es-CO"/>
              </w:rPr>
            </w:pPr>
            <w:r w:rsidRPr="00CC14C9">
              <w:rPr>
                <w:color w:val="000000"/>
                <w:sz w:val="14"/>
                <w:lang w:val="es-CO"/>
              </w:rPr>
              <w:t>Debe corresponder exactamente a la persona natural o jurídica que presenta la propuesta.</w:t>
            </w:r>
          </w:p>
        </w:tc>
        <w:tc>
          <w:tcPr>
            <w:tcW w:w="2400"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04872888" w14:textId="77777777" w:rsidR="009D0236" w:rsidRDefault="008E331E">
            <w:pPr>
              <w:spacing w:after="0"/>
              <w:jc w:val="center"/>
            </w:pPr>
            <w:r>
              <w:rPr>
                <w:color w:val="000000"/>
                <w:sz w:val="14"/>
              </w:rPr>
              <w:t>[________________]</w:t>
            </w:r>
          </w:p>
        </w:tc>
        <w:tc>
          <w:tcPr>
            <w:tcW w:w="1488"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502A8DF8" w14:textId="77777777" w:rsidR="009D0236" w:rsidRDefault="008E331E">
            <w:pPr>
              <w:spacing w:after="0"/>
              <w:jc w:val="center"/>
            </w:pPr>
            <w:r>
              <w:rPr>
                <w:color w:val="000000"/>
                <w:sz w:val="14"/>
              </w:rPr>
              <w:t>☐ Sí ☐ No</w:t>
            </w:r>
          </w:p>
        </w:tc>
        <w:tc>
          <w:tcPr>
            <w:tcW w:w="2835"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0B955583" w14:textId="77777777" w:rsidR="009D0236" w:rsidRDefault="009D0236">
            <w:pPr>
              <w:spacing w:after="0"/>
            </w:pPr>
          </w:p>
        </w:tc>
      </w:tr>
      <w:tr w:rsidR="009D0236" w14:paraId="41D36F54" w14:textId="77777777" w:rsidTr="009A74E3">
        <w:trPr>
          <w:cantSplit/>
          <w:jc w:val="center"/>
        </w:trPr>
        <w:tc>
          <w:tcPr>
            <w:tcW w:w="568"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78683AB" w14:textId="77777777" w:rsidR="009D0236" w:rsidRDefault="008E331E">
            <w:pPr>
              <w:spacing w:after="0"/>
              <w:jc w:val="center"/>
            </w:pPr>
            <w:r>
              <w:rPr>
                <w:color w:val="000000"/>
                <w:sz w:val="14"/>
              </w:rPr>
              <w:t>1.3</w:t>
            </w:r>
          </w:p>
        </w:tc>
        <w:tc>
          <w:tcPr>
            <w:tcW w:w="3384"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E75E6DA" w14:textId="77777777" w:rsidR="009D0236" w:rsidRDefault="008E331E">
            <w:pPr>
              <w:spacing w:after="0"/>
            </w:pPr>
            <w:r>
              <w:rPr>
                <w:color w:val="000000"/>
                <w:sz w:val="14"/>
              </w:rPr>
              <w:t>Amparo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1C2607B9" w14:textId="77777777" w:rsidR="009D0236" w:rsidRDefault="008E331E">
            <w:pPr>
              <w:spacing w:after="0"/>
            </w:pPr>
            <w:r>
              <w:rPr>
                <w:color w:val="000000"/>
                <w:sz w:val="14"/>
              </w:rPr>
              <w:t>Seriedad de la oferta</w:t>
            </w:r>
          </w:p>
        </w:tc>
        <w:tc>
          <w:tcPr>
            <w:tcW w:w="240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7A030577" w14:textId="77777777" w:rsidR="009D0236" w:rsidRDefault="008E331E">
            <w:pPr>
              <w:spacing w:after="0"/>
              <w:jc w:val="center"/>
            </w:pPr>
            <w:r>
              <w:rPr>
                <w:color w:val="000000"/>
                <w:sz w:val="14"/>
              </w:rPr>
              <w:t>[________________]</w:t>
            </w:r>
          </w:p>
        </w:tc>
        <w:tc>
          <w:tcPr>
            <w:tcW w:w="1488"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60F5AE73" w14:textId="77777777" w:rsidR="009D0236" w:rsidRDefault="008E331E">
            <w:pPr>
              <w:spacing w:after="0"/>
              <w:jc w:val="center"/>
            </w:pPr>
            <w:r>
              <w:rPr>
                <w:color w:val="000000"/>
                <w:sz w:val="14"/>
              </w:rPr>
              <w:t>☐ Sí ☐ No</w:t>
            </w:r>
          </w:p>
        </w:tc>
        <w:tc>
          <w:tcPr>
            <w:tcW w:w="2835"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C325428" w14:textId="77777777" w:rsidR="009D0236" w:rsidRDefault="009D0236">
            <w:pPr>
              <w:spacing w:after="0"/>
            </w:pPr>
          </w:p>
        </w:tc>
      </w:tr>
      <w:tr w:rsidR="009D0236" w14:paraId="0EC5F7BF" w14:textId="77777777" w:rsidTr="009A74E3">
        <w:trPr>
          <w:cantSplit/>
          <w:jc w:val="center"/>
        </w:trPr>
        <w:tc>
          <w:tcPr>
            <w:tcW w:w="568"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6762B976" w14:textId="77777777" w:rsidR="009D0236" w:rsidRDefault="008E331E">
            <w:pPr>
              <w:spacing w:after="0"/>
              <w:jc w:val="center"/>
            </w:pPr>
            <w:r>
              <w:rPr>
                <w:color w:val="000000"/>
                <w:sz w:val="14"/>
              </w:rPr>
              <w:t>1.4</w:t>
            </w:r>
          </w:p>
        </w:tc>
        <w:tc>
          <w:tcPr>
            <w:tcW w:w="3384"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5171DCCD" w14:textId="77777777" w:rsidR="009D0236" w:rsidRDefault="008E331E">
            <w:pPr>
              <w:spacing w:after="0"/>
            </w:pPr>
            <w:r>
              <w:rPr>
                <w:color w:val="000000"/>
                <w:sz w:val="14"/>
              </w:rPr>
              <w:t>Valor asegurado mínimo</w:t>
            </w:r>
          </w:p>
        </w:tc>
        <w:tc>
          <w:tcPr>
            <w:tcW w:w="4320"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183084C2" w14:textId="77777777" w:rsidR="009D0236" w:rsidRPr="00CC14C9" w:rsidRDefault="008E331E">
            <w:pPr>
              <w:spacing w:after="0"/>
              <w:rPr>
                <w:lang w:val="es-CO"/>
              </w:rPr>
            </w:pPr>
            <w:r w:rsidRPr="00CC14C9">
              <w:rPr>
                <w:color w:val="000000"/>
                <w:sz w:val="14"/>
                <w:lang w:val="es-CO"/>
              </w:rPr>
              <w:t>Diez por ciento (10 %) del presupuesto oficial</w:t>
            </w:r>
          </w:p>
        </w:tc>
        <w:tc>
          <w:tcPr>
            <w:tcW w:w="2400"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1861C99D" w14:textId="64A9E27E" w:rsidR="009D0236" w:rsidRDefault="008E331E">
            <w:pPr>
              <w:spacing w:after="0"/>
              <w:jc w:val="center"/>
            </w:pPr>
            <w:r>
              <w:rPr>
                <w:color w:val="000000"/>
                <w:sz w:val="14"/>
              </w:rPr>
              <w:t xml:space="preserve">$ </w:t>
            </w:r>
            <w:r w:rsidR="00361B7E">
              <w:rPr>
                <w:color w:val="000000"/>
                <w:sz w:val="14"/>
              </w:rPr>
              <w:t>72.493.967</w:t>
            </w:r>
          </w:p>
        </w:tc>
        <w:tc>
          <w:tcPr>
            <w:tcW w:w="1488"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7A805C48" w14:textId="77777777" w:rsidR="009D0236" w:rsidRDefault="008E331E">
            <w:pPr>
              <w:spacing w:after="0"/>
              <w:jc w:val="center"/>
            </w:pPr>
            <w:r>
              <w:rPr>
                <w:color w:val="000000"/>
                <w:sz w:val="14"/>
              </w:rPr>
              <w:t>☐ Sí ☐ No</w:t>
            </w:r>
          </w:p>
        </w:tc>
        <w:tc>
          <w:tcPr>
            <w:tcW w:w="2835"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2961249A" w14:textId="77777777" w:rsidR="009D0236" w:rsidRDefault="009D0236">
            <w:pPr>
              <w:spacing w:after="0"/>
            </w:pPr>
          </w:p>
        </w:tc>
      </w:tr>
      <w:tr w:rsidR="009D0236" w14:paraId="644D4016" w14:textId="77777777" w:rsidTr="009A74E3">
        <w:trPr>
          <w:cantSplit/>
          <w:jc w:val="center"/>
        </w:trPr>
        <w:tc>
          <w:tcPr>
            <w:tcW w:w="568"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BBE1F05" w14:textId="77777777" w:rsidR="009D0236" w:rsidRDefault="008E331E">
            <w:pPr>
              <w:spacing w:after="0"/>
              <w:jc w:val="center"/>
            </w:pPr>
            <w:r>
              <w:rPr>
                <w:color w:val="000000"/>
                <w:sz w:val="14"/>
              </w:rPr>
              <w:t>1.5</w:t>
            </w:r>
          </w:p>
        </w:tc>
        <w:tc>
          <w:tcPr>
            <w:tcW w:w="3384"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7B8EB58" w14:textId="77777777" w:rsidR="009D0236" w:rsidRDefault="008E331E">
            <w:pPr>
              <w:spacing w:after="0"/>
            </w:pPr>
            <w:r>
              <w:rPr>
                <w:color w:val="000000"/>
                <w:sz w:val="14"/>
              </w:rPr>
              <w:t>Vigencia mínima</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7C29515A" w14:textId="77777777" w:rsidR="009D0236" w:rsidRDefault="008E331E">
            <w:pPr>
              <w:spacing w:after="0"/>
            </w:pPr>
            <w:r>
              <w:rPr>
                <w:color w:val="000000"/>
                <w:sz w:val="14"/>
              </w:rPr>
              <w:t>Noventa (90) días calendario</w:t>
            </w:r>
          </w:p>
        </w:tc>
        <w:tc>
          <w:tcPr>
            <w:tcW w:w="240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822E759" w14:textId="77777777" w:rsidR="009D0236" w:rsidRDefault="008E331E">
            <w:pPr>
              <w:spacing w:after="0"/>
              <w:jc w:val="center"/>
            </w:pPr>
            <w:r>
              <w:rPr>
                <w:color w:val="000000"/>
                <w:sz w:val="14"/>
              </w:rPr>
              <w:t>[____] días</w:t>
            </w:r>
          </w:p>
        </w:tc>
        <w:tc>
          <w:tcPr>
            <w:tcW w:w="1488"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E1232B3" w14:textId="77777777" w:rsidR="009D0236" w:rsidRDefault="008E331E">
            <w:pPr>
              <w:spacing w:after="0"/>
              <w:jc w:val="center"/>
            </w:pPr>
            <w:r>
              <w:rPr>
                <w:color w:val="000000"/>
                <w:sz w:val="14"/>
              </w:rPr>
              <w:t>☐ Sí ☐ No</w:t>
            </w:r>
          </w:p>
        </w:tc>
        <w:tc>
          <w:tcPr>
            <w:tcW w:w="2835"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B2FD00D" w14:textId="77777777" w:rsidR="009D0236" w:rsidRDefault="009D0236">
            <w:pPr>
              <w:spacing w:after="0"/>
            </w:pPr>
          </w:p>
        </w:tc>
      </w:tr>
      <w:tr w:rsidR="009D0236" w14:paraId="5518B4B0" w14:textId="77777777" w:rsidTr="009A74E3">
        <w:trPr>
          <w:cantSplit/>
          <w:jc w:val="center"/>
        </w:trPr>
        <w:tc>
          <w:tcPr>
            <w:tcW w:w="568"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02A08322" w14:textId="77777777" w:rsidR="009D0236" w:rsidRDefault="008E331E">
            <w:pPr>
              <w:spacing w:after="0"/>
              <w:jc w:val="center"/>
            </w:pPr>
            <w:r>
              <w:rPr>
                <w:color w:val="000000"/>
                <w:sz w:val="14"/>
              </w:rPr>
              <w:t>1.6</w:t>
            </w:r>
          </w:p>
        </w:tc>
        <w:tc>
          <w:tcPr>
            <w:tcW w:w="3384"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62D35B7C" w14:textId="77777777" w:rsidR="009D0236" w:rsidRDefault="008E331E">
            <w:pPr>
              <w:spacing w:after="0"/>
            </w:pPr>
            <w:r>
              <w:rPr>
                <w:color w:val="000000"/>
                <w:sz w:val="14"/>
              </w:rPr>
              <w:t>Expedición y verificación</w:t>
            </w:r>
          </w:p>
        </w:tc>
        <w:tc>
          <w:tcPr>
            <w:tcW w:w="4320"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61697D5D" w14:textId="77777777" w:rsidR="009D0236" w:rsidRPr="00CC14C9" w:rsidRDefault="008E331E">
            <w:pPr>
              <w:spacing w:after="0"/>
              <w:rPr>
                <w:lang w:val="es-CO"/>
              </w:rPr>
            </w:pPr>
            <w:r w:rsidRPr="00CC14C9">
              <w:rPr>
                <w:color w:val="000000"/>
                <w:sz w:val="14"/>
                <w:lang w:val="es-CO"/>
              </w:rPr>
              <w:t>Póliza expedida por entidad legalmente facultada y susceptible de verificación</w:t>
            </w:r>
          </w:p>
        </w:tc>
        <w:tc>
          <w:tcPr>
            <w:tcW w:w="2400"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26FB370C" w14:textId="125AAC04" w:rsidR="009D0236" w:rsidRDefault="008E331E">
            <w:pPr>
              <w:spacing w:after="0"/>
              <w:jc w:val="center"/>
            </w:pPr>
            <w:r>
              <w:rPr>
                <w:color w:val="000000"/>
                <w:sz w:val="14"/>
              </w:rPr>
              <w:t>[</w:t>
            </w:r>
            <w:proofErr w:type="spellStart"/>
            <w:r>
              <w:rPr>
                <w:color w:val="000000"/>
                <w:sz w:val="14"/>
              </w:rPr>
              <w:t>verificación</w:t>
            </w:r>
            <w:proofErr w:type="spellEnd"/>
            <w:r w:rsidR="00361B7E">
              <w:rPr>
                <w:color w:val="000000"/>
                <w:sz w:val="14"/>
              </w:rPr>
              <w:t xml:space="preserve"> con </w:t>
            </w:r>
            <w:proofErr w:type="spellStart"/>
            <w:r w:rsidR="00361B7E">
              <w:rPr>
                <w:color w:val="000000"/>
                <w:sz w:val="14"/>
              </w:rPr>
              <w:t>aseguradora</w:t>
            </w:r>
            <w:proofErr w:type="spellEnd"/>
            <w:r>
              <w:rPr>
                <w:color w:val="000000"/>
                <w:sz w:val="14"/>
              </w:rPr>
              <w:t>]</w:t>
            </w:r>
          </w:p>
        </w:tc>
        <w:tc>
          <w:tcPr>
            <w:tcW w:w="1488"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0E7B8E2C" w14:textId="77777777" w:rsidR="009D0236" w:rsidRDefault="008E331E">
            <w:pPr>
              <w:spacing w:after="0"/>
              <w:jc w:val="center"/>
            </w:pPr>
            <w:r>
              <w:rPr>
                <w:color w:val="000000"/>
                <w:sz w:val="14"/>
              </w:rPr>
              <w:t>☐ Sí ☐ No</w:t>
            </w:r>
          </w:p>
        </w:tc>
        <w:tc>
          <w:tcPr>
            <w:tcW w:w="2835"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3509D40D" w14:textId="77777777" w:rsidR="009D0236" w:rsidRDefault="009D0236">
            <w:pPr>
              <w:spacing w:after="0"/>
            </w:pPr>
          </w:p>
        </w:tc>
      </w:tr>
    </w:tbl>
    <w:p w14:paraId="2FD8A618" w14:textId="77777777" w:rsidR="009D0236" w:rsidRPr="00CC14C9" w:rsidRDefault="008E331E">
      <w:pPr>
        <w:keepNext/>
        <w:pBdr>
          <w:bottom w:val="single" w:sz="12" w:space="3" w:color="92D050"/>
        </w:pBdr>
        <w:spacing w:before="140" w:after="80"/>
        <w:jc w:val="center"/>
        <w:rPr>
          <w:lang w:val="es-CO"/>
        </w:rPr>
      </w:pPr>
      <w:r w:rsidRPr="00CC14C9">
        <w:rPr>
          <w:b/>
          <w:sz w:val="20"/>
          <w:lang w:val="es-CO"/>
        </w:rPr>
        <w:t>2. DETERMINACIÓN DEL VALOR Y DE LA VIGENCIA</w:t>
      </w:r>
    </w:p>
    <w:tbl>
      <w:tblPr>
        <w:tblW w:w="0" w:type="auto"/>
        <w:jc w:val="center"/>
        <w:tblLayout w:type="fixed"/>
        <w:tblLook w:val="04A0" w:firstRow="1" w:lastRow="0" w:firstColumn="1" w:lastColumn="0" w:noHBand="0" w:noVBand="1"/>
      </w:tblPr>
      <w:tblGrid>
        <w:gridCol w:w="2880"/>
        <w:gridCol w:w="4320"/>
        <w:gridCol w:w="2880"/>
        <w:gridCol w:w="4320"/>
      </w:tblGrid>
      <w:tr w:rsidR="009D0236" w14:paraId="655D2CD9"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2568BE9D" w14:textId="77777777" w:rsidR="009D0236" w:rsidRDefault="008E331E">
            <w:pPr>
              <w:spacing w:after="0"/>
            </w:pPr>
            <w:proofErr w:type="spellStart"/>
            <w:r>
              <w:rPr>
                <w:b/>
                <w:color w:val="000000"/>
              </w:rPr>
              <w:t>Presupuesto</w:t>
            </w:r>
            <w:proofErr w:type="spellEnd"/>
            <w:r>
              <w:rPr>
                <w:b/>
                <w:color w:val="000000"/>
              </w:rPr>
              <w:t xml:space="preserve"> </w:t>
            </w:r>
            <w:proofErr w:type="spellStart"/>
            <w:r>
              <w:rPr>
                <w:b/>
                <w:color w:val="000000"/>
              </w:rPr>
              <w:t>oficial</w:t>
            </w:r>
            <w:proofErr w:type="spellEnd"/>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3E6542FC" w14:textId="77777777" w:rsidR="009D0236" w:rsidRDefault="008E331E">
            <w:pPr>
              <w:spacing w:after="0"/>
            </w:pPr>
            <w:r>
              <w:rPr>
                <w:color w:val="000000"/>
              </w:rPr>
              <w:t>$724.939.669 IVA incluido</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4DC78EFE" w14:textId="77777777" w:rsidR="009D0236" w:rsidRDefault="008E331E">
            <w:pPr>
              <w:spacing w:after="0"/>
            </w:pPr>
            <w:r>
              <w:rPr>
                <w:b/>
                <w:color w:val="000000"/>
              </w:rPr>
              <w:t>Porcentaje exigido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7BC5911E" w14:textId="77777777" w:rsidR="009D0236" w:rsidRDefault="008E331E">
            <w:pPr>
              <w:spacing w:after="0"/>
            </w:pPr>
            <w:r>
              <w:rPr>
                <w:color w:val="000000"/>
              </w:rPr>
              <w:t>10 %</w:t>
            </w:r>
          </w:p>
        </w:tc>
      </w:tr>
      <w:tr w:rsidR="009D0236" w14:paraId="0F4F3562"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428E71E6" w14:textId="77777777" w:rsidR="009D0236" w:rsidRDefault="008E331E">
            <w:pPr>
              <w:spacing w:after="0"/>
            </w:pPr>
            <w:r>
              <w:rPr>
                <w:b/>
                <w:color w:val="000000"/>
              </w:rPr>
              <w:t>Operación</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6DB46210" w14:textId="77777777" w:rsidR="009D0236" w:rsidRDefault="008E331E">
            <w:pPr>
              <w:spacing w:after="0"/>
            </w:pPr>
            <w:r>
              <w:rPr>
                <w:color w:val="000000"/>
              </w:rPr>
              <w:t>$724.939.669 × 10 %</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3C22F407" w14:textId="77777777" w:rsidR="009D0236" w:rsidRDefault="008E331E">
            <w:pPr>
              <w:spacing w:after="0"/>
            </w:pPr>
            <w:r>
              <w:rPr>
                <w:b/>
                <w:color w:val="000000"/>
              </w:rPr>
              <w:t>Valor mínimo del amparo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3F87FE5" w14:textId="6689E0BD" w:rsidR="009D0236" w:rsidRDefault="008E331E">
            <w:pPr>
              <w:spacing w:after="0"/>
            </w:pPr>
            <w:r>
              <w:rPr>
                <w:color w:val="000000"/>
              </w:rPr>
              <w:t>$72.493.96</w:t>
            </w:r>
            <w:r w:rsidR="009757E0">
              <w:rPr>
                <w:color w:val="000000"/>
              </w:rPr>
              <w:t>7</w:t>
            </w:r>
          </w:p>
        </w:tc>
      </w:tr>
      <w:tr w:rsidR="009D0236" w14:paraId="4D191631"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6CBFA520" w14:textId="77777777" w:rsidR="009D0236" w:rsidRDefault="008E331E">
            <w:pPr>
              <w:spacing w:after="0"/>
            </w:pPr>
            <w:r>
              <w:rPr>
                <w:b/>
                <w:color w:val="000000"/>
              </w:rPr>
              <w:t>Fecha de cierre</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F2EA321" w14:textId="77777777" w:rsidR="009D0236" w:rsidRDefault="008E331E">
            <w:pPr>
              <w:spacing w:after="0"/>
            </w:pPr>
            <w:r>
              <w:rPr>
                <w:color w:val="000000"/>
              </w:rPr>
              <w:t>[DD/MM/AAAA]</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0B34EF0D" w14:textId="77777777" w:rsidR="009D0236" w:rsidRDefault="008E331E">
            <w:pPr>
              <w:spacing w:after="0"/>
            </w:pPr>
            <w:r>
              <w:rPr>
                <w:b/>
                <w:color w:val="000000"/>
              </w:rPr>
              <w:t>Fecha mínima de vencimiento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8C372D5" w14:textId="77777777" w:rsidR="009D0236" w:rsidRDefault="008E331E">
            <w:pPr>
              <w:spacing w:after="0"/>
            </w:pPr>
            <w:r>
              <w:rPr>
                <w:color w:val="000000"/>
              </w:rPr>
              <w:t>[DD/MM/AAAA]</w:t>
            </w:r>
          </w:p>
        </w:tc>
      </w:tr>
      <w:tr w:rsidR="009D0236" w14:paraId="16FE811A"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56753436" w14:textId="77777777" w:rsidR="009D0236" w:rsidRDefault="008E331E">
            <w:pPr>
              <w:spacing w:after="0"/>
            </w:pPr>
            <w:r>
              <w:rPr>
                <w:b/>
                <w:color w:val="000000"/>
              </w:rPr>
              <w:t>Vigencia acreditada</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6960D05C" w14:textId="77777777" w:rsidR="009D0236" w:rsidRPr="00CC14C9" w:rsidRDefault="008E331E">
            <w:pPr>
              <w:spacing w:after="0"/>
              <w:rPr>
                <w:lang w:val="es-CO"/>
              </w:rPr>
            </w:pPr>
            <w:r w:rsidRPr="00CC14C9">
              <w:rPr>
                <w:color w:val="000000"/>
                <w:lang w:val="es-CO"/>
              </w:rPr>
              <w:t>Desde [DD/MM/AAAA] hasta [DD/MM/AAAA]</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422643F8" w14:textId="77777777" w:rsidR="009D0236" w:rsidRDefault="008E331E">
            <w:pPr>
              <w:spacing w:after="0"/>
            </w:pPr>
            <w:r>
              <w:rPr>
                <w:b/>
                <w:color w:val="000000"/>
              </w:rPr>
              <w:t xml:space="preserve">Total días </w:t>
            </w:r>
            <w:proofErr w:type="spellStart"/>
            <w:r>
              <w:rPr>
                <w:b/>
                <w:color w:val="000000"/>
              </w:rPr>
              <w:t>calendario</w:t>
            </w:r>
            <w:proofErr w:type="spellEnd"/>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10A662C" w14:textId="77777777" w:rsidR="009D0236" w:rsidRDefault="008E331E">
            <w:pPr>
              <w:spacing w:after="0"/>
            </w:pPr>
            <w:r>
              <w:rPr>
                <w:color w:val="000000"/>
              </w:rPr>
              <w:t>[________] días</w:t>
            </w:r>
          </w:p>
        </w:tc>
      </w:tr>
    </w:tbl>
    <w:tbl>
      <w:tblPr>
        <w:tblW w:w="0" w:type="auto"/>
        <w:jc w:val="center"/>
        <w:tblLook w:val="04A0" w:firstRow="1" w:lastRow="0" w:firstColumn="1" w:lastColumn="0" w:noHBand="0" w:noVBand="1"/>
      </w:tblPr>
      <w:tblGrid>
        <w:gridCol w:w="14384"/>
      </w:tblGrid>
      <w:tr w:rsidR="009D0236" w:rsidRPr="00361B7E" w14:paraId="181FB8B0" w14:textId="77777777">
        <w:trPr>
          <w:jc w:val="center"/>
        </w:trPr>
        <w:tc>
          <w:tcPr>
            <w:tcW w:w="14400" w:type="dxa"/>
            <w:tcBorders>
              <w:top w:val="single" w:sz="6" w:space="0" w:color="000000"/>
              <w:left w:val="single" w:sz="6" w:space="0" w:color="000000"/>
              <w:bottom w:val="single" w:sz="6" w:space="0" w:color="000000"/>
              <w:right w:val="single" w:sz="6" w:space="0" w:color="000000"/>
            </w:tcBorders>
            <w:shd w:val="clear" w:color="auto" w:fill="FFF2CC"/>
            <w:tcMar>
              <w:top w:w="90" w:type="dxa"/>
              <w:left w:w="110" w:type="dxa"/>
              <w:bottom w:w="90" w:type="dxa"/>
              <w:right w:w="110" w:type="dxa"/>
            </w:tcMar>
            <w:vAlign w:val="center"/>
          </w:tcPr>
          <w:p w14:paraId="3CAB7120" w14:textId="77777777" w:rsidR="009D0236" w:rsidRPr="00CC14C9" w:rsidRDefault="008E331E">
            <w:pPr>
              <w:spacing w:after="0"/>
              <w:rPr>
                <w:lang w:val="es-CO"/>
              </w:rPr>
            </w:pPr>
            <w:r w:rsidRPr="00CC14C9">
              <w:rPr>
                <w:color w:val="000000"/>
                <w:sz w:val="15"/>
                <w:lang w:val="es-CO"/>
              </w:rPr>
              <w:t>La garantía debe encontrarse vigente desde la presentación de la oferta. Si la fecha de cierre es modificada mediante adenda, el proponente deberá verificar y, cuando sea necesario, ampliar la vigencia para conservar como mínimo los noventa (90) días calendario exigidos.</w:t>
            </w:r>
          </w:p>
        </w:tc>
      </w:tr>
    </w:tbl>
    <w:p w14:paraId="13FCE62C" w14:textId="77777777" w:rsidR="009D0236" w:rsidRDefault="008E331E">
      <w:pPr>
        <w:keepNext/>
        <w:pBdr>
          <w:bottom w:val="single" w:sz="12" w:space="3" w:color="92D050"/>
        </w:pBdr>
        <w:spacing w:before="140" w:after="80"/>
        <w:jc w:val="center"/>
      </w:pPr>
      <w:r>
        <w:rPr>
          <w:b/>
          <w:sz w:val="20"/>
        </w:rPr>
        <w:t>3. IDENTIFICACIÓN DE LA GARANTÍA APORTADA</w:t>
      </w:r>
    </w:p>
    <w:tbl>
      <w:tblPr>
        <w:tblW w:w="0" w:type="auto"/>
        <w:jc w:val="center"/>
        <w:tblLayout w:type="fixed"/>
        <w:tblLook w:val="04A0" w:firstRow="1" w:lastRow="0" w:firstColumn="1" w:lastColumn="0" w:noHBand="0" w:noVBand="1"/>
      </w:tblPr>
      <w:tblGrid>
        <w:gridCol w:w="2880"/>
        <w:gridCol w:w="4320"/>
        <w:gridCol w:w="2880"/>
        <w:gridCol w:w="4320"/>
      </w:tblGrid>
      <w:tr w:rsidR="009D0236" w14:paraId="3B7972C3"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6816DC3B" w14:textId="77777777" w:rsidR="009D0236" w:rsidRDefault="008E331E">
            <w:pPr>
              <w:spacing w:after="0"/>
            </w:pPr>
            <w:r>
              <w:rPr>
                <w:b/>
                <w:color w:val="000000"/>
              </w:rPr>
              <w:t>Entidad garante / aseguradora</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00BB0C1" w14:textId="77777777" w:rsidR="009D0236" w:rsidRDefault="008E331E">
            <w:pPr>
              <w:spacing w:after="0"/>
            </w:pPr>
            <w:r>
              <w:rPr>
                <w:color w:val="000000"/>
              </w:rPr>
              <w:t>[________________________________]</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6B88B679" w14:textId="77777777" w:rsidR="009D0236" w:rsidRDefault="008E331E">
            <w:pPr>
              <w:spacing w:after="0"/>
            </w:pPr>
            <w:r>
              <w:rPr>
                <w:b/>
                <w:color w:val="000000"/>
              </w:rPr>
              <w:t>NIT</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76CD4267" w14:textId="77777777" w:rsidR="009D0236" w:rsidRDefault="008E331E">
            <w:pPr>
              <w:spacing w:after="0"/>
            </w:pPr>
            <w:r>
              <w:rPr>
                <w:color w:val="000000"/>
              </w:rPr>
              <w:t>[________________]</w:t>
            </w:r>
          </w:p>
        </w:tc>
      </w:tr>
      <w:tr w:rsidR="009D0236" w14:paraId="46C23B29"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3D347ABB" w14:textId="77777777" w:rsidR="009D0236" w:rsidRDefault="008E331E">
            <w:pPr>
              <w:spacing w:after="0"/>
            </w:pPr>
            <w:r>
              <w:rPr>
                <w:b/>
                <w:color w:val="000000"/>
              </w:rPr>
              <w:t>Póliza / certificado N.º</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155343F" w14:textId="77777777" w:rsidR="009D0236" w:rsidRDefault="008E331E">
            <w:pPr>
              <w:spacing w:after="0"/>
            </w:pPr>
            <w:r>
              <w:rPr>
                <w:color w:val="000000"/>
              </w:rPr>
              <w:t>[________________________________]</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5CC22655" w14:textId="77777777" w:rsidR="009D0236" w:rsidRDefault="008E331E">
            <w:pPr>
              <w:spacing w:after="0"/>
            </w:pPr>
            <w:r>
              <w:rPr>
                <w:b/>
                <w:color w:val="000000"/>
              </w:rPr>
              <w:t>Anexo / certificado N.º</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1F4575BB" w14:textId="77777777" w:rsidR="009D0236" w:rsidRDefault="008E331E">
            <w:pPr>
              <w:spacing w:after="0"/>
            </w:pPr>
            <w:r>
              <w:rPr>
                <w:color w:val="000000"/>
              </w:rPr>
              <w:t>[________________]</w:t>
            </w:r>
          </w:p>
        </w:tc>
      </w:tr>
      <w:tr w:rsidR="009D0236" w14:paraId="326DC147"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24645E86" w14:textId="77777777" w:rsidR="009D0236" w:rsidRDefault="008E331E">
            <w:pPr>
              <w:spacing w:after="0"/>
            </w:pPr>
            <w:r>
              <w:rPr>
                <w:b/>
                <w:color w:val="000000"/>
              </w:rPr>
              <w:t>Fecha de expedición</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398B1139" w14:textId="77777777" w:rsidR="009D0236" w:rsidRDefault="008E331E">
            <w:pPr>
              <w:spacing w:after="0"/>
            </w:pPr>
            <w:r>
              <w:rPr>
                <w:color w:val="000000"/>
              </w:rPr>
              <w:t>[DD/MM/AAAA]</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272089AE" w14:textId="77777777" w:rsidR="009D0236" w:rsidRDefault="008E331E">
            <w:pPr>
              <w:spacing w:after="0"/>
            </w:pPr>
            <w:r>
              <w:rPr>
                <w:b/>
                <w:color w:val="000000"/>
              </w:rPr>
              <w:t>Sucursal / ciudad</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64EA71D" w14:textId="77777777" w:rsidR="009D0236" w:rsidRDefault="008E331E">
            <w:pPr>
              <w:spacing w:after="0"/>
            </w:pPr>
            <w:r>
              <w:rPr>
                <w:color w:val="000000"/>
              </w:rPr>
              <w:t>[________________]</w:t>
            </w:r>
          </w:p>
        </w:tc>
      </w:tr>
      <w:tr w:rsidR="009D0236" w14:paraId="051864F8"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379C8E0B" w14:textId="77777777" w:rsidR="009D0236" w:rsidRDefault="008E331E">
            <w:pPr>
              <w:spacing w:after="0"/>
            </w:pPr>
            <w:r>
              <w:rPr>
                <w:b/>
                <w:color w:val="000000"/>
              </w:rPr>
              <w:lastRenderedPageBreak/>
              <w:t>Tomador / garantizado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C022041" w14:textId="77777777" w:rsidR="009D0236" w:rsidRDefault="008E331E">
            <w:pPr>
              <w:spacing w:after="0"/>
            </w:pPr>
            <w:r>
              <w:rPr>
                <w:color w:val="000000"/>
              </w:rPr>
              <w:t>[________________________________]</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489C1270" w14:textId="77777777" w:rsidR="009D0236" w:rsidRDefault="008E331E">
            <w:pPr>
              <w:spacing w:after="0"/>
            </w:pPr>
            <w:r>
              <w:rPr>
                <w:b/>
                <w:color w:val="000000"/>
              </w:rPr>
              <w:t>Valor asegurado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67C2EB4" w14:textId="77777777" w:rsidR="009D0236" w:rsidRDefault="008E331E">
            <w:pPr>
              <w:spacing w:after="0"/>
            </w:pPr>
            <w:r>
              <w:rPr>
                <w:color w:val="000000"/>
              </w:rPr>
              <w:t>$ [________________]</w:t>
            </w:r>
          </w:p>
        </w:tc>
      </w:tr>
      <w:tr w:rsidR="009D0236" w14:paraId="799DE44B"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13E62CB4" w14:textId="77777777" w:rsidR="009D0236" w:rsidRDefault="008E331E">
            <w:pPr>
              <w:spacing w:after="0"/>
            </w:pPr>
            <w:r>
              <w:rPr>
                <w:b/>
                <w:color w:val="000000"/>
              </w:rPr>
              <w:t>Beneficiario / asegurado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04DA81F" w14:textId="77777777" w:rsidR="009D0236" w:rsidRDefault="008E331E">
            <w:pPr>
              <w:spacing w:after="0"/>
            </w:pPr>
            <w:r>
              <w:rPr>
                <w:color w:val="000000"/>
              </w:rPr>
              <w:t>[________________________________]</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3E375F9D" w14:textId="77777777" w:rsidR="009D0236" w:rsidRDefault="008E331E">
            <w:pPr>
              <w:spacing w:after="0"/>
            </w:pPr>
            <w:r>
              <w:rPr>
                <w:b/>
                <w:color w:val="000000"/>
              </w:rPr>
              <w:t>Amparo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6D5BE645" w14:textId="77777777" w:rsidR="009D0236" w:rsidRDefault="008E331E">
            <w:pPr>
              <w:spacing w:after="0"/>
            </w:pPr>
            <w:r>
              <w:rPr>
                <w:color w:val="000000"/>
              </w:rPr>
              <w:t>[________________]</w:t>
            </w:r>
          </w:p>
        </w:tc>
      </w:tr>
      <w:tr w:rsidR="00F35C6A" w14:paraId="18E8CC4E"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394BFB6C" w14:textId="77777777" w:rsidR="00F35C6A" w:rsidRDefault="00F35C6A" w:rsidP="00F35C6A">
            <w:pPr>
              <w:spacing w:after="0"/>
            </w:pPr>
            <w:r>
              <w:rPr>
                <w:b/>
                <w:color w:val="000000"/>
              </w:rPr>
              <w:t xml:space="preserve">Medio de </w:t>
            </w:r>
            <w:proofErr w:type="spellStart"/>
            <w:r>
              <w:rPr>
                <w:b/>
                <w:color w:val="000000"/>
              </w:rPr>
              <w:t>verificación</w:t>
            </w:r>
            <w:proofErr w:type="spellEnd"/>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32F9208C" w14:textId="77777777" w:rsidR="00F35C6A" w:rsidRDefault="00F35C6A" w:rsidP="00F35C6A">
            <w:pPr>
              <w:spacing w:after="0"/>
            </w:pPr>
            <w:r>
              <w:rPr>
                <w:color w:val="000000"/>
              </w:rPr>
              <w:t>[Enlace / código / teléfono / correo]</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1A626B2F" w14:textId="14BDB245" w:rsidR="00F35C6A" w:rsidRDefault="00F35C6A" w:rsidP="00F35C6A">
            <w:pPr>
              <w:spacing w:after="0"/>
            </w:pPr>
            <w:proofErr w:type="spellStart"/>
            <w:r>
              <w:rPr>
                <w:b/>
                <w:color w:val="000000"/>
              </w:rPr>
              <w:t>Intermediario</w:t>
            </w:r>
            <w:proofErr w:type="spellEnd"/>
            <w:r>
              <w:rPr>
                <w:b/>
                <w:color w:val="000000"/>
              </w:rPr>
              <w:t xml:space="preserve"> (</w:t>
            </w:r>
            <w:proofErr w:type="spellStart"/>
            <w:r>
              <w:rPr>
                <w:b/>
                <w:color w:val="000000"/>
              </w:rPr>
              <w:t>si</w:t>
            </w:r>
            <w:proofErr w:type="spellEnd"/>
            <w:r>
              <w:rPr>
                <w:b/>
                <w:color w:val="000000"/>
              </w:rPr>
              <w:t xml:space="preserve"> </w:t>
            </w:r>
            <w:proofErr w:type="spellStart"/>
            <w:r>
              <w:rPr>
                <w:b/>
                <w:color w:val="000000"/>
              </w:rPr>
              <w:t>aplica</w:t>
            </w:r>
            <w:proofErr w:type="spellEnd"/>
            <w:r>
              <w:rPr>
                <w:b/>
                <w:color w:val="000000"/>
              </w:rPr>
              <w:t>)</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CB6B920" w14:textId="0470667A" w:rsidR="00F35C6A" w:rsidRDefault="00F35C6A" w:rsidP="00F35C6A">
            <w:pPr>
              <w:spacing w:after="0"/>
            </w:pPr>
            <w:r>
              <w:rPr>
                <w:color w:val="000000"/>
              </w:rPr>
              <w:t>[________________________________]</w:t>
            </w:r>
          </w:p>
        </w:tc>
      </w:tr>
    </w:tbl>
    <w:p w14:paraId="7337B59C" w14:textId="77777777" w:rsidR="009D0236" w:rsidRDefault="008E331E">
      <w:pPr>
        <w:keepNext/>
        <w:pBdr>
          <w:bottom w:val="single" w:sz="12" w:space="3" w:color="92D050"/>
        </w:pBdr>
        <w:spacing w:before="140" w:after="80"/>
        <w:jc w:val="center"/>
      </w:pPr>
      <w:r>
        <w:rPr>
          <w:b/>
          <w:sz w:val="20"/>
        </w:rPr>
        <w:t>4. RELACIÓN DE DOCUMENTOS ANEXOS</w:t>
      </w:r>
    </w:p>
    <w:tbl>
      <w:tblPr>
        <w:tblW w:w="14602" w:type="dxa"/>
        <w:jc w:val="center"/>
        <w:tblLayout w:type="fixed"/>
        <w:tblLook w:val="04A0" w:firstRow="1" w:lastRow="0" w:firstColumn="1" w:lastColumn="0" w:noHBand="0" w:noVBand="1"/>
      </w:tblPr>
      <w:tblGrid>
        <w:gridCol w:w="1135"/>
        <w:gridCol w:w="5367"/>
        <w:gridCol w:w="1404"/>
        <w:gridCol w:w="2880"/>
        <w:gridCol w:w="3816"/>
      </w:tblGrid>
      <w:tr w:rsidR="009D0236" w14:paraId="3C048EE3" w14:textId="77777777" w:rsidTr="00CC14C9">
        <w:trPr>
          <w:jc w:val="center"/>
        </w:trPr>
        <w:tc>
          <w:tcPr>
            <w:tcW w:w="1135"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3B3F2672" w14:textId="77777777" w:rsidR="009D0236" w:rsidRDefault="008E331E">
            <w:pPr>
              <w:spacing w:after="0"/>
              <w:jc w:val="center"/>
            </w:pPr>
            <w:r>
              <w:rPr>
                <w:b/>
                <w:color w:val="FFFFFF"/>
                <w:sz w:val="14"/>
              </w:rPr>
              <w:t>N.º</w:t>
            </w:r>
          </w:p>
        </w:tc>
        <w:tc>
          <w:tcPr>
            <w:tcW w:w="5367"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00B2B82A" w14:textId="77777777" w:rsidR="009D0236" w:rsidRDefault="008E331E">
            <w:pPr>
              <w:spacing w:after="0"/>
              <w:jc w:val="center"/>
            </w:pPr>
            <w:r>
              <w:rPr>
                <w:b/>
                <w:color w:val="FFFFFF"/>
                <w:sz w:val="14"/>
              </w:rPr>
              <w:t>Documento</w:t>
            </w:r>
          </w:p>
        </w:tc>
        <w:tc>
          <w:tcPr>
            <w:tcW w:w="1404"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634FC114" w14:textId="77777777" w:rsidR="009D0236" w:rsidRDefault="008E331E">
            <w:pPr>
              <w:spacing w:after="0"/>
              <w:jc w:val="center"/>
            </w:pPr>
            <w:r>
              <w:rPr>
                <w:b/>
                <w:color w:val="FFFFFF"/>
                <w:sz w:val="14"/>
              </w:rPr>
              <w:t>Se anexa</w:t>
            </w:r>
          </w:p>
        </w:tc>
        <w:tc>
          <w:tcPr>
            <w:tcW w:w="2880"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05AF0159" w14:textId="77777777" w:rsidR="009D0236" w:rsidRDefault="008E331E">
            <w:pPr>
              <w:spacing w:after="0"/>
              <w:jc w:val="center"/>
            </w:pPr>
            <w:r>
              <w:rPr>
                <w:b/>
                <w:color w:val="FFFFFF"/>
                <w:sz w:val="14"/>
              </w:rPr>
              <w:t>Folio / archivo</w:t>
            </w:r>
          </w:p>
        </w:tc>
        <w:tc>
          <w:tcPr>
            <w:tcW w:w="3816" w:type="dxa"/>
            <w:tcBorders>
              <w:top w:val="single" w:sz="6" w:space="0" w:color="000000"/>
              <w:left w:val="single" w:sz="6" w:space="0" w:color="000000"/>
              <w:bottom w:val="single" w:sz="6" w:space="0" w:color="000000"/>
              <w:right w:val="single" w:sz="6" w:space="0" w:color="000000"/>
            </w:tcBorders>
            <w:shd w:val="clear" w:color="auto" w:fill="000000"/>
            <w:tcMar>
              <w:top w:w="90" w:type="dxa"/>
              <w:left w:w="110" w:type="dxa"/>
              <w:bottom w:w="90" w:type="dxa"/>
              <w:right w:w="110" w:type="dxa"/>
            </w:tcMar>
            <w:vAlign w:val="center"/>
          </w:tcPr>
          <w:p w14:paraId="25D3738C" w14:textId="77777777" w:rsidR="009D0236" w:rsidRDefault="008E331E">
            <w:pPr>
              <w:spacing w:after="0"/>
              <w:jc w:val="center"/>
            </w:pPr>
            <w:r>
              <w:rPr>
                <w:b/>
                <w:color w:val="FFFFFF"/>
                <w:sz w:val="14"/>
              </w:rPr>
              <w:t>Observaciones</w:t>
            </w:r>
          </w:p>
        </w:tc>
      </w:tr>
      <w:tr w:rsidR="009D0236" w14:paraId="17EA5251" w14:textId="77777777" w:rsidTr="00CC14C9">
        <w:trPr>
          <w:cantSplit/>
          <w:jc w:val="center"/>
        </w:trPr>
        <w:tc>
          <w:tcPr>
            <w:tcW w:w="1135"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15EA69D1" w14:textId="77777777" w:rsidR="009D0236" w:rsidRDefault="008E331E">
            <w:pPr>
              <w:spacing w:after="0"/>
              <w:jc w:val="center"/>
            </w:pPr>
            <w:r>
              <w:rPr>
                <w:color w:val="000000"/>
                <w:sz w:val="14"/>
              </w:rPr>
              <w:t>1</w:t>
            </w:r>
          </w:p>
        </w:tc>
        <w:tc>
          <w:tcPr>
            <w:tcW w:w="5367"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CEA381D" w14:textId="77777777" w:rsidR="009D0236" w:rsidRPr="00CC14C9" w:rsidRDefault="008E331E">
            <w:pPr>
              <w:spacing w:after="0"/>
              <w:rPr>
                <w:lang w:val="es-CO"/>
              </w:rPr>
            </w:pPr>
            <w:r w:rsidRPr="00CC14C9">
              <w:rPr>
                <w:color w:val="000000"/>
                <w:sz w:val="14"/>
                <w:lang w:val="es-CO"/>
              </w:rPr>
              <w:t>Póliza de seriedad de la oferta</w:t>
            </w:r>
          </w:p>
        </w:tc>
        <w:tc>
          <w:tcPr>
            <w:tcW w:w="1404"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0778B6D" w14:textId="77777777" w:rsidR="009D0236" w:rsidRDefault="008E331E">
            <w:pPr>
              <w:spacing w:after="0"/>
              <w:jc w:val="center"/>
            </w:pPr>
            <w:r>
              <w:rPr>
                <w:color w:val="000000"/>
                <w:sz w:val="14"/>
              </w:rPr>
              <w:t>☐ Sí ☐ No</w:t>
            </w:r>
          </w:p>
        </w:tc>
        <w:tc>
          <w:tcPr>
            <w:tcW w:w="288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52C94BD" w14:textId="77777777" w:rsidR="009D0236" w:rsidRDefault="009D0236">
            <w:pPr>
              <w:spacing w:after="0"/>
              <w:jc w:val="center"/>
            </w:pPr>
          </w:p>
        </w:tc>
        <w:tc>
          <w:tcPr>
            <w:tcW w:w="3816"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3A52DCB8" w14:textId="77777777" w:rsidR="009D0236" w:rsidRDefault="009D0236">
            <w:pPr>
              <w:spacing w:after="0"/>
            </w:pPr>
          </w:p>
        </w:tc>
      </w:tr>
      <w:tr w:rsidR="009D0236" w14:paraId="12CB1436" w14:textId="77777777" w:rsidTr="00CC14C9">
        <w:trPr>
          <w:cantSplit/>
          <w:jc w:val="center"/>
        </w:trPr>
        <w:tc>
          <w:tcPr>
            <w:tcW w:w="1135"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1364AE3E" w14:textId="77777777" w:rsidR="009D0236" w:rsidRDefault="008E331E">
            <w:pPr>
              <w:spacing w:after="0"/>
              <w:jc w:val="center"/>
            </w:pPr>
            <w:r>
              <w:rPr>
                <w:color w:val="000000"/>
                <w:sz w:val="14"/>
              </w:rPr>
              <w:t>2</w:t>
            </w:r>
          </w:p>
        </w:tc>
        <w:tc>
          <w:tcPr>
            <w:tcW w:w="5367"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187D3893" w14:textId="77777777" w:rsidR="009D0236" w:rsidRDefault="008E331E">
            <w:pPr>
              <w:spacing w:after="0"/>
            </w:pPr>
            <w:r>
              <w:rPr>
                <w:color w:val="000000"/>
                <w:sz w:val="14"/>
              </w:rPr>
              <w:t>Condiciones generales aplicables</w:t>
            </w:r>
          </w:p>
        </w:tc>
        <w:tc>
          <w:tcPr>
            <w:tcW w:w="1404"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16F00DC9" w14:textId="77777777" w:rsidR="009D0236" w:rsidRDefault="008E331E">
            <w:pPr>
              <w:spacing w:after="0"/>
              <w:jc w:val="center"/>
            </w:pPr>
            <w:r>
              <w:rPr>
                <w:color w:val="000000"/>
                <w:sz w:val="14"/>
              </w:rPr>
              <w:t>☐ Sí ☐ No</w:t>
            </w:r>
          </w:p>
        </w:tc>
        <w:tc>
          <w:tcPr>
            <w:tcW w:w="2880"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124D9C35" w14:textId="77777777" w:rsidR="009D0236" w:rsidRDefault="009D0236">
            <w:pPr>
              <w:spacing w:after="0"/>
              <w:jc w:val="center"/>
            </w:pPr>
          </w:p>
        </w:tc>
        <w:tc>
          <w:tcPr>
            <w:tcW w:w="3816" w:type="dxa"/>
            <w:tcBorders>
              <w:top w:val="single" w:sz="6" w:space="0" w:color="000000"/>
              <w:left w:val="single" w:sz="6" w:space="0" w:color="000000"/>
              <w:bottom w:val="single" w:sz="6" w:space="0" w:color="000000"/>
              <w:right w:val="single" w:sz="6" w:space="0" w:color="000000"/>
            </w:tcBorders>
            <w:shd w:val="clear" w:color="auto" w:fill="F7F7F7"/>
            <w:tcMar>
              <w:top w:w="90" w:type="dxa"/>
              <w:left w:w="110" w:type="dxa"/>
              <w:bottom w:w="90" w:type="dxa"/>
              <w:right w:w="110" w:type="dxa"/>
            </w:tcMar>
            <w:vAlign w:val="center"/>
          </w:tcPr>
          <w:p w14:paraId="466E5BF8" w14:textId="77777777" w:rsidR="009D0236" w:rsidRDefault="009D0236">
            <w:pPr>
              <w:spacing w:after="0"/>
            </w:pPr>
          </w:p>
        </w:tc>
      </w:tr>
      <w:tr w:rsidR="009D0236" w14:paraId="7795D435" w14:textId="77777777" w:rsidTr="00CC14C9">
        <w:trPr>
          <w:cantSplit/>
          <w:jc w:val="center"/>
        </w:trPr>
        <w:tc>
          <w:tcPr>
            <w:tcW w:w="1135"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13D30A4D" w14:textId="77777777" w:rsidR="009D0236" w:rsidRDefault="008E331E">
            <w:pPr>
              <w:spacing w:after="0"/>
              <w:jc w:val="center"/>
            </w:pPr>
            <w:r>
              <w:rPr>
                <w:color w:val="000000"/>
                <w:sz w:val="14"/>
              </w:rPr>
              <w:t>3</w:t>
            </w:r>
          </w:p>
        </w:tc>
        <w:tc>
          <w:tcPr>
            <w:tcW w:w="5367"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23EE5AB" w14:textId="77777777" w:rsidR="009D0236" w:rsidRPr="00CC14C9" w:rsidRDefault="008E331E">
            <w:pPr>
              <w:spacing w:after="0"/>
              <w:rPr>
                <w:lang w:val="es-CO"/>
              </w:rPr>
            </w:pPr>
            <w:r w:rsidRPr="00CC14C9">
              <w:rPr>
                <w:color w:val="000000"/>
                <w:sz w:val="14"/>
                <w:lang w:val="es-CO"/>
              </w:rPr>
              <w:t>Recibo, comprobante o certificación de pago de la prima —cuando corresponda—</w:t>
            </w:r>
          </w:p>
        </w:tc>
        <w:tc>
          <w:tcPr>
            <w:tcW w:w="1404"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61FDA5B7" w14:textId="77777777" w:rsidR="009D0236" w:rsidRDefault="008E331E">
            <w:pPr>
              <w:spacing w:after="0"/>
              <w:jc w:val="center"/>
            </w:pPr>
            <w:r>
              <w:rPr>
                <w:color w:val="000000"/>
                <w:sz w:val="14"/>
              </w:rPr>
              <w:t>☐ Sí ☐ No</w:t>
            </w:r>
          </w:p>
        </w:tc>
        <w:tc>
          <w:tcPr>
            <w:tcW w:w="288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ACB3A17" w14:textId="77777777" w:rsidR="009D0236" w:rsidRDefault="009D0236">
            <w:pPr>
              <w:spacing w:after="0"/>
              <w:jc w:val="center"/>
            </w:pPr>
          </w:p>
        </w:tc>
        <w:tc>
          <w:tcPr>
            <w:tcW w:w="3816"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18071AD" w14:textId="77777777" w:rsidR="009D0236" w:rsidRDefault="009D0236">
            <w:pPr>
              <w:spacing w:after="0"/>
            </w:pPr>
          </w:p>
        </w:tc>
      </w:tr>
      <w:tr w:rsidR="009D0236" w14:paraId="74250CC8" w14:textId="77777777" w:rsidTr="00CC14C9">
        <w:trPr>
          <w:cantSplit/>
          <w:jc w:val="center"/>
        </w:trPr>
        <w:tc>
          <w:tcPr>
            <w:tcW w:w="1135"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C3C5B2B" w14:textId="77777777" w:rsidR="00A27B08" w:rsidRDefault="00000000">
            <w:r>
              <w:t>4</w:t>
            </w:r>
          </w:p>
        </w:tc>
        <w:tc>
          <w:tcPr>
            <w:tcW w:w="5367"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1BB06EDB" w14:textId="77777777" w:rsidR="009D0236" w:rsidRPr="00CC14C9" w:rsidRDefault="008E331E">
            <w:pPr>
              <w:spacing w:after="0"/>
              <w:rPr>
                <w:lang w:val="es-CO"/>
              </w:rPr>
            </w:pPr>
            <w:r w:rsidRPr="00CC14C9">
              <w:rPr>
                <w:color w:val="000000"/>
                <w:sz w:val="14"/>
                <w:lang w:val="es-CO"/>
              </w:rPr>
              <w:t>Medio o constancia de verificación de la entidad aseguradora</w:t>
            </w:r>
          </w:p>
        </w:tc>
        <w:tc>
          <w:tcPr>
            <w:tcW w:w="1404"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A9975DD" w14:textId="77777777" w:rsidR="009D0236" w:rsidRDefault="008E331E">
            <w:pPr>
              <w:spacing w:after="0"/>
              <w:jc w:val="center"/>
            </w:pPr>
            <w:r>
              <w:rPr>
                <w:color w:val="000000"/>
                <w:sz w:val="14"/>
              </w:rPr>
              <w:t>☐ Sí ☐ No</w:t>
            </w:r>
          </w:p>
        </w:tc>
        <w:tc>
          <w:tcPr>
            <w:tcW w:w="288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C4B82DD" w14:textId="77777777" w:rsidR="009D0236" w:rsidRDefault="009D0236">
            <w:pPr>
              <w:spacing w:after="0"/>
              <w:jc w:val="center"/>
            </w:pPr>
          </w:p>
        </w:tc>
        <w:tc>
          <w:tcPr>
            <w:tcW w:w="3816"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7E8417D" w14:textId="77777777" w:rsidR="009D0236" w:rsidRDefault="009D0236">
            <w:pPr>
              <w:spacing w:after="0"/>
            </w:pPr>
          </w:p>
        </w:tc>
      </w:tr>
    </w:tbl>
    <w:p w14:paraId="4C685396" w14:textId="77777777" w:rsidR="009D0236" w:rsidRDefault="008E331E">
      <w:pPr>
        <w:keepNext/>
        <w:pBdr>
          <w:bottom w:val="single" w:sz="12" w:space="3" w:color="92D050"/>
        </w:pBdr>
        <w:spacing w:before="140" w:after="80"/>
        <w:jc w:val="center"/>
      </w:pPr>
      <w:r>
        <w:rPr>
          <w:b/>
          <w:sz w:val="20"/>
        </w:rPr>
        <w:t>5. DECLARACIÓN DEL PROPONENTE</w:t>
      </w:r>
    </w:p>
    <w:p w14:paraId="595B6FCB" w14:textId="77777777" w:rsidR="009D0236" w:rsidRPr="00CC14C9" w:rsidRDefault="008E331E">
      <w:pPr>
        <w:keepNext/>
        <w:jc w:val="both"/>
        <w:rPr>
          <w:lang w:val="es-CO"/>
        </w:rPr>
      </w:pPr>
      <w:r w:rsidRPr="00CC14C9">
        <w:rPr>
          <w:lang w:val="es-CO"/>
        </w:rPr>
        <w:t>Bajo la gravedad de juramento, manifiesto que la información consignada en este formato y en los documentos anexos es veraz, completa y corresponde a la póliza constituida para la presente invitación; que ampara la seriedad de la oferta por el valor y durante la vigencia exigidos; que el tomador corresponde al proponente; y que me obligo a mantener, ampliar o corregir la póliza cuando resulte necesario conforme a la invitación, sus adendas y los requerimientos procedentes de Teleantioquia.</w:t>
      </w:r>
    </w:p>
    <w:tbl>
      <w:tblPr>
        <w:tblW w:w="0" w:type="auto"/>
        <w:jc w:val="center"/>
        <w:tblLayout w:type="fixed"/>
        <w:tblLook w:val="04A0" w:firstRow="1" w:lastRow="0" w:firstColumn="1" w:lastColumn="0" w:noHBand="0" w:noVBand="1"/>
      </w:tblPr>
      <w:tblGrid>
        <w:gridCol w:w="2880"/>
        <w:gridCol w:w="4320"/>
        <w:gridCol w:w="2880"/>
        <w:gridCol w:w="4320"/>
      </w:tblGrid>
      <w:tr w:rsidR="009D0236" w14:paraId="20E14F1B"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23DC9178" w14:textId="77777777" w:rsidR="009D0236" w:rsidRDefault="008E331E">
            <w:pPr>
              <w:spacing w:after="0"/>
            </w:pPr>
            <w:proofErr w:type="spellStart"/>
            <w:r>
              <w:rPr>
                <w:b/>
                <w:color w:val="000000"/>
              </w:rPr>
              <w:t>Representante</w:t>
            </w:r>
            <w:proofErr w:type="spellEnd"/>
            <w:r>
              <w:rPr>
                <w:b/>
                <w:color w:val="000000"/>
              </w:rPr>
              <w:t xml:space="preserve"> legal / </w:t>
            </w:r>
            <w:proofErr w:type="spellStart"/>
            <w:r>
              <w:rPr>
                <w:b/>
                <w:color w:val="000000"/>
              </w:rPr>
              <w:t>proponente</w:t>
            </w:r>
            <w:proofErr w:type="spellEnd"/>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5FC57073" w14:textId="77777777" w:rsidR="009D0236" w:rsidRDefault="008E331E">
            <w:pPr>
              <w:spacing w:after="0"/>
            </w:pPr>
            <w:r>
              <w:rPr>
                <w:color w:val="000000"/>
              </w:rPr>
              <w:t>[Nombre completo]</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3477CD09" w14:textId="77777777" w:rsidR="009D0236" w:rsidRDefault="008E331E">
            <w:pPr>
              <w:spacing w:after="0"/>
            </w:pPr>
            <w:r>
              <w:rPr>
                <w:b/>
                <w:color w:val="000000"/>
              </w:rPr>
              <w:t>C.C.</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7301A344" w14:textId="77777777" w:rsidR="009D0236" w:rsidRDefault="008E331E">
            <w:pPr>
              <w:spacing w:after="0"/>
            </w:pPr>
            <w:r>
              <w:rPr>
                <w:color w:val="000000"/>
              </w:rPr>
              <w:t>[________________]</w:t>
            </w:r>
          </w:p>
        </w:tc>
      </w:tr>
      <w:tr w:rsidR="009D0236" w14:paraId="41CF04C1"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7EA48BC2" w14:textId="77777777" w:rsidR="009D0236" w:rsidRDefault="008E331E">
            <w:pPr>
              <w:spacing w:after="0"/>
            </w:pPr>
            <w:r>
              <w:rPr>
                <w:b/>
                <w:color w:val="000000"/>
              </w:rPr>
              <w:t>Firma</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9928039" w14:textId="77777777" w:rsidR="009D0236" w:rsidRDefault="008E331E">
            <w:pPr>
              <w:spacing w:after="0"/>
            </w:pPr>
            <w:r>
              <w:rPr>
                <w:color w:val="000000"/>
              </w:rPr>
              <w:t>________________________________</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544DD004" w14:textId="77777777" w:rsidR="009D0236" w:rsidRDefault="008E331E">
            <w:pPr>
              <w:spacing w:after="0"/>
            </w:pPr>
            <w:r>
              <w:rPr>
                <w:b/>
                <w:color w:val="000000"/>
              </w:rPr>
              <w:t>Fecha</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83203F7" w14:textId="77777777" w:rsidR="009D0236" w:rsidRDefault="008E331E">
            <w:pPr>
              <w:spacing w:after="0"/>
            </w:pPr>
            <w:r>
              <w:rPr>
                <w:color w:val="000000"/>
              </w:rPr>
              <w:t>[DD/MM/AAAA]</w:t>
            </w:r>
          </w:p>
        </w:tc>
      </w:tr>
      <w:tr w:rsidR="009D0236" w14:paraId="29140BF7"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3DF63AC7" w14:textId="77777777" w:rsidR="009D0236" w:rsidRDefault="008E331E">
            <w:pPr>
              <w:spacing w:after="0"/>
            </w:pPr>
            <w:r>
              <w:rPr>
                <w:b/>
                <w:color w:val="000000"/>
              </w:rPr>
              <w:t>Correo electrónico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2A39B5E4" w14:textId="77777777" w:rsidR="009D0236" w:rsidRDefault="008E331E">
            <w:pPr>
              <w:spacing w:after="0"/>
            </w:pPr>
            <w:r>
              <w:rPr>
                <w:color w:val="000000"/>
              </w:rPr>
              <w:t>[________________________________]</w:t>
            </w:r>
          </w:p>
        </w:tc>
        <w:tc>
          <w:tcPr>
            <w:tcW w:w="2880" w:type="dxa"/>
            <w:tcBorders>
              <w:top w:val="single" w:sz="6" w:space="0" w:color="000000"/>
              <w:left w:val="single" w:sz="6" w:space="0" w:color="000000"/>
              <w:bottom w:val="single" w:sz="6" w:space="0" w:color="000000"/>
              <w:right w:val="single" w:sz="6" w:space="0" w:color="000000"/>
            </w:tcBorders>
            <w:shd w:val="clear" w:color="auto" w:fill="92D050"/>
            <w:tcMar>
              <w:top w:w="90" w:type="dxa"/>
              <w:left w:w="110" w:type="dxa"/>
              <w:bottom w:w="90" w:type="dxa"/>
              <w:right w:w="110" w:type="dxa"/>
            </w:tcMar>
            <w:vAlign w:val="center"/>
          </w:tcPr>
          <w:p w14:paraId="0303BE41" w14:textId="77777777" w:rsidR="009D0236" w:rsidRDefault="008E331E">
            <w:pPr>
              <w:spacing w:after="0"/>
            </w:pPr>
            <w:r>
              <w:rPr>
                <w:b/>
                <w:color w:val="000000"/>
              </w:rPr>
              <w:t>Teléfono</w:t>
            </w:r>
          </w:p>
        </w:tc>
        <w:tc>
          <w:tcPr>
            <w:tcW w:w="4320"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41A66F99" w14:textId="77777777" w:rsidR="009D0236" w:rsidRDefault="008E331E">
            <w:pPr>
              <w:spacing w:after="0"/>
            </w:pPr>
            <w:r>
              <w:rPr>
                <w:color w:val="000000"/>
              </w:rPr>
              <w:t>[________________]</w:t>
            </w:r>
          </w:p>
        </w:tc>
      </w:tr>
    </w:tbl>
    <w:p w14:paraId="39802181" w14:textId="77777777" w:rsidR="008E331E" w:rsidRPr="00CC14C9" w:rsidRDefault="008E331E" w:rsidP="00F449B5">
      <w:pPr>
        <w:keepNext/>
        <w:pBdr>
          <w:bottom w:val="single" w:sz="12" w:space="3" w:color="92D050"/>
        </w:pBdr>
        <w:spacing w:before="140" w:after="80"/>
        <w:jc w:val="center"/>
        <w:rPr>
          <w:lang w:val="es-CO"/>
        </w:rPr>
      </w:pPr>
    </w:p>
    <w:sectPr w:rsidR="008E331E" w:rsidRPr="00CC14C9" w:rsidSect="00034616">
      <w:headerReference w:type="default" r:id="rId8"/>
      <w:footerReference w:type="default" r:id="rId9"/>
      <w:pgSz w:w="15840" w:h="12240" w:orient="landscape"/>
      <w:pgMar w:top="835" w:right="720" w:bottom="720" w:left="720" w:header="288"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A0BA64" w14:textId="77777777" w:rsidR="007E3622" w:rsidRDefault="007E3622">
      <w:pPr>
        <w:spacing w:after="0"/>
      </w:pPr>
      <w:r>
        <w:separator/>
      </w:r>
    </w:p>
  </w:endnote>
  <w:endnote w:type="continuationSeparator" w:id="0">
    <w:p w14:paraId="4FB9D14C" w14:textId="77777777" w:rsidR="007E3622" w:rsidRDefault="007E36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F55512" w14:textId="2141AFBA" w:rsidR="009D0236" w:rsidRDefault="009D0236">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8A1E18" w14:textId="77777777" w:rsidR="007E3622" w:rsidRDefault="007E3622">
      <w:pPr>
        <w:spacing w:after="0"/>
      </w:pPr>
      <w:r>
        <w:separator/>
      </w:r>
    </w:p>
  </w:footnote>
  <w:footnote w:type="continuationSeparator" w:id="0">
    <w:p w14:paraId="444FEBD0" w14:textId="77777777" w:rsidR="007E3622" w:rsidRDefault="007E36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56EF2" w14:textId="77777777" w:rsidR="009D0236" w:rsidRDefault="009D0236">
    <w:pPr>
      <w:pStyle w:val="Encabezado"/>
    </w:pPr>
  </w:p>
  <w:tbl>
    <w:tblPr>
      <w:tblW w:w="0" w:type="auto"/>
      <w:jc w:val="center"/>
      <w:tblLayout w:type="fixed"/>
      <w:tblLook w:val="04A0" w:firstRow="1" w:lastRow="0" w:firstColumn="1" w:lastColumn="0" w:noHBand="0" w:noVBand="1"/>
    </w:tblPr>
    <w:tblGrid>
      <w:gridCol w:w="4752"/>
      <w:gridCol w:w="4752"/>
      <w:gridCol w:w="4752"/>
    </w:tblGrid>
    <w:tr w:rsidR="009D0236" w:rsidRPr="00361B7E" w14:paraId="3458A65A" w14:textId="77777777">
      <w:trPr>
        <w:jc w:val="center"/>
      </w:trPr>
      <w:tc>
        <w:tcPr>
          <w:tcW w:w="4752"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tcPr>
        <w:p w14:paraId="363E0DD6" w14:textId="77777777" w:rsidR="009D0236" w:rsidRDefault="008E331E">
          <w:pPr>
            <w:jc w:val="center"/>
          </w:pPr>
          <w:r>
            <w:rPr>
              <w:noProof/>
            </w:rPr>
            <w:drawing>
              <wp:inline distT="0" distB="0" distL="0" distR="0" wp14:anchorId="7DF1A12A" wp14:editId="39C0D426">
                <wp:extent cx="1417320" cy="2858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1417320" cy="285846"/>
                        </a:xfrm>
                        <a:prstGeom prst="rect">
                          <a:avLst/>
                        </a:prstGeom>
                      </pic:spPr>
                    </pic:pic>
                  </a:graphicData>
                </a:graphic>
              </wp:inline>
            </w:drawing>
          </w:r>
        </w:p>
      </w:tc>
      <w:tc>
        <w:tcPr>
          <w:tcW w:w="4752"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vAlign w:val="center"/>
        </w:tcPr>
        <w:p w14:paraId="05A58F01" w14:textId="77777777" w:rsidR="009D0236" w:rsidRPr="00CC14C9" w:rsidRDefault="008E331E">
          <w:pPr>
            <w:spacing w:after="0"/>
            <w:jc w:val="center"/>
            <w:rPr>
              <w:lang w:val="es-CO"/>
            </w:rPr>
          </w:pPr>
          <w:r w:rsidRPr="00CC14C9">
            <w:rPr>
              <w:b/>
              <w:color w:val="000000"/>
              <w:sz w:val="22"/>
              <w:lang w:val="es-CO"/>
            </w:rPr>
            <w:t>FORMATO 7</w:t>
          </w:r>
          <w:r w:rsidRPr="00CC14C9">
            <w:rPr>
              <w:b/>
              <w:color w:val="000000"/>
              <w:sz w:val="22"/>
              <w:lang w:val="es-CO"/>
            </w:rPr>
            <w:br/>
            <w:t>GARANTÍA DE SERIEDAD DE LA OFERTA</w:t>
          </w:r>
        </w:p>
      </w:tc>
      <w:tc>
        <w:tcPr>
          <w:tcW w:w="4752" w:type="dxa"/>
          <w:tcBorders>
            <w:top w:val="single" w:sz="6" w:space="0" w:color="000000"/>
            <w:left w:val="single" w:sz="6" w:space="0" w:color="000000"/>
            <w:bottom w:val="single" w:sz="6" w:space="0" w:color="000000"/>
            <w:right w:val="single" w:sz="6" w:space="0" w:color="000000"/>
          </w:tcBorders>
          <w:tcMar>
            <w:top w:w="90" w:type="dxa"/>
            <w:left w:w="110" w:type="dxa"/>
            <w:bottom w:w="90" w:type="dxa"/>
            <w:right w:w="110" w:type="dxa"/>
          </w:tcMar>
        </w:tcPr>
        <w:p w14:paraId="3B6BDF0C" w14:textId="1862583B" w:rsidR="009D0236" w:rsidRPr="00CC14C9" w:rsidRDefault="008E331E">
          <w:pPr>
            <w:rPr>
              <w:lang w:val="es-CO"/>
            </w:rPr>
          </w:pPr>
          <w:r w:rsidRPr="00CC14C9">
            <w:rPr>
              <w:b/>
              <w:sz w:val="17"/>
              <w:lang w:val="es-CO"/>
            </w:rPr>
            <w:t xml:space="preserve">Código: </w:t>
          </w:r>
          <w:r w:rsidRPr="00CC14C9">
            <w:rPr>
              <w:sz w:val="17"/>
              <w:lang w:val="es-CO"/>
            </w:rPr>
            <w:t>FO-7020XX</w:t>
          </w:r>
          <w:r w:rsidRPr="00CC14C9">
            <w:rPr>
              <w:b/>
              <w:sz w:val="17"/>
              <w:lang w:val="es-CO"/>
            </w:rPr>
            <w:br/>
            <w:t xml:space="preserve">Versión: </w:t>
          </w:r>
          <w:r w:rsidRPr="00CC14C9">
            <w:rPr>
              <w:sz w:val="17"/>
              <w:lang w:val="es-CO"/>
            </w:rPr>
            <w:t>01</w:t>
          </w:r>
          <w:r w:rsidRPr="00CC14C9">
            <w:rPr>
              <w:b/>
              <w:sz w:val="17"/>
              <w:lang w:val="es-CO"/>
            </w:rPr>
            <w:br/>
            <w:t xml:space="preserve">Fecha: </w:t>
          </w:r>
          <w:r w:rsidRPr="00CC14C9">
            <w:rPr>
              <w:sz w:val="17"/>
              <w:lang w:val="es-CO"/>
            </w:rPr>
            <w:t>__/__/2026</w:t>
          </w:r>
          <w:r w:rsidRPr="00CC14C9">
            <w:rPr>
              <w:b/>
              <w:sz w:val="17"/>
              <w:lang w:val="es-CO"/>
            </w:rPr>
            <w:br/>
            <w:t xml:space="preserve">Página </w:t>
          </w:r>
          <w:r>
            <w:fldChar w:fldCharType="begin"/>
          </w:r>
          <w:r w:rsidRPr="00CC14C9">
            <w:rPr>
              <w:lang w:val="es-CO"/>
            </w:rPr>
            <w:instrText>PAGE</w:instrText>
          </w:r>
          <w:r>
            <w:fldChar w:fldCharType="separate"/>
          </w:r>
          <w:r w:rsidR="00CC14C9" w:rsidRPr="00CC14C9">
            <w:rPr>
              <w:noProof/>
              <w:lang w:val="es-CO"/>
            </w:rPr>
            <w:t>3</w:t>
          </w:r>
          <w:r>
            <w:fldChar w:fldCharType="end"/>
          </w:r>
          <w:r w:rsidRPr="00CC14C9">
            <w:rPr>
              <w:sz w:val="17"/>
              <w:lang w:val="es-CO"/>
            </w:rPr>
            <w:t xml:space="preserve"> de </w:t>
          </w:r>
          <w:r>
            <w:fldChar w:fldCharType="begin"/>
          </w:r>
          <w:r w:rsidRPr="00CC14C9">
            <w:rPr>
              <w:lang w:val="es-CO"/>
            </w:rPr>
            <w:instrText>NUMPAGES</w:instrText>
          </w:r>
          <w:r>
            <w:fldChar w:fldCharType="separate"/>
          </w:r>
          <w:r w:rsidR="00CC14C9" w:rsidRPr="00CC14C9">
            <w:rPr>
              <w:noProof/>
              <w:lang w:val="es-CO"/>
            </w:rPr>
            <w:t>1</w:t>
          </w:r>
          <w: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51306621">
    <w:abstractNumId w:val="8"/>
  </w:num>
  <w:num w:numId="2" w16cid:durableId="438185939">
    <w:abstractNumId w:val="6"/>
  </w:num>
  <w:num w:numId="3" w16cid:durableId="2143885844">
    <w:abstractNumId w:val="5"/>
  </w:num>
  <w:num w:numId="4" w16cid:durableId="1537813505">
    <w:abstractNumId w:val="4"/>
  </w:num>
  <w:num w:numId="5" w16cid:durableId="506138747">
    <w:abstractNumId w:val="7"/>
  </w:num>
  <w:num w:numId="6" w16cid:durableId="164051595">
    <w:abstractNumId w:val="3"/>
  </w:num>
  <w:num w:numId="7" w16cid:durableId="1875652263">
    <w:abstractNumId w:val="2"/>
  </w:num>
  <w:num w:numId="8" w16cid:durableId="466242413">
    <w:abstractNumId w:val="1"/>
  </w:num>
  <w:num w:numId="9" w16cid:durableId="3781678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63E2"/>
    <w:rsid w:val="0029639D"/>
    <w:rsid w:val="00326F90"/>
    <w:rsid w:val="00361B7E"/>
    <w:rsid w:val="0058219E"/>
    <w:rsid w:val="007E3622"/>
    <w:rsid w:val="0080003C"/>
    <w:rsid w:val="008E331E"/>
    <w:rsid w:val="009757E0"/>
    <w:rsid w:val="009A74E3"/>
    <w:rsid w:val="009D0236"/>
    <w:rsid w:val="00A27B08"/>
    <w:rsid w:val="00AA1D8D"/>
    <w:rsid w:val="00B47730"/>
    <w:rsid w:val="00CB0664"/>
    <w:rsid w:val="00CC14C9"/>
    <w:rsid w:val="00F35C6A"/>
    <w:rsid w:val="00F449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FABDD78-BB4F-704D-8586-73BBD518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sz w:val="16"/>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524</Words>
  <Characters>3209</Characters>
  <Application>Microsoft Office Word</Application>
  <DocSecurity>0</DocSecurity>
  <Lines>152</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Camilo Andrés Chaverra Monsalve</cp:lastModifiedBy>
  <cp:revision>4</cp:revision>
  <dcterms:created xsi:type="dcterms:W3CDTF">2026-08-26T01:57:00Z</dcterms:created>
  <dcterms:modified xsi:type="dcterms:W3CDTF">2026-08-31T23:53:00Z</dcterms:modified>
  <cp:category/>
</cp:coreProperties>
</file>