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  <w:gridCol w:w="58"/>
      </w:tblGrid>
      <w:tr w:rsidR="000C5318" w14:paraId="65F5D35C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EEF8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Proceso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C75433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Invitación Pública N.º IP 45-2026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5F9A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cierre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7830D2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1BBF060A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BA5FE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Objeto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FE78A2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Estudios y diseños arquitectónicos y técnicos para la adecuación de las instalaciones de Teleantioquia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66DCE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Proponente / NIT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349183" w14:textId="77777777" w:rsidR="000C5318" w:rsidRDefault="009B6465">
            <w:pPr>
              <w:spacing w:after="0"/>
            </w:pPr>
            <w:r>
              <w:rPr>
                <w:color w:val="000000"/>
              </w:rPr>
              <w:t>[Razón social / NIT]</w:t>
            </w:r>
          </w:p>
        </w:tc>
      </w:tr>
      <w:tr w:rsidR="000C5318" w14:paraId="086F34CA" w14:textId="77777777">
        <w:trPr>
          <w:gridAfter w:val="1"/>
          <w:wAfter w:w="42" w:type="dxa"/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5770F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Representante legal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96A56D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5528A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Correo / teléfono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066C22" w14:textId="77777777" w:rsidR="000C5318" w:rsidRDefault="009B6465">
            <w:pPr>
              <w:spacing w:after="0"/>
            </w:pPr>
            <w:r>
              <w:rPr>
                <w:color w:val="000000"/>
              </w:rPr>
              <w:t>[Datos]</w:t>
            </w:r>
          </w:p>
        </w:tc>
      </w:tr>
      <w:tr w:rsidR="000C5318" w:rsidRPr="00AD21BF" w14:paraId="5DFD64B9" w14:textId="77777777">
        <w:trPr>
          <w:jc w:val="center"/>
        </w:trPr>
        <w:tc>
          <w:tcPr>
            <w:tcW w:w="14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48D418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lang w:val="es-CO"/>
              </w:rPr>
              <w:t>DILIGENCIAMIENTO: relacione un profesional principal por cada una de las diez especialidades. Complete todos los campos y anexe los soportes identificados con el mismo nombre o folio registrado. La información está organizada para alimentar directamente la evaluación habilitante y la asignación de puntajes. Los periodos simultáneos deben contarse una sola vez en la experiencia total.</w:t>
            </w:r>
          </w:p>
        </w:tc>
      </w:tr>
    </w:tbl>
    <w:p w14:paraId="5D0DFC66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1. ORGANIGRAMA Y ESTRUCTURA GENERAL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810"/>
        <w:gridCol w:w="1892"/>
        <w:gridCol w:w="2784"/>
        <w:gridCol w:w="3422"/>
        <w:gridCol w:w="1013"/>
        <w:gridCol w:w="1753"/>
        <w:gridCol w:w="1283"/>
        <w:gridCol w:w="1501"/>
      </w:tblGrid>
      <w:tr w:rsidR="000C5318" w14:paraId="2D4DE907" w14:textId="77777777" w:rsidTr="00910B4D">
        <w:trPr>
          <w:tblHeader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8C42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AB42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Especialidad / rol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CD68A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principal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387A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Formación mínima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E8277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Experiencia mínima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3E44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Dedicación / fases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D4587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Vinculación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3075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Soportes / folio</w:t>
            </w:r>
          </w:p>
        </w:tc>
      </w:tr>
      <w:tr w:rsidR="000C5318" w14:paraId="658DAC1C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F1898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799586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Dirección, coordinación, diseño arquitectónico e interiorismo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9FFF8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6A197C" w14:textId="77777777" w:rsidR="00D4168A" w:rsidRDefault="00000000">
            <w:r>
              <w:t>Arquitecto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081CA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56E1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C80F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3BF7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5C201C7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09B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5FF0C2" w14:textId="77777777" w:rsidR="00D4168A" w:rsidRDefault="00000000">
            <w:r>
              <w:t>Diseño acústico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6ED9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41C2A" w14:textId="77777777" w:rsidR="00D4168A" w:rsidRDefault="00000000">
            <w:r>
              <w:t>Arquitecto, ingeniero o profesional legalmente facultado para desarrollar la especialidad, con matrícula o registro profesional vigente cuando resulte exigible.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D9615A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E8D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BE80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41B4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046916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CAF8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8C1B2" w14:textId="77777777" w:rsidR="00D4168A" w:rsidRDefault="00000000">
            <w:r>
              <w:t>Diseño eléctrico e iluminación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F17A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AB70DA" w14:textId="77777777" w:rsidR="00D4168A" w:rsidRDefault="00000000">
            <w:r>
              <w:t>Profesional en Ingeniería Electrónica, Ingeniería de Telecomunicaciones o Ingeniería Eléctrica, con matrícula profesional que lo faculte legalmente para elaborar y suscribir los respectivos diseños.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1534F6" w14:textId="77777777" w:rsidR="00D4168A" w:rsidRDefault="0000000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2579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6BB6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D05B2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41BE8A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433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D9792" w14:textId="77777777" w:rsidR="00D4168A" w:rsidRDefault="00000000">
            <w:r>
              <w:t>Diseño de voz, datos, CCTV, control de acceso y automatización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FCD4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CA83D" w14:textId="77777777" w:rsidR="00D4168A" w:rsidRDefault="00000000">
            <w:r>
              <w:t>Profesional en Ingeniería Electrónica, Ingeniería de Telecomunicaciones, Ingeniería de Control y Automatización o Ingeniería Eléctrica, con matrícula profesional que lo faculte legalmente para elaborar y suscribir los respectivos diseños.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5EEABA" w14:textId="77777777" w:rsidR="00D4168A" w:rsidRDefault="0000000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E9EE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8223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A132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B38E1D4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B8AA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5FAEBF" w14:textId="77777777" w:rsidR="00D4168A" w:rsidRDefault="00000000">
            <w:r>
              <w:t>Centros de datos, nodos y cuartos técnicos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046CA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BFB2AD" w14:textId="77777777" w:rsidR="00D4168A" w:rsidRDefault="00000000">
            <w:r>
              <w:t>Ingeniero de Telecomunicaciones, Ingeniero Eléctrico o Ingeniero Electrónico, con matrícula o registro profesional que lo faculte legalmente para elaborar y suscribir diseños de infraestructura crítica.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64FCB" w14:textId="77777777" w:rsidR="00D4168A" w:rsidRDefault="00000000">
            <w:r>
              <w:t>3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CADA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2E997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C1CF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B43E73A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3C6D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9FFA62" w14:textId="77777777" w:rsidR="00D4168A" w:rsidRDefault="00000000">
            <w:r>
              <w:t>Aire acondicionado y ventilación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118F2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556110" w14:textId="77777777" w:rsidR="00D4168A" w:rsidRDefault="00000000">
            <w:r>
              <w:t>Ingeniero mecánico, electromecánico o profesional legalmente facultado para desarrollar la especialidad,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796606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6E1D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73BE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6C63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703B257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A76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4BCB66" w14:textId="77777777" w:rsidR="00D4168A" w:rsidRDefault="00000000">
            <w:r>
              <w:t>Seguridad humana, detección, alarma y protección contra incendios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2274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C6D77B" w14:textId="77777777" w:rsidR="00D4168A" w:rsidRDefault="00000000">
            <w:r>
              <w:t>Ingeniero civil, mecánico, sanitario, arquitecto o profesional legalmente facultado para desarrollar la especialidad,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4551D7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3250F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58DD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2C27E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7F4204A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DDA34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617BDF" w14:textId="77777777" w:rsidR="00D4168A" w:rsidRDefault="00000000">
            <w:r>
              <w:t>Redes hidrosanitarias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4E23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DA00E4" w14:textId="77777777" w:rsidR="00D4168A" w:rsidRDefault="00000000">
            <w:r>
              <w:t>Ingeniero civil, sanitario, hidráulico o profesional legalmente facultado para desarrollar la especialidad, con matrícula profesional vigente.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0ED5E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11AD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32E5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4866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895AFF3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783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7EEE04" w14:textId="77777777" w:rsidR="00D4168A" w:rsidRDefault="00000000">
            <w:r>
              <w:t>Evaluación, diagnóstico y diseño estructural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8CA2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DD224" w14:textId="77777777" w:rsidR="00D4168A" w:rsidRDefault="00000000">
            <w:r>
              <w:t>Ingeniero civil con matrícula profesional vigente y posgrado en estructuras o diseño estructural.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F37BE1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152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8DF7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909A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E7A8DEE" w14:textId="77777777" w:rsidTr="00910B4D">
        <w:trPr>
          <w:cantSplit/>
          <w:jc w:val="center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8BDC4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10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E4478D" w14:textId="77777777" w:rsidR="00D4168A" w:rsidRDefault="00000000">
            <w:r>
              <w:t>Programación, cantidades y presupuesto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E23E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3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99369" w14:textId="77777777" w:rsidR="00D4168A" w:rsidRDefault="00000000">
            <w:r>
              <w:t>Arquitecto, ingeniero civil o profesional competente, con matrícula profesional vigente cuando resulte legalmente exigible.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8FCE8" w14:textId="77777777" w:rsidR="00D4168A" w:rsidRDefault="00000000">
            <w:r>
              <w:t>5 años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BDF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[Horas / fases]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59740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[Propio / externo]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63F6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</w:tbl>
    <w:p w14:paraId="6EA3E2E9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2. MATRIZ DE RESPONSABILIDADES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2217"/>
        <w:gridCol w:w="3592"/>
        <w:gridCol w:w="2828"/>
        <w:gridCol w:w="2367"/>
        <w:gridCol w:w="2758"/>
      </w:tblGrid>
      <w:tr w:rsidR="000C5318" w14:paraId="52C7FC12" w14:textId="77777777" w:rsidTr="00850881">
        <w:trPr>
          <w:tblHeader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503C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F8C6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/ especialidad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9A5A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Responsabilidades principales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4E2E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Entregables que suscribe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11BF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Fases de participación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ADC7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Coordinación con otras disciplinas</w:t>
            </w:r>
          </w:p>
        </w:tc>
      </w:tr>
      <w:tr w:rsidR="000C5318" w14:paraId="35967EF3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1E25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96DC04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Dirección, coordinación, diseño arquitectónico e interiorismo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8384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85F16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A25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C4E51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0B21023C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0FC0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218AE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 - Diseño acústico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D9E0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98F8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7459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4822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2DC81161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5F6D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07C993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Diseño eléctrico e iluminación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CCEF0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9FB1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217E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0BB26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5C1ACB0F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4F88B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D6D9C" w14:textId="77777777" w:rsidR="000C5318" w:rsidRPr="00910B4D" w:rsidRDefault="009B6465" w:rsidP="00910B4D">
            <w:pPr>
              <w:spacing w:after="0"/>
              <w:ind w:left="-653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Voz, datos, CCTV, control de acceso y automatización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A2E7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8FF81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2E88D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456AB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3B11CA0B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CF8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0948D1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Centros de datos, nodos y cuartos técnicos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3B47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404C7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C141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ED2E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7DB6D91A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80E3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E1DD4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Aire acondicionado y ventilación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B21B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7918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BA9B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76A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57FFC3B1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B3AA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7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9A040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Seguridad humana, detección, alarma y protección contra incendios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55AE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9DAE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3D63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3186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675B8829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0335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933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 - Redes hidrosanitarias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85CDE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386C0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65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E842E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2FDE74BF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36A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98C580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Evaluación, diagnóstico y diseño estructural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DDB10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DCC7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DDC28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BA7B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  <w:tr w:rsidR="000C5318" w14:paraId="45AE6C60" w14:textId="77777777" w:rsidTr="00850881">
        <w:trPr>
          <w:cantSplit/>
          <w:jc w:val="center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185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2F459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[Nombre] - Programación, cantidades y presupuesto</w:t>
            </w:r>
          </w:p>
        </w:tc>
        <w:tc>
          <w:tcPr>
            <w:tcW w:w="3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4EF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a cargo]</w:t>
            </w:r>
          </w:p>
        </w:tc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2E3E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[Productos]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12B72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[Fases]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0854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[Especialidades]</w:t>
            </w:r>
          </w:p>
        </w:tc>
      </w:tr>
    </w:tbl>
    <w:p w14:paraId="4F8070C5" w14:textId="77777777" w:rsidR="000C5318" w:rsidRPr="00910B4D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910B4D">
        <w:rPr>
          <w:b/>
          <w:sz w:val="19"/>
          <w:lang w:val="es-CO"/>
        </w:rPr>
        <w:t>3. CONSOLIDADO PARA EVALUACIÓN HABILITANTE Y PUNTUACIÓN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946"/>
        <w:gridCol w:w="2125"/>
        <w:gridCol w:w="1645"/>
        <w:gridCol w:w="1376"/>
        <w:gridCol w:w="1376"/>
        <w:gridCol w:w="1376"/>
        <w:gridCol w:w="1376"/>
        <w:gridCol w:w="1439"/>
        <w:gridCol w:w="1376"/>
        <w:gridCol w:w="725"/>
        <w:gridCol w:w="698"/>
      </w:tblGrid>
      <w:tr w:rsidR="000C5318" w14:paraId="5F0AFF53" w14:textId="77777777" w:rsidTr="00850881">
        <w:trPr>
          <w:tblHeader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7323D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3972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Especialidad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3A59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Profesional principal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F4FF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Años mínimos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FC666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Años válidos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1D19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Exceso sobre mínimo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035D7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 proyectos específicos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B4159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96D0EC" w14:textId="77777777" w:rsidR="00D4168A" w:rsidRDefault="00000000">
            <w:r>
              <w:t>Rango declarado 0/10/20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5EB2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ficha</w:t>
            </w:r>
          </w:p>
        </w:tc>
      </w:tr>
      <w:tr w:rsidR="000C5318" w14:paraId="079CB0C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F1E9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AAA31F" w14:textId="77777777" w:rsidR="000C5318" w:rsidRPr="00910B4D" w:rsidRDefault="009B6465">
            <w:pPr>
              <w:spacing w:after="0"/>
              <w:rPr>
                <w:lang w:val="es-CO"/>
              </w:rPr>
            </w:pPr>
            <w:r w:rsidRPr="00910B4D">
              <w:rPr>
                <w:color w:val="000000"/>
                <w:sz w:val="12"/>
                <w:lang w:val="es-CO"/>
              </w:rPr>
              <w:t>Dirección, coordinación, diseño arquitectónico e interiorismo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09A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D99C30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F55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86F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986E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7FB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49CEF4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07E9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64B6D262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659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0F69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Diseño acústico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45B0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9547AC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2DDEA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49A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751D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A9F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EB73F1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7215A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21AC50A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1E47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95EA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Diseño eléctrico e iluminación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4CE2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CBB1F3" w14:textId="77777777" w:rsidR="00D4168A" w:rsidRDefault="0000000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D35D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BF04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17E16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2F9A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76A977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9494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2133D9D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05FB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1F8C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Voz, datos, CCTV, control de acceso y automatización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2387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50338A" w14:textId="77777777" w:rsidR="00D4168A" w:rsidRDefault="0000000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B05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92B2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D9A0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F62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611E5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A3C7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320DE15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8B79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E7F55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Centros de datos, nodos y cuartos técnicos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B1F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95316" w14:textId="77777777" w:rsidR="00D4168A" w:rsidRDefault="00000000">
            <w:r>
              <w:t>3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E0871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AA4E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85D44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2CE5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75451D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4BFC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3B43ECC6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F4B3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9EE5C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Aire acondicionado y ventilación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E187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E9465F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4ED5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73C4B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D913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C8DF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3D865F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7908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48034DCC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DF38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7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4E3A2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Seguridad humana, detección, alarma y protección contra incendios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ED68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8DEE0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B26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B56A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432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C2FBB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6B14A8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C3D2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41CB22B2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C67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8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2ABF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Redes hidrosanitarias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AB09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0476B4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2A92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3F8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9098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4162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AB307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2AAA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74B9A3AC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EDC4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9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68DC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Evaluación, diagnóstico y diseño estructural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89E54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C2F301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2E62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FE5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ABC3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2934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F13094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CC9D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14:paraId="178C6C9B" w14:textId="77777777" w:rsidTr="00850881">
        <w:trPr>
          <w:cantSplit/>
          <w:jc w:val="center"/>
        </w:trPr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8EE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10</w:t>
            </w:r>
          </w:p>
        </w:tc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68F55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Programación, cantidades y presupuesto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8567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E14E9F" w14:textId="77777777" w:rsidR="00D4168A" w:rsidRDefault="00000000">
            <w:r>
              <w:t>5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C3D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B3119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[Años]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B671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[N.º]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0C6B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91EDBA" w14:textId="77777777" w:rsidR="00D4168A" w:rsidRDefault="00000000">
            <w:r>
              <w:t>☐ 0   ☐ 10   ☐ 20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3D5F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[Folio]</w:t>
            </w:r>
          </w:p>
        </w:tc>
      </w:tr>
      <w:tr w:rsidR="000C5318" w:rsidRPr="00AD21BF" w14:paraId="0BDE191D" w14:textId="77777777">
        <w:trPr>
          <w:gridAfter w:val="1"/>
          <w:wAfter w:w="700" w:type="dxa"/>
          <w:jc w:val="center"/>
        </w:trPr>
        <w:tc>
          <w:tcPr>
            <w:tcW w:w="1379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2F3A5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AD21BF">
              <w:rPr>
                <w:lang w:val="es-CO"/>
              </w:rPr>
              <w:t>El cumplimiento de la experiencia mínima es habilitante y no asigna puntaje. Se asignarán diez (10) puntos cuando se superen en dos (2) años o más los mínimos exigidos; y veinte (20) puntos cuando, además, se acredite al menos un proyecto específico de estudio de grabación, set o auditorio con un área igual o superior a quinientos metros cuadrados (500 m²). Los rangos no son acumulables. La calificación definitiva corresponde exclusivamente a Teleantioquia.</w:t>
            </w:r>
          </w:p>
        </w:tc>
      </w:tr>
    </w:tbl>
    <w:p w14:paraId="62762A87" w14:textId="77777777" w:rsidR="000C5318" w:rsidRPr="00850881" w:rsidRDefault="009B6465">
      <w:pPr>
        <w:rPr>
          <w:lang w:val="es-CO"/>
        </w:rPr>
      </w:pPr>
      <w:r w:rsidRPr="00850881">
        <w:rPr>
          <w:lang w:val="es-CO"/>
        </w:rPr>
        <w:br w:type="page"/>
      </w:r>
    </w:p>
    <w:p w14:paraId="6A4A5CD6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1. PROFESIONAL PRINCIPAL - DIRECCIÓN, COORDINACIÓN, DISEÑO ARQUITECTÓNICO E INTERIORISMO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4AAA8EF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D8738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D4F09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1D9B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33525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282C5DA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3BF20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C19F68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0D4B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763C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06EB759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10BF2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81466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77C3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A520E4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ECEDA1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0BD70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452CC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294B9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463793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929CE1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90ABF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140B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CE2E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AA99E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70896516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525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18C9B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lang w:val="es-CO"/>
              </w:rPr>
              <w:t>Dirección, coordinación, diseño arquitectónico e interiorismo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F8F4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28852A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1F7EC1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5643"/>
        <w:gridCol w:w="3413"/>
        <w:gridCol w:w="1989"/>
      </w:tblGrid>
      <w:tr w:rsidR="000C5318" w14:paraId="036B6BFF" w14:textId="77777777" w:rsidTr="00F92246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9D66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12D3E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9393E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F5A2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2B5ED123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1ACC1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9A262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 con matrícula profesional vigente.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FA694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5594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9391CBE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9E51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B74AB6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arquitectónico, interiorismo o adecuación de oficinas, que incluya experiencia en coordinación interdisciplinaria de diseños arquitectónicos y especialidades técnicas.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5A4C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F7F7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AF05517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BA2266" w14:textId="77777777" w:rsidR="00D4168A" w:rsidRDefault="00000000">
            <w:r>
              <w:t>Proyecto específico puntuable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C68DA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4226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A98F6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D1EC385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FD1CF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3611F9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9930DB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F4319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303FAD7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02"/>
        <w:gridCol w:w="941"/>
        <w:gridCol w:w="1165"/>
        <w:gridCol w:w="1517"/>
        <w:gridCol w:w="1669"/>
        <w:gridCol w:w="1799"/>
        <w:gridCol w:w="1519"/>
        <w:gridCol w:w="8"/>
        <w:gridCol w:w="1509"/>
        <w:gridCol w:w="1517"/>
        <w:gridCol w:w="989"/>
        <w:gridCol w:w="1423"/>
      </w:tblGrid>
      <w:tr w:rsidR="000C5318" w14:paraId="2558F57B" w14:textId="77777777" w:rsidTr="00F92246">
        <w:trPr>
          <w:tblHeader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E9A8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AA0C65" w14:textId="77777777" w:rsidR="000C5318" w:rsidRDefault="009B6465" w:rsidP="00F92246">
            <w:pPr>
              <w:spacing w:after="0"/>
              <w:ind w:left="17" w:hanging="17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A6E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4F05E8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A2781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E6BA6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8A521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5C350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6B744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8F991CC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E24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6EA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4786A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5D7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04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C5DF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9E2A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D4DCD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8F2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4035FCC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B42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002D2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D1169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DA9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36C8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B972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57C9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D1DA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B63B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643031F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EF04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D56FA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2802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FC6D8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0188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EE42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779C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8383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20C5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08C7DB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DBA7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AF57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B7BC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988D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C2AEB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669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F32E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4807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1AA8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535845D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E7CDD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D15E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2A8A3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041DD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9A9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D94F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E0C3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E788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722D0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76274C0" w14:textId="77777777" w:rsidTr="00F92246">
        <w:trPr>
          <w:cantSplit/>
          <w:jc w:val="center"/>
        </w:trPr>
        <w:tc>
          <w:tcPr>
            <w:tcW w:w="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23A7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01B9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F78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76F2E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511B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9D9A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43E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4DC0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D974C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67ACDEE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5BD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2D35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329B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85362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3A2CC947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3B0E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B7C641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D7BA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BCF5C2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0D256F00" w14:textId="77777777" w:rsidTr="00F92246">
        <w:trPr>
          <w:cantSplit/>
          <w:jc w:val="center"/>
        </w:trPr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326C4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3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71B91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D574A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6C2B62" w14:textId="77777777" w:rsidR="00D4168A" w:rsidRDefault="00000000">
            <w:r>
              <w:t>☐ 0 puntos  ☐ 10 puntos  ☐ 20 puntos</w:t>
            </w:r>
          </w:p>
        </w:tc>
      </w:tr>
    </w:tbl>
    <w:p w14:paraId="701FFAD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059"/>
        <w:gridCol w:w="2836"/>
        <w:gridCol w:w="2836"/>
        <w:gridCol w:w="1608"/>
        <w:gridCol w:w="4119"/>
      </w:tblGrid>
      <w:tr w:rsidR="000C5318" w14:paraId="3AA94997" w14:textId="77777777" w:rsidTr="00F92246">
        <w:trPr>
          <w:tblHeader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7BC0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2597A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8FC6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38B1F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1159A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20160B56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78EB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564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2CD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A1C2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B80149" w14:textId="77777777" w:rsidR="000C5318" w:rsidRDefault="000C5318">
            <w:pPr>
              <w:spacing w:after="0"/>
            </w:pPr>
          </w:p>
        </w:tc>
      </w:tr>
      <w:tr w:rsidR="000C5318" w14:paraId="4072E677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BDB6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0DAC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B2B4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C5D0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E8362B" w14:textId="77777777" w:rsidR="000C5318" w:rsidRDefault="000C5318">
            <w:pPr>
              <w:spacing w:after="0"/>
            </w:pPr>
          </w:p>
        </w:tc>
      </w:tr>
      <w:tr w:rsidR="000C5318" w14:paraId="6BCBAE97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002AB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36C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2572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B1BB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6A4AFD" w14:textId="77777777" w:rsidR="000C5318" w:rsidRDefault="000C5318">
            <w:pPr>
              <w:spacing w:after="0"/>
            </w:pPr>
          </w:p>
        </w:tc>
      </w:tr>
      <w:tr w:rsidR="000C5318" w14:paraId="04FF1A6E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5B92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D3FB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270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05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86A89A" w14:textId="77777777" w:rsidR="000C5318" w:rsidRDefault="000C5318">
            <w:pPr>
              <w:spacing w:after="0"/>
            </w:pPr>
          </w:p>
        </w:tc>
      </w:tr>
      <w:tr w:rsidR="000C5318" w14:paraId="36C5AE2B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A5927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F0313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9D43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A3A4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DBC949" w14:textId="77777777" w:rsidR="000C5318" w:rsidRDefault="000C5318">
            <w:pPr>
              <w:spacing w:after="0"/>
            </w:pPr>
          </w:p>
        </w:tc>
      </w:tr>
      <w:tr w:rsidR="000C5318" w14:paraId="4B8283CE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B7676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060A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CF5E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6BEC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56B59F" w14:textId="77777777" w:rsidR="000C5318" w:rsidRDefault="000C5318">
            <w:pPr>
              <w:spacing w:after="0"/>
            </w:pPr>
          </w:p>
        </w:tc>
      </w:tr>
      <w:tr w:rsidR="000C5318" w14:paraId="435F60FF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075704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224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6C5DF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EA5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0D6819" w14:textId="77777777" w:rsidR="000C5318" w:rsidRDefault="000C5318">
            <w:pPr>
              <w:spacing w:after="0"/>
            </w:pPr>
          </w:p>
        </w:tc>
      </w:tr>
      <w:tr w:rsidR="000C5318" w14:paraId="264D3BA2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18EF47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04C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92D06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23A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A44DE5" w14:textId="77777777" w:rsidR="000C5318" w:rsidRDefault="000C5318">
            <w:pPr>
              <w:spacing w:after="0"/>
            </w:pPr>
          </w:p>
        </w:tc>
      </w:tr>
      <w:tr w:rsidR="000C5318" w14:paraId="21527DAF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F58FD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9C0A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53DF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6F2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083F1" w14:textId="77777777" w:rsidR="000C5318" w:rsidRDefault="000C5318">
            <w:pPr>
              <w:spacing w:after="0"/>
            </w:pPr>
          </w:p>
        </w:tc>
      </w:tr>
      <w:tr w:rsidR="000C5318" w14:paraId="7374CD90" w14:textId="77777777" w:rsidTr="00F92246">
        <w:trPr>
          <w:cantSplit/>
          <w:jc w:val="center"/>
        </w:trPr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C60D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0BEFC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A46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92F0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4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EEF72" w14:textId="77777777" w:rsidR="000C5318" w:rsidRDefault="000C5318">
            <w:pPr>
              <w:spacing w:after="0"/>
            </w:pPr>
          </w:p>
        </w:tc>
      </w:tr>
    </w:tbl>
    <w:p w14:paraId="62FF15C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EF28479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729B6E08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0FD5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947F6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E74E42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1FF4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5AFC6D89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D912E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80F33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2BF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697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21030EFE" w14:textId="77777777" w:rsidR="000C5318" w:rsidRDefault="009B6465">
      <w:r>
        <w:br w:type="page"/>
      </w:r>
    </w:p>
    <w:p w14:paraId="0D62E12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FICHA 2. PROFESIONAL PRINCIPAL - DISEÑO ACÚSTICO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19D46B7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4FF9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F37CD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FC806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D79DFA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85C1D9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C9B5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51096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E2FE0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390AB2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26C8082B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E7016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E3320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6C108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C27325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5597DAC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EE162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D51A1B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7574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BBEDA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AD8376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010D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27261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AB3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67B6B0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3BCC74A7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276D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5B25B" w14:textId="77777777" w:rsidR="000C5318" w:rsidRDefault="009B6465">
            <w:pPr>
              <w:spacing w:after="0"/>
            </w:pPr>
            <w:r>
              <w:rPr>
                <w:color w:val="000000"/>
              </w:rPr>
              <w:t>Diseño acústico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3812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3999C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2DA407F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5643"/>
        <w:gridCol w:w="3413"/>
        <w:gridCol w:w="1989"/>
      </w:tblGrid>
      <w:tr w:rsidR="000C5318" w14:paraId="263F9F0E" w14:textId="77777777" w:rsidTr="00F92246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D1FAF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9517E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C34B77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32FDC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B9A8870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C5A00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C92B84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Arquitecto, ingeniero o profesional legalmente facultado para desarrollar la especialidad, con matrícula o registro profesional vigente cuando resulte exigible.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294E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76760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0E6A6A7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711CB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97236B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diseño, acondicionamiento o aislamiento acústico.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AFF4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51098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47D264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6B01D" w14:textId="77777777" w:rsidR="00D4168A" w:rsidRDefault="00000000">
            <w:r>
              <w:t>Proyecto específico puntuable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0F261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6991E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0E93C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1CD451" w14:textId="77777777" w:rsidTr="00F92246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5F40C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64815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FF7C13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47BCA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30A011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921"/>
        <w:gridCol w:w="1153"/>
        <w:gridCol w:w="1493"/>
        <w:gridCol w:w="1638"/>
        <w:gridCol w:w="1776"/>
        <w:gridCol w:w="1493"/>
        <w:gridCol w:w="6"/>
        <w:gridCol w:w="1488"/>
        <w:gridCol w:w="1493"/>
        <w:gridCol w:w="1493"/>
        <w:gridCol w:w="933"/>
        <w:gridCol w:w="44"/>
      </w:tblGrid>
      <w:tr w:rsidR="000C5318" w14:paraId="52CD1922" w14:textId="77777777" w:rsidTr="00F92246">
        <w:trPr>
          <w:gridAfter w:val="1"/>
          <w:wAfter w:w="44" w:type="dxa"/>
          <w:tblHeader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99FA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CDEB7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CFC18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401B7A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B037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6FE40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B186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7818C8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97F63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0151DF60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4A0AF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926E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930DE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8851B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B2F5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73AAB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6813C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CAA9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D884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F3CD8E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F3233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BD2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DF8B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A31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438D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8AF40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BF6DE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72E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8FB0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4845BED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1A46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AC68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148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F712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9520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199A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2EB5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4AA26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4F55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E39BA68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C766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BC6F9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1F06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3FDB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D2FB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F45D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C55E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D51C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2462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A10E8CB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0ED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E44B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BE98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475F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5EA9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1F70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8D77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3B5F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810F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A43EA34" w14:textId="77777777" w:rsidTr="00F92246">
        <w:trPr>
          <w:gridAfter w:val="1"/>
          <w:wAfter w:w="44" w:type="dxa"/>
          <w:cantSplit/>
          <w:jc w:val="center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F8B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0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CC8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85B47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6A0A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1860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3D656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717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09CE7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42C31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E4E69E0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7CAF5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FB6B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F2161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479C9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1F201FC0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0923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6FC2A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748E1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7C85A7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74383179" w14:textId="77777777" w:rsidTr="00F92246">
        <w:trPr>
          <w:cantSplit/>
          <w:jc w:val="center"/>
        </w:trPr>
        <w:tc>
          <w:tcPr>
            <w:tcW w:w="14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6ED88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2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65DD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2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B83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5B919D" w14:textId="77777777" w:rsidR="00D4168A" w:rsidRDefault="00000000">
            <w:r>
              <w:t>☐ 0 puntos  ☐ 10 puntos  ☐ 20 puntos</w:t>
            </w:r>
          </w:p>
        </w:tc>
      </w:tr>
    </w:tbl>
    <w:p w14:paraId="2ACEE32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000"/>
        <w:gridCol w:w="2510"/>
        <w:gridCol w:w="2510"/>
        <w:gridCol w:w="2687"/>
        <w:gridCol w:w="2751"/>
      </w:tblGrid>
      <w:tr w:rsidR="000C5318" w14:paraId="4414DD71" w14:textId="77777777">
        <w:trPr>
          <w:tblHeader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EDDE5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774A6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F38D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E4C35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26804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08227A6F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01F3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AD2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98D6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A379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B6585" w14:textId="77777777" w:rsidR="000C5318" w:rsidRDefault="000C5318">
            <w:pPr>
              <w:spacing w:after="0"/>
            </w:pPr>
          </w:p>
        </w:tc>
      </w:tr>
      <w:tr w:rsidR="000C5318" w14:paraId="77CA1FC6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BFA3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D3D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8A2C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E69DA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39F073" w14:textId="77777777" w:rsidR="000C5318" w:rsidRDefault="000C5318">
            <w:pPr>
              <w:spacing w:after="0"/>
            </w:pPr>
          </w:p>
        </w:tc>
      </w:tr>
      <w:tr w:rsidR="000C5318" w14:paraId="04EEDDF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31F162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5F93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36B1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47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4C4CD" w14:textId="77777777" w:rsidR="000C5318" w:rsidRDefault="000C5318">
            <w:pPr>
              <w:spacing w:after="0"/>
            </w:pPr>
          </w:p>
        </w:tc>
      </w:tr>
      <w:tr w:rsidR="000C5318" w14:paraId="25D8D9C6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713F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54E7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F052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E48ED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7BADF" w14:textId="77777777" w:rsidR="000C5318" w:rsidRDefault="000C5318">
            <w:pPr>
              <w:spacing w:after="0"/>
            </w:pPr>
          </w:p>
        </w:tc>
      </w:tr>
      <w:tr w:rsidR="000C5318" w14:paraId="1242D374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2755D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1451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1F5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8E3C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A6060D" w14:textId="77777777" w:rsidR="000C5318" w:rsidRDefault="000C5318">
            <w:pPr>
              <w:spacing w:after="0"/>
            </w:pPr>
          </w:p>
        </w:tc>
      </w:tr>
      <w:tr w:rsidR="000C5318" w14:paraId="5472AFA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B6BB7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43AD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116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DBA7A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BB3F28" w14:textId="77777777" w:rsidR="000C5318" w:rsidRDefault="000C5318">
            <w:pPr>
              <w:spacing w:after="0"/>
            </w:pPr>
          </w:p>
        </w:tc>
      </w:tr>
      <w:tr w:rsidR="000C5318" w14:paraId="2EFD4C4D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CA915C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3746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993CD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BF42B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6E6AA0" w14:textId="77777777" w:rsidR="000C5318" w:rsidRDefault="000C5318">
            <w:pPr>
              <w:spacing w:after="0"/>
            </w:pPr>
          </w:p>
        </w:tc>
      </w:tr>
      <w:tr w:rsidR="000C5318" w14:paraId="10474985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64E71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020A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977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1157B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037BF" w14:textId="77777777" w:rsidR="000C5318" w:rsidRDefault="000C5318">
            <w:pPr>
              <w:spacing w:after="0"/>
            </w:pPr>
          </w:p>
        </w:tc>
      </w:tr>
      <w:tr w:rsidR="000C5318" w14:paraId="5F2AA9DE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DC307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BDAB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433D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8DFF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982E07" w14:textId="77777777" w:rsidR="000C5318" w:rsidRDefault="000C5318">
            <w:pPr>
              <w:spacing w:after="0"/>
            </w:pPr>
          </w:p>
        </w:tc>
      </w:tr>
      <w:tr w:rsidR="000C5318" w14:paraId="7E6448F4" w14:textId="77777777">
        <w:trPr>
          <w:cantSplit/>
          <w:jc w:val="center"/>
        </w:trPr>
        <w:tc>
          <w:tcPr>
            <w:tcW w:w="4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C39613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04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3A7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AD3E5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3D0E8E" w14:textId="77777777" w:rsidR="000C5318" w:rsidRDefault="000C5318">
            <w:pPr>
              <w:spacing w:after="0"/>
            </w:pPr>
          </w:p>
        </w:tc>
      </w:tr>
    </w:tbl>
    <w:p w14:paraId="684FC40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571F54DF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6D176C6D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07C82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97460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667905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DA60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6DB6E9BF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A7848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946E09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4E2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8EC8B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1D3247BD" w14:textId="77777777" w:rsidR="000C5318" w:rsidRDefault="009B6465">
      <w:r>
        <w:br w:type="page"/>
      </w:r>
    </w:p>
    <w:p w14:paraId="2CF6E12C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3. PROFESIONAL PRINCIPAL - DISEÑO ELÉCTRICO E ILUMINACIÓN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4DB7346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2921B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FF1CF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06B4A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E2A3D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0D17B28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6185B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3AFD3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CEC2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4D288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7275A6F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27F04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3ABA53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0AE1C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83C6FC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23C208C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2F71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F2C5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3E0E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084168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7FF913F9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868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BC04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ACB85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9ADB0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162A9D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02BE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20D45E" w14:textId="77777777" w:rsidR="000C5318" w:rsidRDefault="009B6465">
            <w:pPr>
              <w:spacing w:after="0"/>
            </w:pPr>
            <w:r>
              <w:rPr>
                <w:color w:val="000000"/>
              </w:rPr>
              <w:t>Diseño eléctrico e iluminación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8014B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A82A12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11197006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4219"/>
        <w:gridCol w:w="3413"/>
        <w:gridCol w:w="3413"/>
      </w:tblGrid>
      <w:tr w:rsidR="000C5318" w14:paraId="0AFEB459" w14:textId="77777777" w:rsidTr="002C1612">
        <w:trPr>
          <w:tblHeader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B596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1288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0D46D3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2B67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4A42C78B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5967E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EE0F87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Profesional en Ingeniería Electrónica, Ingeniería de Telecomunicaciones o Ingeniería Eléctrica, con matrícula profesional que lo faculte legalmente para elaborar y suscribir los respectivos diseños.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3EA0A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C6589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44CC131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DFC0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D65934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Tres (3) años en instalaciones eléctricas interiores e iluminación para oficinas o edificaciones institucionales, con formación o actualización en RETIE y RETILAP vigente, acreditada conforme a la invitación.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D2B37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B919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C76E4C8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8EB57" w14:textId="77777777" w:rsidR="00D4168A" w:rsidRDefault="00000000">
            <w:r>
              <w:t>Proyecto específico puntuable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D9656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9B7CB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0B743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242E872" w14:textId="77777777" w:rsidTr="002C1612">
        <w:trPr>
          <w:cantSplit/>
          <w:jc w:val="center"/>
        </w:trPr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33B55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4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1544B0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4EFF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F5BC3B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5BDC1C0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937"/>
        <w:gridCol w:w="1171"/>
        <w:gridCol w:w="1517"/>
        <w:gridCol w:w="1664"/>
        <w:gridCol w:w="1804"/>
        <w:gridCol w:w="1517"/>
        <w:gridCol w:w="6"/>
        <w:gridCol w:w="1511"/>
        <w:gridCol w:w="1517"/>
        <w:gridCol w:w="1517"/>
        <w:gridCol w:w="761"/>
      </w:tblGrid>
      <w:tr w:rsidR="000C5318" w14:paraId="6B2BC04B" w14:textId="77777777" w:rsidTr="002C1612">
        <w:trPr>
          <w:tblHeader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2D193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DDC9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74D69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582B41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0276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740BC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5CE0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F90D66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699FF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E70D44D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CE2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FAC5A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7D791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9AACD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E56CE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8FA7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1E4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DE7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068D8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0CC275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8D80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919D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75C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BF16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C2E5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E9B84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F88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43211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5850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6E705C5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8CD6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7F7F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C16EB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1392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BB2C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B613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2450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8362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820AD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7B6CAD3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50F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BB30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3FECB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6A443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7A9F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CFC3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8BF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1B235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27ECD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4B0CA9F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8FFA1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7AEEF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2D8D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B8F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DDB7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4E58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76C2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15C97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DDF9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64CD534" w14:textId="77777777" w:rsidTr="002C161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5A079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lastRenderedPageBreak/>
              <w:t>6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E1C6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873C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B33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6E7DD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DE50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B331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125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857E5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3CF96CC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9C008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E518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1A915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45B22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1EEF7090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D8EA3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9F606E" w14:textId="77777777" w:rsidR="000C5318" w:rsidRDefault="009B6465">
            <w:pPr>
              <w:spacing w:after="0"/>
            </w:pPr>
            <w:r>
              <w:rPr>
                <w:color w:val="000000"/>
              </w:rPr>
              <w:t>3 años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434B3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A9E62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7A110A3A" w14:textId="77777777" w:rsidTr="002C161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BE0A9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A9519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AC0F0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83C677" w14:textId="77777777" w:rsidR="00D4168A" w:rsidRDefault="00000000">
            <w:r>
              <w:t>☐ 0 puntos  ☐ 10 puntos  ☐ 20 puntos</w:t>
            </w:r>
          </w:p>
        </w:tc>
      </w:tr>
    </w:tbl>
    <w:p w14:paraId="7AC24C8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755"/>
        <w:gridCol w:w="2809"/>
        <w:gridCol w:w="2809"/>
        <w:gridCol w:w="3007"/>
        <w:gridCol w:w="3078"/>
      </w:tblGrid>
      <w:tr w:rsidR="000C5318" w14:paraId="218F9675" w14:textId="77777777" w:rsidTr="002C1612">
        <w:trPr>
          <w:tblHeader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EC1D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5E429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2EA37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4277B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F816C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3E4EACB9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8BD42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5D6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1B3D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1E4C4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60BD64" w14:textId="77777777" w:rsidR="000C5318" w:rsidRDefault="000C5318">
            <w:pPr>
              <w:spacing w:after="0"/>
            </w:pPr>
          </w:p>
        </w:tc>
      </w:tr>
      <w:tr w:rsidR="000C5318" w14:paraId="77D604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517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AC820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0534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C03E5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5024D" w14:textId="77777777" w:rsidR="000C5318" w:rsidRDefault="000C5318">
            <w:pPr>
              <w:spacing w:after="0"/>
            </w:pPr>
          </w:p>
        </w:tc>
      </w:tr>
      <w:tr w:rsidR="000C5318" w14:paraId="2901D4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6E5255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59788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725B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8DE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F7FAD" w14:textId="77777777" w:rsidR="000C5318" w:rsidRDefault="000C5318">
            <w:pPr>
              <w:spacing w:after="0"/>
            </w:pPr>
          </w:p>
        </w:tc>
      </w:tr>
      <w:tr w:rsidR="000C5318" w14:paraId="62232E4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38BB9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1AB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96B20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394BD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1FCDB3" w14:textId="77777777" w:rsidR="000C5318" w:rsidRDefault="000C5318">
            <w:pPr>
              <w:spacing w:after="0"/>
            </w:pPr>
          </w:p>
        </w:tc>
      </w:tr>
      <w:tr w:rsidR="000C5318" w14:paraId="40BC7C6D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B278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281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F7F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63A4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CBAF1" w14:textId="77777777" w:rsidR="000C5318" w:rsidRDefault="000C5318">
            <w:pPr>
              <w:spacing w:after="0"/>
            </w:pPr>
          </w:p>
        </w:tc>
      </w:tr>
      <w:tr w:rsidR="000C5318" w14:paraId="11CBD84B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E49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1B1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0BD7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62A8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A95FC5" w14:textId="77777777" w:rsidR="000C5318" w:rsidRDefault="000C5318">
            <w:pPr>
              <w:spacing w:after="0"/>
            </w:pPr>
          </w:p>
        </w:tc>
      </w:tr>
      <w:tr w:rsidR="000C5318" w14:paraId="28C74FA0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3572E9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6414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39C4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E6A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3A6EB" w14:textId="77777777" w:rsidR="000C5318" w:rsidRDefault="000C5318">
            <w:pPr>
              <w:spacing w:after="0"/>
            </w:pPr>
          </w:p>
        </w:tc>
      </w:tr>
      <w:tr w:rsidR="000C5318" w14:paraId="4213028B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68731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BD230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F51D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78D2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31A1A5" w14:textId="77777777" w:rsidR="000C5318" w:rsidRDefault="000C5318">
            <w:pPr>
              <w:spacing w:after="0"/>
            </w:pPr>
          </w:p>
        </w:tc>
      </w:tr>
      <w:tr w:rsidR="000C5318" w14:paraId="5F1FDEA2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5572E6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25CA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DD49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4881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61FD3" w14:textId="77777777" w:rsidR="000C5318" w:rsidRDefault="000C5318">
            <w:pPr>
              <w:spacing w:after="0"/>
            </w:pPr>
          </w:p>
        </w:tc>
      </w:tr>
      <w:tr w:rsidR="000C5318" w14:paraId="0BBCBFFF" w14:textId="77777777" w:rsidTr="002C1612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ACC5CA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2CC7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F442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16A2A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9A3C6" w14:textId="77777777" w:rsidR="000C5318" w:rsidRDefault="000C5318">
            <w:pPr>
              <w:spacing w:after="0"/>
            </w:pPr>
          </w:p>
        </w:tc>
      </w:tr>
    </w:tbl>
    <w:p w14:paraId="631E3DA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1A30FDDA" w14:textId="77777777" w:rsidR="000C5318" w:rsidRPr="00850881" w:rsidRDefault="009B6465">
      <w:pPr>
        <w:spacing w:after="60"/>
        <w:jc w:val="both"/>
        <w:rPr>
          <w:lang w:val="es-CO"/>
        </w:rPr>
      </w:pPr>
      <w:r w:rsidRPr="00850881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19CE8043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74C2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81DB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CAA05C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76CE2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1FA2603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1B4D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DD15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D3A9E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29D3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3350D0C1" w14:textId="77777777" w:rsidR="000C5318" w:rsidRDefault="009B6465">
      <w:r>
        <w:br w:type="page"/>
      </w:r>
    </w:p>
    <w:p w14:paraId="3E65423F" w14:textId="77777777" w:rsidR="000C5318" w:rsidRPr="00850881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850881">
        <w:rPr>
          <w:b/>
          <w:sz w:val="19"/>
          <w:lang w:val="es-CO"/>
        </w:rPr>
        <w:lastRenderedPageBreak/>
        <w:t>FICHA 4. PROFESIONAL PRINCIPAL - VOZ, DATOS, CCTV, CONTROL DE ACCESO Y AUTOMATIZACIÓN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0B14FB8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AB455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8F643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04240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E764DB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53E9B74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0144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ABDFA6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F9E0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F1BC8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6ECFC95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29D12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4A7AC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4C61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4010C3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38C01FC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C6A9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42456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C4CE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CE9893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7AA1984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8F45F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7B210B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AF6B7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BA0D6C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CA6BEC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5B2CB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D025CD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lang w:val="es-CO"/>
              </w:rPr>
              <w:t>Voz, datos, CCTV, control de acceso y automatización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470CD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3F54F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43F295E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5860"/>
        <w:gridCol w:w="3544"/>
        <w:gridCol w:w="1510"/>
      </w:tblGrid>
      <w:tr w:rsidR="000C5318" w14:paraId="36655A10" w14:textId="77777777" w:rsidTr="002C1612">
        <w:trPr>
          <w:tblHeader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E0AD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A3F73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4EAEAD" w14:textId="77777777" w:rsidR="000C5318" w:rsidRPr="00850881" w:rsidRDefault="009B6465">
            <w:pPr>
              <w:spacing w:after="0"/>
              <w:jc w:val="center"/>
              <w:rPr>
                <w:lang w:val="es-CO"/>
              </w:rPr>
            </w:pPr>
            <w:r w:rsidRPr="00850881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8FEC3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3ACC9374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CE31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96DA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Profesional en Ingeniería Electrónica, Ingeniería de Telecomunicaciones, Ingeniería de Control y Automatización o Ingeniería Eléctrica, con matrícula profesional que lo faculte legalmente para elaborar y suscribir los respectivos diseños.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3553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F8A48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6BBB53D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419CC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4F7F2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Tres (3) años en diseño de redes internas de telecomunicaciones o sistemas de seguridad electrónica para oficinas.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93F65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5D7E1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D668378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08D515" w14:textId="77777777" w:rsidR="00D4168A" w:rsidRDefault="00000000">
            <w:r>
              <w:t>Proyecto específico puntuable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35C20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EB5FE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C9CA6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B3881FE" w14:textId="77777777" w:rsidTr="002C1612">
        <w:trPr>
          <w:cantSplit/>
          <w:jc w:val="center"/>
        </w:trPr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CE795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1F4C4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18A818" w14:textId="77777777" w:rsidR="000C5318" w:rsidRPr="00850881" w:rsidRDefault="009B6465">
            <w:pPr>
              <w:spacing w:after="0"/>
              <w:rPr>
                <w:lang w:val="es-CO"/>
              </w:rPr>
            </w:pPr>
            <w:r w:rsidRPr="00850881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F55E8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1DFA70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6"/>
        <w:gridCol w:w="937"/>
        <w:gridCol w:w="1171"/>
        <w:gridCol w:w="1517"/>
        <w:gridCol w:w="1664"/>
        <w:gridCol w:w="1804"/>
        <w:gridCol w:w="1517"/>
        <w:gridCol w:w="6"/>
        <w:gridCol w:w="1511"/>
        <w:gridCol w:w="1517"/>
        <w:gridCol w:w="1517"/>
        <w:gridCol w:w="761"/>
      </w:tblGrid>
      <w:tr w:rsidR="000C5318" w14:paraId="4E320803" w14:textId="77777777" w:rsidTr="00667992">
        <w:trPr>
          <w:tblHeader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182C8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7242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6BB06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5A767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7EBAF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D7A7D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EC4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27E570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C1C1B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394DEC24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6A363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AE3DE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8AD9F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867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09FE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687EF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DB44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DF2D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EDDD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F7D37AB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68FF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23F2E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2A1D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BD56D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B91FB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019B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C87A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0382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B777D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DEF3F6E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CD56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527E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89D2D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69716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30F9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BBA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7F7C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DE844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6C2E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E591ECA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6124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D3246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28E1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6B79D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2F38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ED4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7E3B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B7189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3794E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4C934ED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FF0B5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63E2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FFA6A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A98E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C67D7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915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B67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FDACC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DA38F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3F38492" w14:textId="77777777" w:rsidTr="00667992">
        <w:trPr>
          <w:cantSplit/>
          <w:jc w:val="center"/>
        </w:trPr>
        <w:tc>
          <w:tcPr>
            <w:tcW w:w="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003B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E5F1C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8745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1532A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4464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D4CD3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D1FD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E45F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2595E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0F4ADB7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31B8D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8D253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9744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4F156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243A1FB4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9202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lastRenderedPageBreak/>
              <w:t>Experiencia mínima del rol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2FD0A" w14:textId="77777777" w:rsidR="000C5318" w:rsidRDefault="009B6465">
            <w:pPr>
              <w:spacing w:after="0"/>
            </w:pPr>
            <w:r>
              <w:rPr>
                <w:color w:val="000000"/>
              </w:rPr>
              <w:t>3 años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823B0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05A6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169318F2" w14:textId="77777777" w:rsidTr="00667992">
        <w:trPr>
          <w:cantSplit/>
          <w:jc w:val="center"/>
        </w:trPr>
        <w:tc>
          <w:tcPr>
            <w:tcW w:w="1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DF0BE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7F8F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67B4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0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99B230" w14:textId="77777777" w:rsidR="00D4168A" w:rsidRDefault="00000000">
            <w:r>
              <w:t>☐ 0 puntos  ☐ 10 puntos  ☐ 20 puntos</w:t>
            </w:r>
          </w:p>
        </w:tc>
      </w:tr>
    </w:tbl>
    <w:p w14:paraId="2430CC8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18916519" w14:textId="77777777" w:rsidTr="00667992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38EB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5FDD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88A76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8BFDE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976F3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7DE23B3B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E02F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92A1A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510D7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7D66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C82939" w14:textId="77777777" w:rsidR="000C5318" w:rsidRDefault="000C5318">
            <w:pPr>
              <w:spacing w:after="0"/>
            </w:pPr>
          </w:p>
        </w:tc>
      </w:tr>
      <w:tr w:rsidR="000C5318" w14:paraId="4DDBC0FD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74A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7A6C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8514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2484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4BAA95" w14:textId="77777777" w:rsidR="000C5318" w:rsidRDefault="000C5318">
            <w:pPr>
              <w:spacing w:after="0"/>
            </w:pPr>
          </w:p>
        </w:tc>
      </w:tr>
      <w:tr w:rsidR="000C5318" w14:paraId="0FBD530E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877FD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40B5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723C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09AD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BFD78F" w14:textId="77777777" w:rsidR="000C5318" w:rsidRDefault="000C5318">
            <w:pPr>
              <w:spacing w:after="0"/>
            </w:pPr>
          </w:p>
        </w:tc>
      </w:tr>
      <w:tr w:rsidR="000C5318" w14:paraId="6CCE7DD0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280C3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962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F22F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36F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EC498C" w14:textId="77777777" w:rsidR="000C5318" w:rsidRDefault="000C5318">
            <w:pPr>
              <w:spacing w:after="0"/>
            </w:pPr>
          </w:p>
        </w:tc>
      </w:tr>
      <w:tr w:rsidR="000C5318" w14:paraId="3EF31F7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D7B7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3560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CA1F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2AC8C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59432" w14:textId="77777777" w:rsidR="000C5318" w:rsidRDefault="000C5318">
            <w:pPr>
              <w:spacing w:after="0"/>
            </w:pPr>
          </w:p>
        </w:tc>
      </w:tr>
      <w:tr w:rsidR="000C5318" w14:paraId="4E911B7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0A5E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C84D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56F8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99457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0BA3A0" w14:textId="77777777" w:rsidR="000C5318" w:rsidRDefault="000C5318">
            <w:pPr>
              <w:spacing w:after="0"/>
            </w:pPr>
          </w:p>
        </w:tc>
      </w:tr>
      <w:tr w:rsidR="000C5318" w14:paraId="45742F41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D6DB07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D639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03C0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0D08B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4D676" w14:textId="77777777" w:rsidR="000C5318" w:rsidRDefault="000C5318">
            <w:pPr>
              <w:spacing w:after="0"/>
            </w:pPr>
          </w:p>
        </w:tc>
      </w:tr>
      <w:tr w:rsidR="000C5318" w14:paraId="694B0F9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45A7E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473A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0F5A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D88F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EC88DC" w14:textId="77777777" w:rsidR="000C5318" w:rsidRDefault="000C5318">
            <w:pPr>
              <w:spacing w:after="0"/>
            </w:pPr>
          </w:p>
        </w:tc>
      </w:tr>
      <w:tr w:rsidR="000C5318" w14:paraId="390CEF38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1685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2BFD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AA52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2247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35E14" w14:textId="77777777" w:rsidR="000C5318" w:rsidRDefault="000C5318">
            <w:pPr>
              <w:spacing w:after="0"/>
            </w:pPr>
          </w:p>
        </w:tc>
      </w:tr>
      <w:tr w:rsidR="000C5318" w14:paraId="6D35C123" w14:textId="77777777" w:rsidTr="00667992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421BE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3517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9E4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42168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668CD7" w14:textId="77777777" w:rsidR="000C5318" w:rsidRDefault="000C5318">
            <w:pPr>
              <w:spacing w:after="0"/>
            </w:pPr>
          </w:p>
        </w:tc>
      </w:tr>
    </w:tbl>
    <w:p w14:paraId="423F3BE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0EEAAF45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582C703E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2981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A0D89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A2ABFF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AD088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768B7AD7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DACE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318F8B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5CAF6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C2999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5FF47866" w14:textId="77777777" w:rsidR="000C5318" w:rsidRDefault="009B6465">
      <w:r>
        <w:br w:type="page"/>
      </w:r>
    </w:p>
    <w:p w14:paraId="40BBC948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5. PROFESIONAL PRINCIPAL - CENTROS DE DATOS, NODOS Y CUARTOS TÉCNICOS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1006BEF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59C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FC6AE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D5F11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8E6D5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6DB29C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D7C67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E5B5C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7C229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4889CC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61C36F2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DDB85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F6AD2A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5DF4E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85220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3D6E7E8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8C7A6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4144B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F7201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97D260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1B7493A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F99A3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9F577A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BAF1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837E1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15A35B4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00F4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6712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Centros de datos, nodos y cuartos técnicos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90D8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99B437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36F2711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889"/>
        <w:gridCol w:w="5688"/>
        <w:gridCol w:w="3440"/>
        <w:gridCol w:w="3441"/>
      </w:tblGrid>
      <w:tr w:rsidR="000C5318" w14:paraId="2050FCB9" w14:textId="77777777" w:rsidTr="00943E57">
        <w:trPr>
          <w:tblHeader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E94A3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D0BEB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0C4FF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0261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5EF2D315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BFB0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558D45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de Telecomunicaciones, Ingeniero Eléctrico o Ingeniero Electrónico, con matrícula o registro profesional que lo faculte legalmente para elaborar y suscribir diseños de infraestructura crítica.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5BD3E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DC854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7797AFC4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98ACF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93B87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Tres (3) años en diseño de infraestructura crítica bajo lineamientos BICSI, ICREA, Uptime Institute, DCIM o estándares equivalentes.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0BD59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0D7D9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BA5AAE9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0D6B01" w14:textId="77777777" w:rsidR="00D4168A" w:rsidRDefault="00000000">
            <w:r>
              <w:t>Proyecto específico puntuable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CEF1B5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B816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11383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984DC4B" w14:textId="77777777" w:rsidTr="00943E57">
        <w:trPr>
          <w:cantSplit/>
          <w:jc w:val="center"/>
        </w:trPr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A70D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B9F9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7825D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50316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0903FDD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965"/>
        <w:gridCol w:w="1154"/>
        <w:gridCol w:w="1526"/>
        <w:gridCol w:w="1698"/>
        <w:gridCol w:w="1790"/>
        <w:gridCol w:w="1526"/>
        <w:gridCol w:w="29"/>
        <w:gridCol w:w="1497"/>
        <w:gridCol w:w="1526"/>
        <w:gridCol w:w="1181"/>
        <w:gridCol w:w="943"/>
        <w:gridCol w:w="84"/>
      </w:tblGrid>
      <w:tr w:rsidR="000C5318" w14:paraId="7EACD7B5" w14:textId="77777777" w:rsidTr="00943E57">
        <w:trPr>
          <w:gridAfter w:val="1"/>
          <w:wAfter w:w="84" w:type="dxa"/>
          <w:tblHeader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DFDB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6B42C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EE8CE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0A9C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9DF6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0D64A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C173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C75BB3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026A1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1EB4818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DC356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9E4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B8FC3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B0054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712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1F61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B91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3F62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ACDE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26DA9F6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39855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DB63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046B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8D4F0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1CF1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5718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1E48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7D2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B2979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DA48134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1E07C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C323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FE7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AA94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DCFD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EBA4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16EF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87B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95A3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9C3A224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FD6F2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9DD4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F4E2C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AE2A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FB1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4DC1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9C374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229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A9F7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CA81A55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3035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1906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BE23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C1C8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BE662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62494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A1F1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B990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DB7F1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279E160" w14:textId="77777777" w:rsidTr="00943E57">
        <w:trPr>
          <w:gridAfter w:val="1"/>
          <w:wAfter w:w="84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06FB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9836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6306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04B3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5F8C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A1E4E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D786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E2B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B785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CE10929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C823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F94BA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D7761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DA544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5ED50F6E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90EB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lastRenderedPageBreak/>
              <w:t>Experiencia mínima del rol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254787" w14:textId="2EADEAE5" w:rsidR="000C5318" w:rsidRDefault="00AD21BF">
            <w:pPr>
              <w:spacing w:after="0"/>
            </w:pPr>
            <w:r>
              <w:rPr>
                <w:color w:val="000000"/>
              </w:rPr>
              <w:t>3</w:t>
            </w:r>
            <w:r w:rsidR="009B6465">
              <w:rPr>
                <w:color w:val="000000"/>
              </w:rPr>
              <w:t xml:space="preserve"> años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5C93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529E5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4A9F9529" w14:textId="77777777" w:rsidTr="00943E57">
        <w:trPr>
          <w:cantSplit/>
          <w:jc w:val="center"/>
        </w:trPr>
        <w:tc>
          <w:tcPr>
            <w:tcW w:w="1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BDD59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B8BC0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124A2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1599B3" w14:textId="77777777" w:rsidR="00D4168A" w:rsidRDefault="00000000">
            <w:r>
              <w:t>☐ 0 puntos  ☐ 10 puntos  ☐ 20 puntos</w:t>
            </w:r>
          </w:p>
        </w:tc>
      </w:tr>
    </w:tbl>
    <w:p w14:paraId="672A17CA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755"/>
        <w:gridCol w:w="2809"/>
        <w:gridCol w:w="2809"/>
        <w:gridCol w:w="3007"/>
        <w:gridCol w:w="3078"/>
      </w:tblGrid>
      <w:tr w:rsidR="000C5318" w14:paraId="4ECD513B" w14:textId="77777777" w:rsidTr="00943E57">
        <w:trPr>
          <w:tblHeader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F8EA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716B1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2584C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63AE1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19B1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1C202035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231F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34331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98C91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6E8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EA71E4" w14:textId="77777777" w:rsidR="000C5318" w:rsidRDefault="000C5318">
            <w:pPr>
              <w:spacing w:after="0"/>
            </w:pPr>
          </w:p>
        </w:tc>
      </w:tr>
      <w:tr w:rsidR="000C5318" w14:paraId="794692D0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8045C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01C9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A75D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AE0E1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5F6F88" w14:textId="77777777" w:rsidR="000C5318" w:rsidRDefault="000C5318">
            <w:pPr>
              <w:spacing w:after="0"/>
            </w:pPr>
          </w:p>
        </w:tc>
      </w:tr>
      <w:tr w:rsidR="000C5318" w14:paraId="4C97BD30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B30A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06FA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CE371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23848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A02AD3" w14:textId="77777777" w:rsidR="000C5318" w:rsidRDefault="000C5318">
            <w:pPr>
              <w:spacing w:after="0"/>
            </w:pPr>
          </w:p>
        </w:tc>
      </w:tr>
      <w:tr w:rsidR="000C5318" w14:paraId="0BD7F451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41C0C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8DE3D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6B976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9D6A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3F62E" w14:textId="77777777" w:rsidR="000C5318" w:rsidRDefault="000C5318">
            <w:pPr>
              <w:spacing w:after="0"/>
            </w:pPr>
          </w:p>
        </w:tc>
      </w:tr>
      <w:tr w:rsidR="000C5318" w14:paraId="0717FF35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C48FD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CF2D7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0F33B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401AC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0CEBE" w14:textId="77777777" w:rsidR="000C5318" w:rsidRDefault="000C5318">
            <w:pPr>
              <w:spacing w:after="0"/>
            </w:pPr>
          </w:p>
        </w:tc>
      </w:tr>
      <w:tr w:rsidR="000C5318" w14:paraId="04223FF4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A63FD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CD0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FB7F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4AD4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D8C59F" w14:textId="77777777" w:rsidR="000C5318" w:rsidRDefault="000C5318">
            <w:pPr>
              <w:spacing w:after="0"/>
            </w:pPr>
          </w:p>
        </w:tc>
      </w:tr>
      <w:tr w:rsidR="000C5318" w14:paraId="1834D5FA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FC37A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F0BEF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DBD3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44ABF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873CD1" w14:textId="77777777" w:rsidR="000C5318" w:rsidRDefault="000C5318">
            <w:pPr>
              <w:spacing w:after="0"/>
            </w:pPr>
          </w:p>
        </w:tc>
      </w:tr>
      <w:tr w:rsidR="000C5318" w14:paraId="2593F4BA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01863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63D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E1E6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706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6966A7" w14:textId="77777777" w:rsidR="000C5318" w:rsidRDefault="000C5318">
            <w:pPr>
              <w:spacing w:after="0"/>
            </w:pPr>
          </w:p>
        </w:tc>
      </w:tr>
      <w:tr w:rsidR="000C5318" w14:paraId="72533FC2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20582A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E31F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4A74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76287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FAEC97" w14:textId="77777777" w:rsidR="000C5318" w:rsidRDefault="000C5318">
            <w:pPr>
              <w:spacing w:after="0"/>
            </w:pPr>
          </w:p>
        </w:tc>
      </w:tr>
      <w:tr w:rsidR="000C5318" w14:paraId="59E063C7" w14:textId="77777777" w:rsidTr="00943E57">
        <w:trPr>
          <w:cantSplit/>
          <w:jc w:val="center"/>
        </w:trPr>
        <w:tc>
          <w:tcPr>
            <w:tcW w:w="2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C1ECAF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A1F5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53258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4A98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778970" w14:textId="77777777" w:rsidR="000C5318" w:rsidRDefault="000C5318">
            <w:pPr>
              <w:spacing w:after="0"/>
            </w:pPr>
          </w:p>
        </w:tc>
      </w:tr>
    </w:tbl>
    <w:p w14:paraId="1060BE2F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A6CD256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2101F838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CE0F1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26147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EBDFBD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32C9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88165B9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9C36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8F130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79C6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CCBD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57283AE7" w14:textId="77777777" w:rsidR="000C5318" w:rsidRDefault="009B6465">
      <w:r>
        <w:br w:type="page"/>
      </w:r>
    </w:p>
    <w:p w14:paraId="3D68A1CF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6. PROFESIONAL PRINCIPAL - AIRE ACONDICIONADO Y VENTILACIÓN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863DA9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145FA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A5B71A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6E0D7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07E18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6E7A63B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C50DD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B10C82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39A66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B27D37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411E07B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517C2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143E2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A2410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A58CF9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2609707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B00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FB767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FCAEF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D002D4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06F25F49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2C127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CE4B61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2EBFB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7EF7BA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6107229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E164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E9D326" w14:textId="77777777" w:rsidR="000C5318" w:rsidRDefault="009B6465">
            <w:pPr>
              <w:spacing w:after="0"/>
            </w:pPr>
            <w:r>
              <w:rPr>
                <w:color w:val="000000"/>
              </w:rPr>
              <w:t>Aire acondicionado y ventilación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56307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E595E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9C70AF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910"/>
        <w:gridCol w:w="5750"/>
        <w:gridCol w:w="3477"/>
        <w:gridCol w:w="3321"/>
      </w:tblGrid>
      <w:tr w:rsidR="000C5318" w14:paraId="52D2CE0E" w14:textId="77777777" w:rsidTr="002A6A2E">
        <w:trPr>
          <w:tblHeader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BA4B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EA6F7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345E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5CA92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5FFD364A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7DD7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B6404C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mecánico, electromecánico o profesional legalmente facultado para desarrollar la especialidad, con matrícula profesional vigente.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289E0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4227CA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ED802A9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18A0C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CD560A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de sistemas de aire acondicionado y ventilación para edificaciones, con los conocimientos y experiencia adicional exigidos en la invitación cuando participe en centros de datos.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CBE0C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7B0E1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300B15AD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A7A79" w14:textId="77777777" w:rsidR="00D4168A" w:rsidRDefault="00000000">
            <w:r>
              <w:t>Proyecto específico puntuable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E960A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43A3F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73DD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AF94F3B" w14:textId="77777777" w:rsidTr="002A6A2E">
        <w:trPr>
          <w:cantSplit/>
          <w:jc w:val="center"/>
        </w:trPr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4B61C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2EBC32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2B38B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2B020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79618D5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955"/>
        <w:gridCol w:w="1183"/>
        <w:gridCol w:w="1540"/>
        <w:gridCol w:w="1694"/>
        <w:gridCol w:w="1826"/>
        <w:gridCol w:w="1225"/>
        <w:gridCol w:w="1223"/>
        <w:gridCol w:w="1358"/>
        <w:gridCol w:w="1540"/>
        <w:gridCol w:w="1178"/>
        <w:gridCol w:w="56"/>
      </w:tblGrid>
      <w:tr w:rsidR="000C5318" w14:paraId="51771730" w14:textId="77777777" w:rsidTr="002A6A2E">
        <w:trPr>
          <w:gridAfter w:val="1"/>
          <w:wAfter w:w="56" w:type="dxa"/>
          <w:tblHeader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77DC4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B81D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C1D9D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F162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91921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F220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E82E1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F67A7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622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3C37389B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15A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C5B74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13FC5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C4C3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9EA83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7CC0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4BDD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7F20F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21A80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BDEE56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83710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3971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17679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EE65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B992B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DF91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8A42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158E6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049B1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5164F2E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6D29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20F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A48FC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D483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969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32B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3400E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13AF4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381F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5AF5152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E848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37868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2FF54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E18CA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DD66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BEDB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CABA8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39A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3858B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457FA0C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CF9A8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67B1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191D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5318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935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E395B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F30C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DE3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7C0EF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1CFB43C" w14:textId="77777777" w:rsidTr="002A6A2E">
        <w:trPr>
          <w:gridAfter w:val="1"/>
          <w:wAfter w:w="56" w:type="dxa"/>
          <w:cantSplit/>
          <w:jc w:val="center"/>
        </w:trPr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2054B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D8B8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BD83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73EC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4430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02CE9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BB6C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2B99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9AE85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0EE1566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233D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CBBB5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DEB23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6828B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7DD429D2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B7B0A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003B19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81EC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F172F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3363FD84" w14:textId="77777777" w:rsidTr="002A6A2E">
        <w:trPr>
          <w:cantSplit/>
          <w:jc w:val="center"/>
        </w:trPr>
        <w:tc>
          <w:tcPr>
            <w:tcW w:w="1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55510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t>N.º de proyectos específicos</w:t>
            </w:r>
          </w:p>
        </w:tc>
        <w:tc>
          <w:tcPr>
            <w:tcW w:w="4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1351F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D30D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3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C613AE" w14:textId="77777777" w:rsidR="00D4168A" w:rsidRDefault="00000000">
            <w:r>
              <w:t>☐ 0 puntos  ☐ 10 puntos  ☐ 20 puntos</w:t>
            </w:r>
          </w:p>
        </w:tc>
      </w:tr>
    </w:tbl>
    <w:p w14:paraId="1E017F8E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2843"/>
        <w:gridCol w:w="2843"/>
        <w:gridCol w:w="3044"/>
        <w:gridCol w:w="3114"/>
      </w:tblGrid>
      <w:tr w:rsidR="000C5318" w14:paraId="1C0CEEE7" w14:textId="77777777" w:rsidTr="005C6C82">
        <w:trPr>
          <w:tblHeader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8732D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559A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D8B2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01A1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C552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D3D786B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35E29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42B06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76D27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75C22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A71E2D" w14:textId="77777777" w:rsidR="000C5318" w:rsidRDefault="000C5318">
            <w:pPr>
              <w:spacing w:after="0"/>
            </w:pPr>
          </w:p>
        </w:tc>
      </w:tr>
      <w:tr w:rsidR="000C5318" w14:paraId="770D8F09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4173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E836F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212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ECDC7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D2E7A6" w14:textId="77777777" w:rsidR="000C5318" w:rsidRDefault="000C5318">
            <w:pPr>
              <w:spacing w:after="0"/>
            </w:pPr>
          </w:p>
        </w:tc>
      </w:tr>
      <w:tr w:rsidR="000C5318" w14:paraId="5C46A2A9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5544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EE824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7D1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F840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E03B0F" w14:textId="77777777" w:rsidR="000C5318" w:rsidRDefault="000C5318">
            <w:pPr>
              <w:spacing w:after="0"/>
            </w:pPr>
          </w:p>
        </w:tc>
      </w:tr>
      <w:tr w:rsidR="000C5318" w14:paraId="006CADD8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DB230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BCA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3FC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77B0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A67895" w14:textId="77777777" w:rsidR="000C5318" w:rsidRDefault="000C5318">
            <w:pPr>
              <w:spacing w:after="0"/>
            </w:pPr>
          </w:p>
        </w:tc>
      </w:tr>
      <w:tr w:rsidR="000C5318" w14:paraId="39A61AC1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55F66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DAE3C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62039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319D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67D00" w14:textId="77777777" w:rsidR="000C5318" w:rsidRDefault="000C5318">
            <w:pPr>
              <w:spacing w:after="0"/>
            </w:pPr>
          </w:p>
        </w:tc>
      </w:tr>
      <w:tr w:rsidR="000C5318" w14:paraId="2ED46411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5D28F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F982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5B1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48941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65D621" w14:textId="77777777" w:rsidR="000C5318" w:rsidRDefault="000C5318">
            <w:pPr>
              <w:spacing w:after="0"/>
            </w:pPr>
          </w:p>
        </w:tc>
      </w:tr>
      <w:tr w:rsidR="000C5318" w14:paraId="28DA701B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0F9CDF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01CF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7FA6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51EC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1B856D" w14:textId="77777777" w:rsidR="000C5318" w:rsidRDefault="000C5318">
            <w:pPr>
              <w:spacing w:after="0"/>
            </w:pPr>
          </w:p>
        </w:tc>
      </w:tr>
      <w:tr w:rsidR="000C5318" w14:paraId="5C08F183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0B768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CFE8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1CF1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6CD3B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022317" w14:textId="77777777" w:rsidR="000C5318" w:rsidRDefault="000C5318">
            <w:pPr>
              <w:spacing w:after="0"/>
            </w:pPr>
          </w:p>
        </w:tc>
      </w:tr>
      <w:tr w:rsidR="000C5318" w14:paraId="0525D3AE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26055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85A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B56BB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F27D6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C2F45F" w14:textId="77777777" w:rsidR="000C5318" w:rsidRDefault="000C5318">
            <w:pPr>
              <w:spacing w:after="0"/>
            </w:pPr>
          </w:p>
        </w:tc>
      </w:tr>
      <w:tr w:rsidR="000C5318" w14:paraId="5E130F3D" w14:textId="77777777" w:rsidTr="005C6C82">
        <w:trPr>
          <w:cantSplit/>
          <w:jc w:val="center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3674A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261E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013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B802E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53E8B3" w14:textId="77777777" w:rsidR="000C5318" w:rsidRDefault="000C5318">
            <w:pPr>
              <w:spacing w:after="0"/>
            </w:pPr>
          </w:p>
        </w:tc>
      </w:tr>
    </w:tbl>
    <w:p w14:paraId="1C3C8CE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59F52E90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18B14AB5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08253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7FC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DC84F7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CB3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4D81526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BB9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63C237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1EA28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4DFA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754201EA" w14:textId="77777777" w:rsidR="000C5318" w:rsidRDefault="009B6465">
      <w:r>
        <w:br w:type="page"/>
      </w:r>
    </w:p>
    <w:p w14:paraId="0050746F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7. PROFESIONAL PRINCIPAL - SEGURIDAD HUMANA, DETECCIÓN, ALARMA Y PROTECCIÓN CONTRA INCENDIOS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056FA11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8F748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77483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9A1E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63BDA7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5CCA0DE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4892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EC98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D52B0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DFE111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46479C2B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83869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CF59D9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B6B17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C442E9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AFEAAA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3EE7F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55364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11572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4966EF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65A2E2E2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E59B9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FB2CD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B110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58257D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30D4626A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E6D3F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5E78B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Seguridad humana, detección, alarma y protección contra incendios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4A7B2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6312C8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5ED05B9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091"/>
        <w:gridCol w:w="5750"/>
        <w:gridCol w:w="3477"/>
        <w:gridCol w:w="3140"/>
      </w:tblGrid>
      <w:tr w:rsidR="000C5318" w14:paraId="275FF6BE" w14:textId="77777777" w:rsidTr="005B7776">
        <w:trPr>
          <w:tblHeader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69CF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0021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D619C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C6600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FA00B0F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89A20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EDE73C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civil, mecánico, sanitario, arquitecto o profesional legalmente facultado para desarrollar la especialidad, con matrícula profesional vigente.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F0AD0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2B4FC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759BC274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D53E20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CCBE4B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de seguridad humana, sistemas de detección y alarma o redes de protección contra incendios en edificaciones institucionales, corporativas u ocupadas, con conocimiento de la NSR y normas NFPA aplicables.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023C2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8BB7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C6E36FC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AD0063" w14:textId="77777777" w:rsidR="00D4168A" w:rsidRDefault="00000000">
            <w:r>
              <w:t>Proyecto específico puntuable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4B833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D8FF9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D214A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F23BBF2" w14:textId="77777777" w:rsidTr="005B7776">
        <w:trPr>
          <w:cantSplit/>
          <w:jc w:val="center"/>
        </w:trPr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403AD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4B3506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0B5F6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568B1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68EDDAD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947"/>
        <w:gridCol w:w="1173"/>
        <w:gridCol w:w="1526"/>
        <w:gridCol w:w="1680"/>
        <w:gridCol w:w="1810"/>
        <w:gridCol w:w="1526"/>
        <w:gridCol w:w="11"/>
        <w:gridCol w:w="1515"/>
        <w:gridCol w:w="1526"/>
        <w:gridCol w:w="1082"/>
        <w:gridCol w:w="1078"/>
        <w:gridCol w:w="45"/>
      </w:tblGrid>
      <w:tr w:rsidR="000C5318" w14:paraId="62F8F14D" w14:textId="77777777" w:rsidTr="005B7776">
        <w:trPr>
          <w:gridAfter w:val="1"/>
          <w:wAfter w:w="45" w:type="dxa"/>
          <w:tblHeader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F03FF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D35D5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AFE42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0DCC7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B276A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7E3BD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CA347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3DFF5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C0228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31A04BC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DFE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2A35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55E2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D2DBC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4605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4775E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82171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BC01A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99388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233732FF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345F8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1F0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AC72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A4BE4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2572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DF3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7EED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B2339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71723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A52FD62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AC2F0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945FC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B3F6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2BC0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66A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8DB3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2306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BE46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97242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9952E90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CF4CD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C32BA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6E2F7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207A0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5E0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BAB0A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817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4EC2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7BC72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EA2CDB4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838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F97B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0657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586E1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84745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F53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DC28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D2E3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8349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10514E0" w14:textId="77777777" w:rsidTr="005B7776">
        <w:trPr>
          <w:gridAfter w:val="1"/>
          <w:wAfter w:w="45" w:type="dxa"/>
          <w:cantSplit/>
          <w:jc w:val="center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BA467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2DEF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91C9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0BB12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97807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7BBD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D9E1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87A0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185F1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0738D49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FECA9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ADD37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95B42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2CF9B0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6482140E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FFF3C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37CCFF" w14:textId="4CA01217" w:rsidR="000C5318" w:rsidRDefault="00316866">
            <w:pPr>
              <w:spacing w:after="0"/>
            </w:pPr>
            <w:r>
              <w:rPr>
                <w:color w:val="000000"/>
              </w:rPr>
              <w:t>5</w:t>
            </w:r>
            <w:r w:rsidR="009B6465">
              <w:rPr>
                <w:color w:val="000000"/>
              </w:rPr>
              <w:t xml:space="preserve"> años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012D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A00239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1DC2DF9B" w14:textId="77777777" w:rsidTr="005B7776">
        <w:trPr>
          <w:cantSplit/>
          <w:jc w:val="center"/>
        </w:trPr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4844A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37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7DFC1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3D5805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AB156" w14:textId="77777777" w:rsidR="00D4168A" w:rsidRDefault="00000000">
            <w:r>
              <w:t>☐ 0 puntos  ☐ 10 puntos  ☐ 20 puntos</w:t>
            </w:r>
          </w:p>
        </w:tc>
      </w:tr>
    </w:tbl>
    <w:p w14:paraId="0F4A8F6A" w14:textId="77777777" w:rsidR="005B7776" w:rsidRPr="000807AE" w:rsidRDefault="005B7776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5808FE7F" w14:textId="4FC33810" w:rsidR="000C5318" w:rsidRDefault="009B6465" w:rsidP="005B7776">
      <w:pPr>
        <w:keepNext/>
        <w:pBdr>
          <w:bottom w:val="single" w:sz="12" w:space="2" w:color="92D050"/>
        </w:pBdr>
        <w:tabs>
          <w:tab w:val="left" w:pos="1418"/>
        </w:tabs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36DEA208" w14:textId="77777777" w:rsidTr="005B7776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1829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EAB1A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AF4CA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1BB6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312ED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7BBF60B8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FAE2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BDE7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5BACB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FE388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CC8964" w14:textId="77777777" w:rsidR="000C5318" w:rsidRDefault="000C5318">
            <w:pPr>
              <w:spacing w:after="0"/>
            </w:pPr>
          </w:p>
        </w:tc>
      </w:tr>
      <w:tr w:rsidR="000C5318" w14:paraId="3D476616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EE772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5E94D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8115C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D88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D69CBA" w14:textId="77777777" w:rsidR="000C5318" w:rsidRDefault="000C5318">
            <w:pPr>
              <w:spacing w:after="0"/>
            </w:pPr>
          </w:p>
        </w:tc>
      </w:tr>
      <w:tr w:rsidR="000C5318" w14:paraId="597900E3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41DA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926A5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610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B2EA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E44D5F" w14:textId="77777777" w:rsidR="000C5318" w:rsidRDefault="000C5318">
            <w:pPr>
              <w:spacing w:after="0"/>
            </w:pPr>
          </w:p>
        </w:tc>
      </w:tr>
      <w:tr w:rsidR="000C5318" w14:paraId="2C3BCA3A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3FA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737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E613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54AEF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C8D262" w14:textId="77777777" w:rsidR="000C5318" w:rsidRDefault="000C5318">
            <w:pPr>
              <w:spacing w:after="0"/>
            </w:pPr>
          </w:p>
        </w:tc>
      </w:tr>
      <w:tr w:rsidR="000C5318" w14:paraId="5C332B48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C9D7A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621D0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011BD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96EA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B18B20" w14:textId="77777777" w:rsidR="000C5318" w:rsidRDefault="000C5318">
            <w:pPr>
              <w:spacing w:after="0"/>
            </w:pPr>
          </w:p>
        </w:tc>
      </w:tr>
      <w:tr w:rsidR="000C5318" w14:paraId="40A595EC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104F2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B8AD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F6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4D83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B7E3AA" w14:textId="77777777" w:rsidR="000C5318" w:rsidRDefault="000C5318">
            <w:pPr>
              <w:spacing w:after="0"/>
            </w:pPr>
          </w:p>
        </w:tc>
      </w:tr>
      <w:tr w:rsidR="000C5318" w14:paraId="6021749A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755C2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5DCAD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3C7A0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22D83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CD256C" w14:textId="77777777" w:rsidR="000C5318" w:rsidRDefault="000C5318">
            <w:pPr>
              <w:spacing w:after="0"/>
            </w:pPr>
          </w:p>
        </w:tc>
      </w:tr>
      <w:tr w:rsidR="000C5318" w14:paraId="393B98D4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83260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563AC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19972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9334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C0D86D" w14:textId="77777777" w:rsidR="000C5318" w:rsidRDefault="000C5318">
            <w:pPr>
              <w:spacing w:after="0"/>
            </w:pPr>
          </w:p>
        </w:tc>
      </w:tr>
      <w:tr w:rsidR="000C5318" w14:paraId="25596DF5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62BE9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360B2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55E93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E2044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CA20CF" w14:textId="77777777" w:rsidR="000C5318" w:rsidRDefault="000C5318">
            <w:pPr>
              <w:spacing w:after="0"/>
            </w:pPr>
          </w:p>
        </w:tc>
      </w:tr>
      <w:tr w:rsidR="000C5318" w14:paraId="54122719" w14:textId="77777777" w:rsidTr="005B7776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DC11CA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35EA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7318A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851BA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839C5C" w14:textId="77777777" w:rsidR="000C5318" w:rsidRDefault="000C5318">
            <w:pPr>
              <w:spacing w:after="0"/>
            </w:pPr>
          </w:p>
        </w:tc>
      </w:tr>
    </w:tbl>
    <w:p w14:paraId="5772D455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B48958C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61FE9901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9DFF7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D54F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14312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C7045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510308D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40B0E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D04DB6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42224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28B0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4923636B" w14:textId="77777777" w:rsidR="000C5318" w:rsidRDefault="009B6465">
      <w:r>
        <w:br w:type="page"/>
      </w:r>
    </w:p>
    <w:p w14:paraId="6DA9E3AC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FICHA 8. PROFESIONAL PRINCIPAL - REDES HIDROSANITARIAS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6F9D3D4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903B9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4ADE4F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F36F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D9441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4945BCB8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43D6E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995B54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16A87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707BAE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0407C39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65B81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53E448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6972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4D0D66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48BD5264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E85BC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154B9A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02299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015241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20CDD534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0EAACF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B90EE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B3CA1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5D713C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77607D2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8ED8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D3261" w14:textId="77777777" w:rsidR="000C5318" w:rsidRDefault="009B6465">
            <w:pPr>
              <w:spacing w:after="0"/>
            </w:pPr>
            <w:r>
              <w:rPr>
                <w:color w:val="000000"/>
              </w:rPr>
              <w:t>Redes hidrosanitarias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C2810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DC3EC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4BAF2C5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342"/>
        <w:gridCol w:w="5805"/>
        <w:gridCol w:w="3510"/>
        <w:gridCol w:w="2801"/>
      </w:tblGrid>
      <w:tr w:rsidR="000C5318" w14:paraId="5E96AFEB" w14:textId="77777777" w:rsidTr="005B7776">
        <w:trPr>
          <w:tblHeader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4515B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5E0C7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0A039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F7BA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8103EE7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7C1E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1F134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civil, sanitario, hidráulico o profesional legalmente facultado para desarrollar la especialidad, con matrícula profesional vigente.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2625F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8BB0F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52CC22D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4A2206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BF443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diseño de redes hidrosanitarias para edificaciones corporativas, institucionales o de oficinas.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23374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0C628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6FA9C882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A9B020" w14:textId="77777777" w:rsidR="00D4168A" w:rsidRDefault="00000000">
            <w:r>
              <w:t>Proyecto específico puntuable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69EE8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59172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DAD854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EAC3938" w14:textId="77777777" w:rsidTr="005B7776">
        <w:trPr>
          <w:cantSplit/>
          <w:jc w:val="center"/>
        </w:trPr>
        <w:tc>
          <w:tcPr>
            <w:tcW w:w="2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7E13B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AF79B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58971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2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A87C0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101BF72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955"/>
        <w:gridCol w:w="1183"/>
        <w:gridCol w:w="1538"/>
        <w:gridCol w:w="1693"/>
        <w:gridCol w:w="1503"/>
        <w:gridCol w:w="1538"/>
        <w:gridCol w:w="25"/>
        <w:gridCol w:w="1513"/>
        <w:gridCol w:w="1538"/>
        <w:gridCol w:w="1090"/>
        <w:gridCol w:w="1330"/>
        <w:gridCol w:w="8"/>
      </w:tblGrid>
      <w:tr w:rsidR="000C5318" w14:paraId="1A791384" w14:textId="77777777" w:rsidTr="005B7776">
        <w:trPr>
          <w:gridAfter w:val="1"/>
          <w:wAfter w:w="8" w:type="dxa"/>
          <w:tblHeader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E57CE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F51BF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F4E4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AA57A0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F0759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DAC00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056E2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19E089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EE4FD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213F798E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EE7BD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115BC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B442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734C7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4A1E9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476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B4795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02F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45C91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7A3EDBB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26F1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F9C5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263A0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8C7E8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FAB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C839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51A5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4EE6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FDCCB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EFA47F8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E3CB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10252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6DDC4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797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282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AA41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A563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DBC34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DFE2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64BCBBE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A7E05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555A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80500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8B173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5E6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6D85E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7D46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C3E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CAE8A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6C59AA5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D4350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0240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69BB1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C2C0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715F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5D5DB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E15F5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3846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BC1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38EE882" w14:textId="77777777" w:rsidTr="005B7776">
        <w:trPr>
          <w:gridAfter w:val="1"/>
          <w:wAfter w:w="8" w:type="dxa"/>
          <w:cantSplit/>
          <w:jc w:val="center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CA9D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633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B58E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1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2DA14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901B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7E8B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BB8B9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6052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F997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D13D214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7A964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E2D29E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B6C82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2A127A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789F88FD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6EF13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282A9C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F790E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7E5C16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0CD18C3D" w14:textId="77777777" w:rsidTr="005B7776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57395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3E7F03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0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9B84D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4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C7987A" w14:textId="77777777" w:rsidR="00D4168A" w:rsidRDefault="00000000">
            <w:r>
              <w:t>☐ 0 puntos  ☐ 10 puntos  ☐ 20 puntos</w:t>
            </w:r>
          </w:p>
        </w:tc>
      </w:tr>
    </w:tbl>
    <w:p w14:paraId="722D2A75" w14:textId="77777777" w:rsidR="005B7776" w:rsidRPr="000807AE" w:rsidRDefault="005B7776" w:rsidP="005B7776">
      <w:pPr>
        <w:keepNext/>
        <w:pBdr>
          <w:bottom w:val="single" w:sz="12" w:space="2" w:color="92D050"/>
        </w:pBdr>
        <w:spacing w:before="100" w:after="60"/>
        <w:rPr>
          <w:b/>
          <w:sz w:val="19"/>
          <w:lang w:val="es-CO"/>
        </w:rPr>
      </w:pPr>
    </w:p>
    <w:p w14:paraId="6EEB7D7C" w14:textId="77777777" w:rsidR="005B7776" w:rsidRPr="000807AE" w:rsidRDefault="005B7776" w:rsidP="005B7776">
      <w:pPr>
        <w:keepNext/>
        <w:pBdr>
          <w:bottom w:val="single" w:sz="12" w:space="2" w:color="92D050"/>
        </w:pBdr>
        <w:spacing w:before="100" w:after="60"/>
        <w:rPr>
          <w:b/>
          <w:sz w:val="19"/>
          <w:lang w:val="es-CO"/>
        </w:rPr>
      </w:pPr>
    </w:p>
    <w:p w14:paraId="5DFDC3D2" w14:textId="49AC4DB0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838"/>
        <w:gridCol w:w="2789"/>
        <w:gridCol w:w="2789"/>
        <w:gridCol w:w="2986"/>
        <w:gridCol w:w="3056"/>
      </w:tblGrid>
      <w:tr w:rsidR="000C5318" w14:paraId="100B74BB" w14:textId="77777777" w:rsidTr="005B7776">
        <w:trPr>
          <w:tblHeader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4E29F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AC473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35C1A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53235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7FD49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C953316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89F5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D6D2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721A1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6077F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E6353C" w14:textId="77777777" w:rsidR="000C5318" w:rsidRDefault="000C5318">
            <w:pPr>
              <w:spacing w:after="0"/>
            </w:pPr>
          </w:p>
        </w:tc>
      </w:tr>
      <w:tr w:rsidR="000C5318" w14:paraId="32B2D6C3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5A93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A3F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E9A65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9FFA0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47B9E2" w14:textId="77777777" w:rsidR="000C5318" w:rsidRDefault="000C5318">
            <w:pPr>
              <w:spacing w:after="0"/>
            </w:pPr>
          </w:p>
        </w:tc>
      </w:tr>
      <w:tr w:rsidR="000C5318" w14:paraId="5506CE0F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E5D18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A313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2E68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63B13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2EFD0" w14:textId="77777777" w:rsidR="000C5318" w:rsidRDefault="000C5318">
            <w:pPr>
              <w:spacing w:after="0"/>
            </w:pPr>
          </w:p>
        </w:tc>
      </w:tr>
      <w:tr w:rsidR="000C5318" w14:paraId="50DF3324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1C0AF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DC6BD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21B1A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85E5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391B75" w14:textId="77777777" w:rsidR="000C5318" w:rsidRDefault="000C5318">
            <w:pPr>
              <w:spacing w:after="0"/>
            </w:pPr>
          </w:p>
        </w:tc>
      </w:tr>
      <w:tr w:rsidR="000C5318" w14:paraId="36605D8C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B9CB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C2305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C577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7A306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9F893A" w14:textId="77777777" w:rsidR="000C5318" w:rsidRDefault="000C5318">
            <w:pPr>
              <w:spacing w:after="0"/>
            </w:pPr>
          </w:p>
        </w:tc>
      </w:tr>
      <w:tr w:rsidR="000C5318" w14:paraId="6CF5C21C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F197C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5897E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8D8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1568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69CAF" w14:textId="77777777" w:rsidR="000C5318" w:rsidRDefault="000C5318">
            <w:pPr>
              <w:spacing w:after="0"/>
            </w:pPr>
          </w:p>
        </w:tc>
      </w:tr>
      <w:tr w:rsidR="000C5318" w14:paraId="3455DF29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249287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15FD2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9E0FF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783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DD6AC4" w14:textId="77777777" w:rsidR="000C5318" w:rsidRDefault="000C5318">
            <w:pPr>
              <w:spacing w:after="0"/>
            </w:pPr>
          </w:p>
        </w:tc>
      </w:tr>
      <w:tr w:rsidR="000C5318" w14:paraId="1DF406C5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5EE8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03E6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BA7C8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48EF8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1A2B19" w14:textId="77777777" w:rsidR="000C5318" w:rsidRDefault="000C5318">
            <w:pPr>
              <w:spacing w:after="0"/>
            </w:pPr>
          </w:p>
        </w:tc>
      </w:tr>
      <w:tr w:rsidR="000C5318" w14:paraId="316E1F40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B47F3F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26FE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BA67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FF04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65C61D" w14:textId="77777777" w:rsidR="000C5318" w:rsidRDefault="000C5318">
            <w:pPr>
              <w:spacing w:after="0"/>
            </w:pPr>
          </w:p>
        </w:tc>
      </w:tr>
      <w:tr w:rsidR="000C5318" w14:paraId="158AEF4E" w14:textId="77777777" w:rsidTr="005B7776">
        <w:trPr>
          <w:cantSplit/>
          <w:jc w:val="center"/>
        </w:trPr>
        <w:tc>
          <w:tcPr>
            <w:tcW w:w="2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B1B67C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B2A3E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462A6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D6BE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588249" w14:textId="77777777" w:rsidR="000C5318" w:rsidRDefault="000C5318">
            <w:pPr>
              <w:spacing w:after="0"/>
            </w:pPr>
          </w:p>
        </w:tc>
      </w:tr>
    </w:tbl>
    <w:p w14:paraId="0E0B5370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638CA9D4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0A7B1D90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5C28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77B1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8B1D78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F649D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37FD06AF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29E51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46A40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0EB5D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6306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00F64B9C" w14:textId="77777777" w:rsidR="000C5318" w:rsidRDefault="009B6465">
      <w:r>
        <w:br w:type="page"/>
      </w:r>
    </w:p>
    <w:p w14:paraId="03BF3F98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9. PROFESIONAL PRINCIPAL - EVALUACIÓN, DIAGNÓSTICO Y DISEÑO ESTRUCTURAL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182ECA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76C3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FFF9BF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1D029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F9D592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147B594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BE69E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F0F66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2A2F4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395EB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7B1B434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1BAF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38584F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A0A04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325607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6564492F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EFDFF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70E2C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B8950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3B0CBC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5D217B90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875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9EB3C4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632AC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6C5C65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07F3FD27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8E1A3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9117E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Evaluación, diagnóstico y diseño estructural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4E19C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3F0D74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364364C3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298"/>
        <w:gridCol w:w="5696"/>
        <w:gridCol w:w="4977"/>
        <w:gridCol w:w="1487"/>
      </w:tblGrid>
      <w:tr w:rsidR="000C5318" w14:paraId="5BEEB597" w14:textId="77777777" w:rsidTr="005B7776">
        <w:trPr>
          <w:tblHeader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7D4B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4429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6BFFD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42922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64790C35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B95B9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313658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Ingeniero civil con matrícula profesional vigente y posgrado en estructuras o diseño estructural.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510B0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21EC7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AEA6D30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646F1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FEA662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evaluación, diagnóstico, modelación o diseño estructural, con cumplimiento de la Ley 400 de 1997, la NSR vigente y sus reglamentos.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A3C23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5FE53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E80CE3E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41E454" w14:textId="77777777" w:rsidR="00D4168A" w:rsidRDefault="00000000">
            <w:r>
              <w:t>Proyecto específico puntuable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E1457B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42EF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EAD1D5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437B8919" w14:textId="77777777" w:rsidTr="005B7776">
        <w:trPr>
          <w:cantSplit/>
          <w:jc w:val="center"/>
        </w:trPr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74EFB9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346CA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4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D80C6B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614AB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7547564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953"/>
        <w:gridCol w:w="1191"/>
        <w:gridCol w:w="1543"/>
        <w:gridCol w:w="1693"/>
        <w:gridCol w:w="1835"/>
        <w:gridCol w:w="1543"/>
        <w:gridCol w:w="6"/>
        <w:gridCol w:w="1537"/>
        <w:gridCol w:w="1543"/>
        <w:gridCol w:w="1072"/>
        <w:gridCol w:w="964"/>
        <w:gridCol w:w="33"/>
      </w:tblGrid>
      <w:tr w:rsidR="000C5318" w14:paraId="0EBA5E03" w14:textId="77777777" w:rsidTr="00A65BEA">
        <w:trPr>
          <w:gridAfter w:val="1"/>
          <w:wAfter w:w="33" w:type="dxa"/>
          <w:tblHeader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C5C59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3A565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0E7C8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C20BB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10900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72648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87CF9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2F9BA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4BD8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7E136D9F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B5441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0256F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CEFA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5C9B8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7176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D8CAD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E980F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4DFF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11D48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F7E2546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61758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E5C2B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6C7D3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0C756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01DD9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9FD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D630E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1E180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8DB5A3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1B837AFA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68E05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2873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BA82F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3E9E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419F7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8FEDD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A4989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7DBA6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414E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0ACF172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11893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C8AB0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5665B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89EBF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2E103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30CB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F306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4302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C355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58A5281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B7874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CD284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8EE6D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3A7EA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1A920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60246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6251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899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E1F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6D198B03" w14:textId="77777777" w:rsidTr="00A65BEA">
        <w:trPr>
          <w:gridAfter w:val="1"/>
          <w:wAfter w:w="33" w:type="dxa"/>
          <w:cantSplit/>
          <w:jc w:val="center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8BE7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4740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7A3AE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32E9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02CA44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652C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2EEE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5477A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7E0F3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5DC6EE9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F6E57C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CE6F09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66D7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21FC64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61409025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978761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3190EB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916ACD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BB15C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22C80726" w14:textId="77777777" w:rsidTr="00A65BEA">
        <w:trPr>
          <w:cantSplit/>
          <w:jc w:val="center"/>
        </w:trPr>
        <w:tc>
          <w:tcPr>
            <w:tcW w:w="14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E6D58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996538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CCE763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1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745C6B" w14:textId="77777777" w:rsidR="00D4168A" w:rsidRDefault="00000000">
            <w:r>
              <w:t>☐ 0 puntos  ☐ 10 puntos  ☐ 20 puntos</w:t>
            </w:r>
          </w:p>
        </w:tc>
      </w:tr>
    </w:tbl>
    <w:p w14:paraId="59941080" w14:textId="77777777" w:rsidR="00A65BEA" w:rsidRPr="000807AE" w:rsidRDefault="00A65BEA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4DBDBF1A" w14:textId="77777777" w:rsidR="00A65BEA" w:rsidRPr="000807AE" w:rsidRDefault="00A65BEA">
      <w:pPr>
        <w:keepNext/>
        <w:pBdr>
          <w:bottom w:val="single" w:sz="12" w:space="2" w:color="92D050"/>
        </w:pBdr>
        <w:spacing w:before="100" w:after="60"/>
        <w:jc w:val="center"/>
        <w:rPr>
          <w:b/>
          <w:sz w:val="19"/>
          <w:lang w:val="es-CO"/>
        </w:rPr>
      </w:pPr>
    </w:p>
    <w:p w14:paraId="6EC70A6E" w14:textId="2049E408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42"/>
        <w:gridCol w:w="2836"/>
        <w:gridCol w:w="2836"/>
        <w:gridCol w:w="3036"/>
        <w:gridCol w:w="3108"/>
      </w:tblGrid>
      <w:tr w:rsidR="000C5318" w14:paraId="07308783" w14:textId="77777777" w:rsidTr="00A65BEA">
        <w:trPr>
          <w:tblHeader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E80A3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DBF55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60920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CFEF7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21792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3BAA50AE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CB599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3A08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76F4A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9372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9F19B6" w14:textId="77777777" w:rsidR="000C5318" w:rsidRDefault="000C5318">
            <w:pPr>
              <w:spacing w:after="0"/>
            </w:pPr>
          </w:p>
        </w:tc>
      </w:tr>
      <w:tr w:rsidR="000C5318" w14:paraId="6DBFFD51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E5FCD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210DC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1A97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2F643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259B34" w14:textId="77777777" w:rsidR="000C5318" w:rsidRDefault="000C5318">
            <w:pPr>
              <w:spacing w:after="0"/>
            </w:pPr>
          </w:p>
        </w:tc>
      </w:tr>
      <w:tr w:rsidR="000C5318" w14:paraId="5A7443C1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660E2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38CBA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E97A0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FBD09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7CF29D" w14:textId="77777777" w:rsidR="000C5318" w:rsidRDefault="000C5318">
            <w:pPr>
              <w:spacing w:after="0"/>
            </w:pPr>
          </w:p>
        </w:tc>
      </w:tr>
      <w:tr w:rsidR="000C5318" w14:paraId="37B10973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583155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696B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FEEB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B5A38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4EF244" w14:textId="77777777" w:rsidR="000C5318" w:rsidRDefault="000C5318">
            <w:pPr>
              <w:spacing w:after="0"/>
            </w:pPr>
          </w:p>
        </w:tc>
      </w:tr>
      <w:tr w:rsidR="000C5318" w14:paraId="56A044EA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C4461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C194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6B02E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5A992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8B15896" w14:textId="77777777" w:rsidR="000C5318" w:rsidRDefault="000C5318">
            <w:pPr>
              <w:spacing w:after="0"/>
            </w:pPr>
          </w:p>
        </w:tc>
      </w:tr>
      <w:tr w:rsidR="000C5318" w14:paraId="2AA23D55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80975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3B49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7D1D2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D5898F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F0B2BF5" w14:textId="77777777" w:rsidR="000C5318" w:rsidRDefault="000C5318">
            <w:pPr>
              <w:spacing w:after="0"/>
            </w:pPr>
          </w:p>
        </w:tc>
      </w:tr>
      <w:tr w:rsidR="000C5318" w14:paraId="24803750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17ABD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2909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694F5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14B4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5BF985" w14:textId="77777777" w:rsidR="000C5318" w:rsidRDefault="000C5318">
            <w:pPr>
              <w:spacing w:after="0"/>
            </w:pPr>
          </w:p>
        </w:tc>
      </w:tr>
      <w:tr w:rsidR="000C5318" w14:paraId="0C328614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6D0E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19FE4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C85A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1E0BA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5EAD7E" w14:textId="77777777" w:rsidR="000C5318" w:rsidRDefault="000C5318">
            <w:pPr>
              <w:spacing w:after="0"/>
            </w:pPr>
          </w:p>
        </w:tc>
      </w:tr>
      <w:tr w:rsidR="000C5318" w14:paraId="015D5D7D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4E75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09E65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0D7035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A7984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8A2294" w14:textId="77777777" w:rsidR="000C5318" w:rsidRDefault="000C5318">
            <w:pPr>
              <w:spacing w:after="0"/>
            </w:pPr>
          </w:p>
        </w:tc>
      </w:tr>
      <w:tr w:rsidR="000C5318" w14:paraId="74ABEF68" w14:textId="77777777" w:rsidTr="00A65BEA">
        <w:trPr>
          <w:cantSplit/>
          <w:jc w:val="center"/>
        </w:trPr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83017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B9DE9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9D0C0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E2C20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3A8FD0" w14:textId="77777777" w:rsidR="000C5318" w:rsidRDefault="000C5318">
            <w:pPr>
              <w:spacing w:after="0"/>
            </w:pPr>
          </w:p>
        </w:tc>
      </w:tr>
    </w:tbl>
    <w:p w14:paraId="030C689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0E15FDDE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755E7654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B8F54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A6AE8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81ABE3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ABE43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6DB9D8B0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EE73D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DE0A25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37F2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5FEAA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0DBAD7D8" w14:textId="77777777" w:rsidR="000C5318" w:rsidRDefault="009B6465">
      <w:r>
        <w:br w:type="page"/>
      </w:r>
    </w:p>
    <w:p w14:paraId="53F72F57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lastRenderedPageBreak/>
        <w:t>FICHA 10. PROFESIONAL PRINCIPAL - PROGRAMACIÓN, CANTIDADES Y PRESUPUESTO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4608"/>
        <w:gridCol w:w="2592"/>
        <w:gridCol w:w="4608"/>
      </w:tblGrid>
      <w:tr w:rsidR="000C5318" w14:paraId="2976A60D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E00D7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Nombre completo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70BD62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1E32D0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C.C.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904A14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</w:tr>
      <w:tr w:rsidR="000C5318" w14:paraId="00C9904C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CD10D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Profesión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0B28C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28F226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Posgrado / formación adicional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DE860D" w14:textId="77777777" w:rsidR="000C5318" w:rsidRDefault="009B6465">
            <w:pPr>
              <w:spacing w:after="0"/>
            </w:pPr>
            <w:r>
              <w:rPr>
                <w:color w:val="000000"/>
              </w:rPr>
              <w:t>[Título / no aplica]</w:t>
            </w:r>
          </w:p>
        </w:tc>
      </w:tr>
      <w:tr w:rsidR="000C5318" w14:paraId="5E5217D3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B1528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Matrícula / tarjeta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B8EC19" w14:textId="77777777" w:rsidR="000C5318" w:rsidRDefault="009B6465">
            <w:pPr>
              <w:spacing w:after="0"/>
            </w:pPr>
            <w:r>
              <w:rPr>
                <w:color w:val="000000"/>
              </w:rPr>
              <w:t>[Número]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46709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Consejo y vigencia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5963AF" w14:textId="77777777" w:rsidR="000C5318" w:rsidRDefault="009B6465">
            <w:pPr>
              <w:spacing w:after="0"/>
            </w:pPr>
            <w:r>
              <w:rPr>
                <w:color w:val="000000"/>
              </w:rPr>
              <w:t>[Entidad / fecha]</w:t>
            </w:r>
          </w:p>
        </w:tc>
      </w:tr>
      <w:tr w:rsidR="000C5318" w14:paraId="0C823965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68DF0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Fecha de expedición matrícula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410687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453F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Inicio legal del cómputo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360C4A" w14:textId="77777777" w:rsidR="000C5318" w:rsidRDefault="009B6465">
            <w:pPr>
              <w:spacing w:after="0"/>
            </w:pPr>
            <w:r>
              <w:rPr>
                <w:color w:val="000000"/>
              </w:rPr>
              <w:t>[DD/MM/AAAA]</w:t>
            </w:r>
          </w:p>
        </w:tc>
      </w:tr>
      <w:tr w:rsidR="000C5318" w14:paraId="3849D44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0883E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Vinculación con proponente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7A757" w14:textId="77777777" w:rsidR="000C5318" w:rsidRDefault="009B6465">
            <w:pPr>
              <w:spacing w:after="0"/>
            </w:pPr>
            <w:r>
              <w:rPr>
                <w:color w:val="000000"/>
              </w:rPr>
              <w:t>☐ Propio   ☐ Contratista   ☐ Subconsultor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3B6EF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Disponibilidad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1D3367" w14:textId="77777777" w:rsidR="000C5318" w:rsidRDefault="009B6465">
            <w:pPr>
              <w:spacing w:after="0"/>
            </w:pPr>
            <w:r>
              <w:rPr>
                <w:color w:val="000000"/>
              </w:rPr>
              <w:t>[Horas/semana y fases]</w:t>
            </w:r>
          </w:p>
        </w:tc>
      </w:tr>
      <w:tr w:rsidR="000C5318" w14:paraId="4310570E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627EAB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Rol ofrecido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220C9" w14:textId="77777777" w:rsidR="000C5318" w:rsidRDefault="009B6465">
            <w:pPr>
              <w:spacing w:after="0"/>
            </w:pPr>
            <w:r>
              <w:rPr>
                <w:color w:val="000000"/>
              </w:rPr>
              <w:t>Programación, cantidades y presupuesto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D0C7D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Profesional principal</w:t>
            </w:r>
          </w:p>
        </w:tc>
        <w:tc>
          <w:tcPr>
            <w:tcW w:w="4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8F5083" w14:textId="77777777" w:rsidR="000C5318" w:rsidRDefault="009B6465">
            <w:pPr>
              <w:spacing w:after="0"/>
            </w:pPr>
            <w:r>
              <w:rPr>
                <w:color w:val="000000"/>
              </w:rPr>
              <w:t>☐ Sí</w:t>
            </w:r>
          </w:p>
        </w:tc>
      </w:tr>
    </w:tbl>
    <w:p w14:paraId="64E88708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REQUISITOS DEL ROL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1982"/>
        <w:gridCol w:w="5315"/>
        <w:gridCol w:w="4703"/>
        <w:gridCol w:w="2458"/>
      </w:tblGrid>
      <w:tr w:rsidR="000C5318" w14:paraId="30375A06" w14:textId="77777777" w:rsidTr="00A65BEA">
        <w:trPr>
          <w:tblHeader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911AA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Tipo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B8E704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Exigencia de la invitación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835693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3"/>
                <w:lang w:val="es-CO"/>
              </w:rPr>
              <w:t>Dato declarado por el proponente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9D223E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3"/>
              </w:rPr>
              <w:t>Soporte / folio</w:t>
            </w:r>
          </w:p>
        </w:tc>
      </w:tr>
      <w:tr w:rsidR="000C5318" w14:paraId="18017B7B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85662E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Formación y matrícula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0A589B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Arquitecto, ingeniero civil o profesional competente, con matrícula profesional vigente cuando resulte legalmente exigible.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0E6913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E1DDA8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14E99D60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EAE47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Experiencia específica mínima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F5DCB7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Cinco (5) años en programación de obra, elaboración de cantidades, análisis de precios unitarios y presupuestos, con manejo de software y bases de precios conforme a la invitación.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2BC2D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[Total años válidos]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DF2DB7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0BFDEBDB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15157" w14:textId="77777777" w:rsidR="00D4168A" w:rsidRDefault="00000000">
            <w:r>
              <w:t>Proyecto específico puntuable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A4FFF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Acreditar, según la especialidad, al menos un (1) contrato de intervención de una edificación correspondiente a un estudio de grabación, set o auditorio, con área diseñada o intervenida igual o superior a 500 m².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0B42EF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[Describir cumplimiento / no aplica]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137F0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  <w:tr w:rsidR="000C5318" w14:paraId="5ACDD914" w14:textId="77777777" w:rsidTr="00A65BEA">
        <w:trPr>
          <w:cantSplit/>
          <w:jc w:val="center"/>
        </w:trPr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4DEF6D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Condición para 20 puntos</w:t>
            </w:r>
          </w:p>
        </w:tc>
        <w:tc>
          <w:tcPr>
            <w:tcW w:w="5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1BB7DE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Superar en dos (2) años o más la experiencia mínima habilitante y acreditar el proyecto específico en estudio de grabación, set o auditorio con área igual o superior a 500 m².</w:t>
            </w:r>
          </w:p>
        </w:tc>
        <w:tc>
          <w:tcPr>
            <w:tcW w:w="4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DD1C5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3"/>
                <w:lang w:val="es-CO"/>
              </w:rPr>
              <w:t>[Exceso en años / requisito complementario]</w:t>
            </w: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9456AC" w14:textId="77777777" w:rsidR="000C5318" w:rsidRDefault="009B6465">
            <w:pPr>
              <w:spacing w:after="0"/>
            </w:pPr>
            <w:r>
              <w:rPr>
                <w:color w:val="000000"/>
                <w:sz w:val="13"/>
              </w:rPr>
              <w:t>[Archivo / folio]</w:t>
            </w:r>
          </w:p>
        </w:tc>
      </w:tr>
    </w:tbl>
    <w:p w14:paraId="260DB0E1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EXPERIENCIA PROFESIONAL Y PROYECTOS ESPECÍFICOS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968"/>
        <w:gridCol w:w="1200"/>
        <w:gridCol w:w="1560"/>
        <w:gridCol w:w="1716"/>
        <w:gridCol w:w="1850"/>
        <w:gridCol w:w="1560"/>
        <w:gridCol w:w="11"/>
        <w:gridCol w:w="1549"/>
        <w:gridCol w:w="1289"/>
        <w:gridCol w:w="967"/>
        <w:gridCol w:w="1236"/>
      </w:tblGrid>
      <w:tr w:rsidR="000C5318" w14:paraId="5D352CF9" w14:textId="77777777" w:rsidTr="00A359F2">
        <w:trPr>
          <w:tblHeader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476EB1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N.º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6E7D07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Proyecto / contrato y contratante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BF51A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Cargo / rol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AB706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2"/>
                <w:lang w:val="es-CO"/>
              </w:rPr>
              <w:t>Actividades propias de la especialidad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3A38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Inicio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A5D598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Fin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00079A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Meses válidos sin superposición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69650A" w14:textId="77777777" w:rsidR="00D4168A" w:rsidRPr="00AD21BF" w:rsidRDefault="00000000">
            <w:pPr>
              <w:rPr>
                <w:lang w:val="es-CO"/>
              </w:rPr>
            </w:pPr>
            <w:r w:rsidRPr="00AD21BF">
              <w:rPr>
                <w:lang w:val="es-CO"/>
              </w:rPr>
              <w:t>Proyecto estudio/set/auditorio ≥ 500 m² S/N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6D990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Soporte / folio</w:t>
            </w:r>
          </w:p>
        </w:tc>
      </w:tr>
      <w:tr w:rsidR="000C5318" w14:paraId="1305D0E3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0B271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1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E8A1D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6475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3BCD5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4067C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DB195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67C7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5833CB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C7DA1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57782B82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2B60F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2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33CF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9A1D9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6D8F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14FEB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7BD5F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CB723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EA796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F7BA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8E41CE2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29F2A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3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4E644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6ADF4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055414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776B9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666D8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846AF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08A7C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18B4F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74F22ED9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34F52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4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AE887A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B694F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7D060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CBC3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AC7D7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70E8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D472D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472F65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4779C875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FC301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5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CDECE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0607C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5171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329C6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A5E75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A9C8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CED8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B11B8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31B80849" w14:textId="77777777" w:rsidTr="00A359F2">
        <w:trPr>
          <w:cantSplit/>
          <w:jc w:val="center"/>
        </w:trPr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0C161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6</w:t>
            </w:r>
          </w:p>
        </w:tc>
        <w:tc>
          <w:tcPr>
            <w:tcW w:w="21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B8EF5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[Nombre / objeto]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294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[Rol]</w:t>
            </w:r>
          </w:p>
        </w:tc>
        <w:tc>
          <w:tcPr>
            <w:tcW w:w="3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D35F2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[Actividades y productos]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F63D7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A130C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[DD/MM/AA]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D9631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[Meses]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BB3B8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8740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 / folio]</w:t>
            </w:r>
          </w:p>
        </w:tc>
      </w:tr>
      <w:tr w:rsidR="000C5318" w14:paraId="0010A23F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22A6E4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meses válidos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86978E1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4F39E9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Total años (meses / 12)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D883F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</w:tr>
      <w:tr w:rsidR="000C5318" w14:paraId="2E3F8E43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2CF7B2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Experiencia mínima del rol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2732F7" w14:textId="77777777" w:rsidR="000C5318" w:rsidRDefault="009B6465">
            <w:pPr>
              <w:spacing w:after="0"/>
            </w:pPr>
            <w:r>
              <w:rPr>
                <w:color w:val="000000"/>
              </w:rPr>
              <w:t>5 años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DB2A48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Exceso sobre el mínimo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F1D9DB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 años</w:t>
            </w:r>
          </w:p>
        </w:tc>
      </w:tr>
      <w:tr w:rsidR="000C5318" w:rsidRPr="00316866" w14:paraId="4DAB2C21" w14:textId="77777777" w:rsidTr="00A359F2">
        <w:trPr>
          <w:cantSplit/>
          <w:jc w:val="center"/>
        </w:trPr>
        <w:tc>
          <w:tcPr>
            <w:tcW w:w="1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4162C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b/>
                <w:color w:val="000000"/>
                <w:lang w:val="es-CO"/>
              </w:rPr>
              <w:lastRenderedPageBreak/>
              <w:t>N.º de proyectos específicos</w:t>
            </w:r>
          </w:p>
        </w:tc>
        <w:tc>
          <w:tcPr>
            <w:tcW w:w="44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7830BD" w14:textId="77777777" w:rsidR="000C5318" w:rsidRDefault="009B6465">
            <w:pPr>
              <w:spacing w:after="0"/>
            </w:pPr>
            <w:r>
              <w:rPr>
                <w:color w:val="000000"/>
              </w:rPr>
              <w:t>[________]</w:t>
            </w:r>
          </w:p>
        </w:tc>
        <w:tc>
          <w:tcPr>
            <w:tcW w:w="34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F2631A" w14:textId="77777777" w:rsidR="000C5318" w:rsidRDefault="009B6465">
            <w:pPr>
              <w:spacing w:after="0"/>
            </w:pPr>
            <w:r>
              <w:rPr>
                <w:b/>
                <w:color w:val="000000"/>
              </w:rPr>
              <w:t>Puntaje que declara acreditar</w:t>
            </w:r>
          </w:p>
        </w:tc>
        <w:tc>
          <w:tcPr>
            <w:tcW w:w="50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55FC9D" w14:textId="77777777" w:rsidR="00D4168A" w:rsidRDefault="00000000">
            <w:r>
              <w:t>☐ 0 puntos  ☐ 10 puntos  ☐ 20 puntos</w:t>
            </w:r>
          </w:p>
        </w:tc>
      </w:tr>
    </w:tbl>
    <w:p w14:paraId="3AC8C714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DOCUMENTOS HABILITANTES DEL PROFESIONAL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2892"/>
        <w:gridCol w:w="1786"/>
        <w:gridCol w:w="3096"/>
        <w:gridCol w:w="3990"/>
      </w:tblGrid>
      <w:tr w:rsidR="000C5318" w14:paraId="7E1F4A67" w14:textId="77777777" w:rsidTr="00A359F2">
        <w:trPr>
          <w:tblHeader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8A22F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Documento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CD36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Aporta S/N/NA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F7A0B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Fecha / vigencia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DD5515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Folio / nombre de archivo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16073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2"/>
              </w:rPr>
              <w:t>Observación del proponente</w:t>
            </w:r>
          </w:p>
        </w:tc>
      </w:tr>
      <w:tr w:rsidR="000C5318" w14:paraId="4CA8D87E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763C9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Hoja de vida firmada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E56C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53CA7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8A02BB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9783D2" w14:textId="77777777" w:rsidR="000C5318" w:rsidRDefault="000C5318">
            <w:pPr>
              <w:spacing w:after="0"/>
            </w:pPr>
          </w:p>
        </w:tc>
      </w:tr>
      <w:tr w:rsidR="000C5318" w14:paraId="13E2FA2F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864560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Documento de identidad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20210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1043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C25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AFFF53" w14:textId="77777777" w:rsidR="000C5318" w:rsidRDefault="000C5318">
            <w:pPr>
              <w:spacing w:after="0"/>
            </w:pPr>
          </w:p>
        </w:tc>
      </w:tr>
      <w:tr w:rsidR="000C5318" w14:paraId="6C2AEB2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A48743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Diploma o acta de grado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E5D2E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D9DA2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925D36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0EBB0E" w14:textId="77777777" w:rsidR="000C5318" w:rsidRDefault="000C5318">
            <w:pPr>
              <w:spacing w:after="0"/>
            </w:pPr>
          </w:p>
        </w:tc>
      </w:tr>
      <w:tr w:rsidR="000C5318" w14:paraId="794DD2C1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8BA2DD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Matrícula, tarjeta o inscripción profesional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F3C9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89360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EB0077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7D9F1D" w14:textId="77777777" w:rsidR="000C5318" w:rsidRDefault="000C5318">
            <w:pPr>
              <w:spacing w:after="0"/>
            </w:pPr>
          </w:p>
        </w:tc>
      </w:tr>
      <w:tr w:rsidR="000C5318" w14:paraId="373B3743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9B314C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Antecedentes disciplinarios profesionales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EFBC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CD48C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[Vigencia]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6E9598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6DE01A" w14:textId="77777777" w:rsidR="000C5318" w:rsidRDefault="000C5318">
            <w:pPr>
              <w:spacing w:after="0"/>
            </w:pPr>
          </w:p>
        </w:tc>
      </w:tr>
      <w:tr w:rsidR="000C5318" w14:paraId="527731C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C3DBCE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Certificaciones de experiencia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D45F3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5520F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[Fechas]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DF4E52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4CC737C" w14:textId="77777777" w:rsidR="000C5318" w:rsidRDefault="000C5318">
            <w:pPr>
              <w:spacing w:after="0"/>
            </w:pPr>
          </w:p>
        </w:tc>
      </w:tr>
      <w:tr w:rsidR="000C5318" w14:paraId="06B972FF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BCFE4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Posgrado, cursos o acreditaciones exigidos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72B31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4E65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A75CB9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[Archivo(s)]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9D2C4D" w14:textId="77777777" w:rsidR="000C5318" w:rsidRDefault="000C5318">
            <w:pPr>
              <w:spacing w:after="0"/>
            </w:pPr>
          </w:p>
        </w:tc>
      </w:tr>
      <w:tr w:rsidR="000C5318" w14:paraId="55FCCE01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7D5F34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Carta de compromiso y disponibilidad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BA1B1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AD387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5BE62D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9A27FD" w14:textId="77777777" w:rsidR="000C5318" w:rsidRDefault="000C5318">
            <w:pPr>
              <w:spacing w:after="0"/>
            </w:pPr>
          </w:p>
        </w:tc>
      </w:tr>
      <w:tr w:rsidR="000C5318" w14:paraId="02D65594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77E5F0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Declaración de inhabilidades y conflictos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BCFF68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9EFCB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52D53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C9C6A4" w14:textId="77777777" w:rsidR="000C5318" w:rsidRDefault="000C5318">
            <w:pPr>
              <w:spacing w:after="0"/>
            </w:pPr>
          </w:p>
        </w:tc>
      </w:tr>
      <w:tr w:rsidR="000C5318" w14:paraId="53D187E5" w14:textId="77777777" w:rsidTr="00A359F2">
        <w:trPr>
          <w:cantSplit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9DB3A1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sz w:val="12"/>
                <w:lang w:val="es-CO"/>
              </w:rPr>
              <w:t>Vínculo / promesa de contratación, si aplica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010F6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☐ Sí ☐ No ☐ NA</w:t>
            </w:r>
          </w:p>
        </w:tc>
        <w:tc>
          <w:tcPr>
            <w:tcW w:w="1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B943E1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2"/>
              </w:rPr>
              <w:t>[Fecha]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DD791" w14:textId="77777777" w:rsidR="000C5318" w:rsidRDefault="009B6465">
            <w:pPr>
              <w:spacing w:after="0"/>
            </w:pPr>
            <w:r>
              <w:rPr>
                <w:color w:val="000000"/>
                <w:sz w:val="12"/>
              </w:rPr>
              <w:t>[Archivo]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F3C4CB" w14:textId="77777777" w:rsidR="000C5318" w:rsidRDefault="000C5318">
            <w:pPr>
              <w:spacing w:after="0"/>
            </w:pPr>
          </w:p>
        </w:tc>
      </w:tr>
    </w:tbl>
    <w:p w14:paraId="28574877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t>DECLARACIÓN Y FIRMA DEL PROFESIONAL</w:t>
      </w:r>
    </w:p>
    <w:p w14:paraId="3783C2C4" w14:textId="77777777" w:rsidR="000C5318" w:rsidRPr="00F92246" w:rsidRDefault="009B6465">
      <w:pPr>
        <w:spacing w:after="60"/>
        <w:jc w:val="both"/>
        <w:rPr>
          <w:lang w:val="es-CO"/>
        </w:rPr>
      </w:pPr>
      <w:r w:rsidRPr="00F92246">
        <w:rPr>
          <w:lang w:val="es-CO"/>
        </w:rPr>
        <w:t>Bajo la gravedad de juramento declaro que la información y soportes son auténticos, exactos y verificables; conozco el objeto, alcance, plazo y obligaciones; acepto el rol; cuento con disponibilidad; no estoy incurso(a) en inhabilidad, incompatibilidad, conflicto de interés, sanción o prohibición; y autorizo la verificación de mis antecedentes y experiencia.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816"/>
        <w:gridCol w:w="3548"/>
      </w:tblGrid>
      <w:tr w:rsidR="000C5318" w14:paraId="30567506" w14:textId="77777777">
        <w:trPr>
          <w:tblHeader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4D3A242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Firma del profesional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049BA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Nombre / C.C.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D39801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lang w:val="es-CO"/>
              </w:rPr>
              <w:t>Firma del proponente / representante legal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7B2566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Fecha</w:t>
            </w:r>
          </w:p>
        </w:tc>
      </w:tr>
      <w:tr w:rsidR="000C5318" w14:paraId="4677C872" w14:textId="77777777">
        <w:trPr>
          <w:cantSplit/>
          <w:jc w:val="center"/>
        </w:trPr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D43F24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C8751BA" w14:textId="77777777" w:rsidR="000C5318" w:rsidRDefault="009B6465">
            <w:pPr>
              <w:spacing w:after="0"/>
            </w:pPr>
            <w:r>
              <w:rPr>
                <w:color w:val="000000"/>
              </w:rPr>
              <w:t>[Nombre] / [C.C.]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56F39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br/>
              <w:t>________________________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CC7380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[DD/MM/AAAA]</w:t>
            </w:r>
          </w:p>
        </w:tc>
      </w:tr>
    </w:tbl>
    <w:p w14:paraId="7C519A2C" w14:textId="77777777" w:rsidR="000C5318" w:rsidRDefault="009B6465">
      <w:r>
        <w:br w:type="page"/>
      </w:r>
    </w:p>
    <w:p w14:paraId="6194853D" w14:textId="77777777" w:rsidR="000C5318" w:rsidRDefault="009B6465">
      <w:pPr>
        <w:keepNext/>
        <w:pBdr>
          <w:bottom w:val="single" w:sz="12" w:space="2" w:color="92D050"/>
        </w:pBdr>
        <w:spacing w:before="100" w:after="60"/>
        <w:jc w:val="center"/>
      </w:pPr>
      <w:r>
        <w:rPr>
          <w:b/>
          <w:sz w:val="19"/>
        </w:rPr>
        <w:lastRenderedPageBreak/>
        <w:t>DECLARACIÓN GENERAL DEL PROPONENTE</w:t>
      </w:r>
    </w:p>
    <w:p w14:paraId="19C86DB9" w14:textId="77777777" w:rsidR="000C5318" w:rsidRPr="00F92246" w:rsidRDefault="009B6465">
      <w:pPr>
        <w:jc w:val="both"/>
        <w:rPr>
          <w:lang w:val="es-CO"/>
        </w:rPr>
      </w:pPr>
      <w:r w:rsidRPr="00F92246">
        <w:rPr>
          <w:lang w:val="es-CO"/>
        </w:rPr>
        <w:t>Bajo la gravedad de juramento, el proponente declara que los profesionales relacionados aceptaron su postulación y participarán efectivamente; que la formación, matrículas, experiencia, disponibilidad y soportes son completos, auténticos y verificables; que ningún profesional se encuentra incurso en inhabilidad, incompatibilidad, conflicto de interés, sanción o prohibición; y que no reemplazará, retirará ni reducirá la dedicación del equipo sin autorización previa y escrita de Teleantioquia. Todo reemplazo acreditará condiciones iguales o superiores y no generará mayores costos.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4519"/>
        <w:gridCol w:w="3672"/>
        <w:gridCol w:w="3544"/>
        <w:gridCol w:w="2723"/>
      </w:tblGrid>
      <w:tr w:rsidR="000C5318" w14:paraId="7B983FA4" w14:textId="77777777" w:rsidTr="00A359F2">
        <w:trPr>
          <w:tblHeader/>
          <w:jc w:val="center"/>
        </w:trPr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260FA6" w14:textId="77777777" w:rsidR="000C5318" w:rsidRPr="00F92246" w:rsidRDefault="009B6465">
            <w:pPr>
              <w:spacing w:after="0"/>
              <w:jc w:val="center"/>
              <w:rPr>
                <w:lang w:val="es-CO"/>
              </w:rPr>
            </w:pPr>
            <w:r w:rsidRPr="00F92246">
              <w:rPr>
                <w:b/>
                <w:color w:val="FFFFFF"/>
                <w:sz w:val="16"/>
                <w:lang w:val="es-CO"/>
              </w:rPr>
              <w:t>Firma del proponente / representante legal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332B0D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Nombre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0739B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C.C. / NIT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3EBAFC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Fecha</w:t>
            </w:r>
          </w:p>
        </w:tc>
      </w:tr>
      <w:tr w:rsidR="000C5318" w14:paraId="46518E8F" w14:textId="77777777" w:rsidTr="00A359F2">
        <w:trPr>
          <w:cantSplit/>
          <w:jc w:val="center"/>
        </w:trPr>
        <w:tc>
          <w:tcPr>
            <w:tcW w:w="4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CE7E9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6"/>
              </w:rPr>
              <w:br/>
            </w:r>
            <w:r>
              <w:rPr>
                <w:color w:val="000000"/>
                <w:sz w:val="16"/>
              </w:rPr>
              <w:br/>
              <w:t>____________________________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A9AF3" w14:textId="77777777" w:rsidR="000C5318" w:rsidRDefault="009B6465">
            <w:pPr>
              <w:spacing w:after="0"/>
            </w:pPr>
            <w:r>
              <w:rPr>
                <w:color w:val="000000"/>
                <w:sz w:val="16"/>
              </w:rPr>
              <w:t>[Nombre completo]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775C68" w14:textId="77777777" w:rsidR="000C5318" w:rsidRDefault="009B6465">
            <w:pPr>
              <w:spacing w:after="0"/>
            </w:pPr>
            <w:r>
              <w:rPr>
                <w:color w:val="000000"/>
                <w:sz w:val="16"/>
              </w:rPr>
              <w:t>[Número]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20CC7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[DD/MM/AAAA]</w:t>
            </w:r>
          </w:p>
        </w:tc>
      </w:tr>
    </w:tbl>
    <w:p w14:paraId="41D6D1CD" w14:textId="77777777" w:rsidR="000C5318" w:rsidRPr="00F92246" w:rsidRDefault="009B6465">
      <w:pPr>
        <w:keepNext/>
        <w:pBdr>
          <w:bottom w:val="single" w:sz="12" w:space="2" w:color="92D050"/>
        </w:pBdr>
        <w:spacing w:before="100" w:after="60"/>
        <w:jc w:val="center"/>
        <w:rPr>
          <w:lang w:val="es-CO"/>
        </w:rPr>
      </w:pPr>
      <w:r w:rsidRPr="00F92246">
        <w:rPr>
          <w:b/>
          <w:sz w:val="19"/>
          <w:lang w:val="es-CO"/>
        </w:rPr>
        <w:t>LISTA DE CONTROL FINAL DEL PROPONENTE</w:t>
      </w:r>
    </w:p>
    <w:tbl>
      <w:tblPr>
        <w:tblW w:w="14458" w:type="dxa"/>
        <w:jc w:val="center"/>
        <w:tblLayout w:type="fixed"/>
        <w:tblLook w:val="04A0" w:firstRow="1" w:lastRow="0" w:firstColumn="1" w:lastColumn="0" w:noHBand="0" w:noVBand="1"/>
      </w:tblPr>
      <w:tblGrid>
        <w:gridCol w:w="5798"/>
        <w:gridCol w:w="1484"/>
        <w:gridCol w:w="1656"/>
        <w:gridCol w:w="5520"/>
      </w:tblGrid>
      <w:tr w:rsidR="000C5318" w14:paraId="6589CFFB" w14:textId="77777777" w:rsidTr="00735368">
        <w:trPr>
          <w:tblHeader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3B74BF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Control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FAA3F9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Sí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71401B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No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50B93" w14:textId="77777777" w:rsidR="000C5318" w:rsidRDefault="009B6465">
            <w:pPr>
              <w:spacing w:after="0"/>
              <w:jc w:val="center"/>
            </w:pPr>
            <w:r>
              <w:rPr>
                <w:b/>
                <w:color w:val="FFFFFF"/>
              </w:rPr>
              <w:t>Observación</w:t>
            </w:r>
          </w:p>
        </w:tc>
      </w:tr>
      <w:tr w:rsidR="000C5318" w14:paraId="68235FB4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FCB842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 relacionaron las diez especialidades y un profesional principal por cada una.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35A147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7910CF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86C43E" w14:textId="77777777" w:rsidR="000C5318" w:rsidRDefault="000C5318">
            <w:pPr>
              <w:spacing w:after="0"/>
            </w:pPr>
          </w:p>
        </w:tc>
      </w:tr>
      <w:tr w:rsidR="000C5318" w14:paraId="1E54AC03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1B6CC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Cada ficha está completa y firmada por el profesional.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29202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C45149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6F4FC9" w14:textId="77777777" w:rsidR="000C5318" w:rsidRDefault="000C5318">
            <w:pPr>
              <w:spacing w:after="0"/>
            </w:pPr>
          </w:p>
        </w:tc>
      </w:tr>
      <w:tr w:rsidR="000C5318" w14:paraId="5C49257D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57A856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Los meses de experiencia fueron depurados por superposición.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E1BC65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05174E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5BD00C" w14:textId="77777777" w:rsidR="000C5318" w:rsidRDefault="000C5318">
            <w:pPr>
              <w:spacing w:after="0"/>
            </w:pPr>
          </w:p>
        </w:tc>
      </w:tr>
      <w:tr w:rsidR="000C5318" w14:paraId="49864E15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301109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Los proyectos específicos identifican actividades propias de la especialidad.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0A844D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824562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AC780C" w14:textId="77777777" w:rsidR="000C5318" w:rsidRDefault="000C5318">
            <w:pPr>
              <w:spacing w:after="0"/>
            </w:pPr>
          </w:p>
        </w:tc>
      </w:tr>
      <w:tr w:rsidR="000C5318" w14:paraId="32AA6663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6E60C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Todos los soportes están identificados por folio o nombre de archivo.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83BABC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9FB596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05F590" w14:textId="77777777" w:rsidR="000C5318" w:rsidRDefault="000C5318">
            <w:pPr>
              <w:spacing w:after="0"/>
            </w:pPr>
          </w:p>
        </w:tc>
      </w:tr>
      <w:tr w:rsidR="000C5318" w14:paraId="4B8AEC0E" w14:textId="77777777" w:rsidTr="00735368">
        <w:trPr>
          <w:cantSplit/>
          <w:jc w:val="center"/>
        </w:trPr>
        <w:tc>
          <w:tcPr>
            <w:tcW w:w="5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26ABF8" w14:textId="77777777" w:rsidR="000C5318" w:rsidRPr="00F92246" w:rsidRDefault="009B6465">
            <w:pPr>
              <w:spacing w:after="0"/>
              <w:rPr>
                <w:lang w:val="es-CO"/>
              </w:rPr>
            </w:pPr>
            <w:r w:rsidRPr="00F92246">
              <w:rPr>
                <w:color w:val="000000"/>
                <w:lang w:val="es-CO"/>
              </w:rPr>
              <w:t>Se anexaron organigrama, matriz de responsabilidades y cartas de compromiso.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A0384A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9C37A3" w14:textId="77777777" w:rsidR="000C5318" w:rsidRDefault="009B6465">
            <w:pPr>
              <w:spacing w:after="0"/>
              <w:jc w:val="center"/>
            </w:pPr>
            <w:r>
              <w:rPr>
                <w:color w:val="000000"/>
              </w:rPr>
              <w:t>☐</w:t>
            </w:r>
          </w:p>
        </w:tc>
        <w:tc>
          <w:tcPr>
            <w:tcW w:w="5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F7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F505E" w14:textId="77777777" w:rsidR="000C5318" w:rsidRDefault="000C5318">
            <w:pPr>
              <w:spacing w:after="0"/>
            </w:pPr>
          </w:p>
        </w:tc>
      </w:tr>
    </w:tbl>
    <w:p w14:paraId="69738E45" w14:textId="77777777" w:rsidR="00184E12" w:rsidRDefault="00184E12"/>
    <w:sectPr w:rsidR="00184E12" w:rsidSect="00850881">
      <w:headerReference w:type="default" r:id="rId8"/>
      <w:footerReference w:type="default" r:id="rId9"/>
      <w:pgSz w:w="15840" w:h="12240" w:orient="landscape"/>
      <w:pgMar w:top="1842" w:right="691" w:bottom="691" w:left="691" w:header="259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61C61E" w14:textId="77777777" w:rsidR="00262A72" w:rsidRDefault="00262A72">
      <w:pPr>
        <w:spacing w:after="0"/>
      </w:pPr>
      <w:r>
        <w:separator/>
      </w:r>
    </w:p>
  </w:endnote>
  <w:endnote w:type="continuationSeparator" w:id="0">
    <w:p w14:paraId="0D8FE852" w14:textId="77777777" w:rsidR="00262A72" w:rsidRDefault="00262A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1E31D" w14:textId="0589919C" w:rsidR="000C5318" w:rsidRDefault="000C531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2E3EEB" w14:textId="77777777" w:rsidR="00262A72" w:rsidRDefault="00262A72">
      <w:pPr>
        <w:spacing w:after="0"/>
      </w:pPr>
      <w:r>
        <w:separator/>
      </w:r>
    </w:p>
  </w:footnote>
  <w:footnote w:type="continuationSeparator" w:id="0">
    <w:p w14:paraId="4666F3E9" w14:textId="77777777" w:rsidR="00262A72" w:rsidRDefault="00262A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01333" w14:textId="77777777" w:rsidR="000C5318" w:rsidRDefault="000C5318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752"/>
      <w:gridCol w:w="4752"/>
      <w:gridCol w:w="4752"/>
    </w:tblGrid>
    <w:tr w:rsidR="000C5318" w:rsidRPr="00AD21BF" w14:paraId="4A5CD12D" w14:textId="77777777">
      <w:trPr>
        <w:jc w:val="center"/>
      </w:trPr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</w:tcPr>
        <w:p w14:paraId="33FD7181" w14:textId="77777777" w:rsidR="000C5318" w:rsidRDefault="009B6465">
          <w:pPr>
            <w:jc w:val="center"/>
          </w:pPr>
          <w:r>
            <w:rPr>
              <w:noProof/>
            </w:rPr>
            <w:drawing>
              <wp:inline distT="0" distB="0" distL="0" distR="0" wp14:anchorId="2AE196A9" wp14:editId="2B5DA996">
                <wp:extent cx="1417320" cy="28584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85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  <w:vAlign w:val="center"/>
        </w:tcPr>
        <w:p w14:paraId="1CF843F2" w14:textId="77777777" w:rsidR="000C5318" w:rsidRPr="00910B4D" w:rsidRDefault="009B6465">
          <w:pPr>
            <w:spacing w:after="0"/>
            <w:jc w:val="center"/>
            <w:rPr>
              <w:lang w:val="es-CO"/>
            </w:rPr>
          </w:pPr>
          <w:r w:rsidRPr="00910B4D">
            <w:rPr>
              <w:b/>
              <w:color w:val="000000"/>
              <w:sz w:val="21"/>
              <w:lang w:val="es-CO"/>
            </w:rPr>
            <w:t>FORMATO 6</w:t>
          </w:r>
          <w:r w:rsidRPr="00910B4D">
            <w:rPr>
              <w:b/>
              <w:color w:val="000000"/>
              <w:sz w:val="21"/>
              <w:lang w:val="es-CO"/>
            </w:rPr>
            <w:br/>
            <w:t>ESTRUCTURA DEL EQUIPO Y RECURSO HUMANO</w:t>
          </w:r>
        </w:p>
      </w:tc>
      <w:tc>
        <w:tcPr>
          <w:tcW w:w="475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65" w:type="dxa"/>
            <w:left w:w="85" w:type="dxa"/>
            <w:bottom w:w="65" w:type="dxa"/>
            <w:right w:w="85" w:type="dxa"/>
          </w:tcMar>
        </w:tcPr>
        <w:p w14:paraId="7B536BD5" w14:textId="666D314B" w:rsidR="000C5318" w:rsidRPr="00910B4D" w:rsidRDefault="009B6465">
          <w:pPr>
            <w:rPr>
              <w:lang w:val="es-CO"/>
            </w:rPr>
          </w:pPr>
          <w:r w:rsidRPr="00910B4D">
            <w:rPr>
              <w:b/>
              <w:sz w:val="16"/>
              <w:lang w:val="es-CO"/>
            </w:rPr>
            <w:t xml:space="preserve">Código: </w:t>
          </w:r>
          <w:r w:rsidRPr="00910B4D">
            <w:rPr>
              <w:sz w:val="16"/>
              <w:lang w:val="es-CO"/>
            </w:rPr>
            <w:t>FO-7020XX</w:t>
          </w:r>
          <w:r w:rsidRPr="00910B4D">
            <w:rPr>
              <w:b/>
              <w:sz w:val="16"/>
              <w:lang w:val="es-CO"/>
            </w:rPr>
            <w:br/>
            <w:t xml:space="preserve">Versión: </w:t>
          </w:r>
          <w:r w:rsidRPr="00910B4D">
            <w:rPr>
              <w:sz w:val="16"/>
              <w:lang w:val="es-CO"/>
            </w:rPr>
            <w:t>01</w:t>
          </w:r>
          <w:r w:rsidRPr="00910B4D">
            <w:rPr>
              <w:b/>
              <w:sz w:val="16"/>
              <w:lang w:val="es-CO"/>
            </w:rPr>
            <w:br/>
            <w:t xml:space="preserve">Fecha: </w:t>
          </w:r>
          <w:r w:rsidRPr="00910B4D">
            <w:rPr>
              <w:sz w:val="16"/>
              <w:lang w:val="es-CO"/>
            </w:rPr>
            <w:t>__/__/2026</w:t>
          </w:r>
          <w:r w:rsidRPr="00910B4D">
            <w:rPr>
              <w:b/>
              <w:sz w:val="16"/>
              <w:lang w:val="es-CO"/>
            </w:rPr>
            <w:br/>
            <w:t xml:space="preserve">Página </w:t>
          </w:r>
          <w:r>
            <w:fldChar w:fldCharType="begin"/>
          </w:r>
          <w:r w:rsidRPr="00910B4D">
            <w:rPr>
              <w:lang w:val="es-CO"/>
            </w:rPr>
            <w:instrText>PAGE</w:instrText>
          </w:r>
          <w:r>
            <w:fldChar w:fldCharType="separate"/>
          </w:r>
          <w:r w:rsidR="00910B4D" w:rsidRPr="00910B4D">
            <w:rPr>
              <w:noProof/>
              <w:lang w:val="es-CO"/>
            </w:rPr>
            <w:t>3</w:t>
          </w:r>
          <w:r>
            <w:fldChar w:fldCharType="end"/>
          </w:r>
          <w:r w:rsidRPr="00910B4D">
            <w:rPr>
              <w:sz w:val="16"/>
              <w:lang w:val="es-CO"/>
            </w:rPr>
            <w:t xml:space="preserve"> de </w:t>
          </w:r>
          <w:r>
            <w:fldChar w:fldCharType="begin"/>
          </w:r>
          <w:r w:rsidRPr="00910B4D">
            <w:rPr>
              <w:lang w:val="es-CO"/>
            </w:rPr>
            <w:instrText>NUMPAGES</w:instrText>
          </w:r>
          <w:r>
            <w:fldChar w:fldCharType="separate"/>
          </w:r>
          <w:r w:rsidR="00910B4D" w:rsidRPr="00910B4D">
            <w:rPr>
              <w:noProof/>
              <w:lang w:val="es-CO"/>
            </w:rPr>
            <w:t>1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859851">
    <w:abstractNumId w:val="8"/>
  </w:num>
  <w:num w:numId="2" w16cid:durableId="1219897723">
    <w:abstractNumId w:val="6"/>
  </w:num>
  <w:num w:numId="3" w16cid:durableId="733359422">
    <w:abstractNumId w:val="5"/>
  </w:num>
  <w:num w:numId="4" w16cid:durableId="1714964708">
    <w:abstractNumId w:val="4"/>
  </w:num>
  <w:num w:numId="5" w16cid:durableId="933169928">
    <w:abstractNumId w:val="7"/>
  </w:num>
  <w:num w:numId="6" w16cid:durableId="1163474286">
    <w:abstractNumId w:val="3"/>
  </w:num>
  <w:num w:numId="7" w16cid:durableId="754545941">
    <w:abstractNumId w:val="2"/>
  </w:num>
  <w:num w:numId="8" w16cid:durableId="1029181790">
    <w:abstractNumId w:val="1"/>
  </w:num>
  <w:num w:numId="9" w16cid:durableId="11198405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7AE"/>
    <w:rsid w:val="000C5318"/>
    <w:rsid w:val="0015074B"/>
    <w:rsid w:val="00184E12"/>
    <w:rsid w:val="00262A72"/>
    <w:rsid w:val="0029639D"/>
    <w:rsid w:val="002A6A2E"/>
    <w:rsid w:val="002C1612"/>
    <w:rsid w:val="00316866"/>
    <w:rsid w:val="00326F90"/>
    <w:rsid w:val="005010E9"/>
    <w:rsid w:val="0058219E"/>
    <w:rsid w:val="005B7776"/>
    <w:rsid w:val="005C6C82"/>
    <w:rsid w:val="00667992"/>
    <w:rsid w:val="00735368"/>
    <w:rsid w:val="0080003C"/>
    <w:rsid w:val="00850881"/>
    <w:rsid w:val="00910B4D"/>
    <w:rsid w:val="00943E57"/>
    <w:rsid w:val="009B6465"/>
    <w:rsid w:val="00A359F2"/>
    <w:rsid w:val="00A65BEA"/>
    <w:rsid w:val="00AA1D8D"/>
    <w:rsid w:val="00AD21BF"/>
    <w:rsid w:val="00B47730"/>
    <w:rsid w:val="00CB0664"/>
    <w:rsid w:val="00D4168A"/>
    <w:rsid w:val="00E05794"/>
    <w:rsid w:val="00F922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FABDD78-BB4F-704D-8586-73BBD5185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7420</Words>
  <Characters>42300</Characters>
  <Application>Microsoft Office Word</Application>
  <DocSecurity>0</DocSecurity>
  <Lines>2643</Lines>
  <Paragraphs>2485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Camilo Andrés Chaverra Monsalve</cp:lastModifiedBy>
  <cp:revision>4</cp:revision>
  <dcterms:created xsi:type="dcterms:W3CDTF">2026-08-27T16:00:00Z</dcterms:created>
  <dcterms:modified xsi:type="dcterms:W3CDTF">2026-08-31T23:49:00Z</dcterms:modified>
  <cp:category/>
</cp:coreProperties>
</file>