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E07741" w14:textId="77777777" w:rsidR="0011005E" w:rsidRDefault="0011005E" w:rsidP="00D55D07">
      <w:pPr>
        <w:spacing w:after="0"/>
        <w:jc w:val="both"/>
        <w:rPr>
          <w:lang w:val="es-CO"/>
        </w:rPr>
      </w:pPr>
    </w:p>
    <w:p w14:paraId="4FA1FF90" w14:textId="5EE15756" w:rsidR="006C71BE" w:rsidRPr="00D55D07" w:rsidRDefault="005B019C" w:rsidP="00D55D07">
      <w:pPr>
        <w:spacing w:after="0"/>
        <w:jc w:val="both"/>
        <w:rPr>
          <w:lang w:val="es-CO"/>
        </w:rPr>
      </w:pPr>
      <w:r w:rsidRPr="00D55D07">
        <w:rPr>
          <w:lang w:val="es-CO"/>
        </w:rPr>
        <w:t>[Ciudad], [día] de [mes] de 2026</w:t>
      </w:r>
    </w:p>
    <w:p w14:paraId="6A5CB575" w14:textId="77777777" w:rsidR="00D55D07" w:rsidRDefault="00D55D07" w:rsidP="00D55D07">
      <w:pPr>
        <w:spacing w:after="0"/>
        <w:rPr>
          <w:lang w:val="es-CO"/>
        </w:rPr>
      </w:pPr>
    </w:p>
    <w:p w14:paraId="14D61A4C" w14:textId="624774E7" w:rsidR="006C71BE" w:rsidRPr="00D55D07" w:rsidRDefault="005B019C" w:rsidP="00D55D07">
      <w:pPr>
        <w:spacing w:after="0"/>
        <w:rPr>
          <w:lang w:val="es-CO"/>
        </w:rPr>
      </w:pPr>
      <w:r w:rsidRPr="00D55D07">
        <w:rPr>
          <w:lang w:val="es-CO"/>
        </w:rPr>
        <w:t>Señores</w:t>
      </w:r>
      <w:r w:rsidRPr="00D55D07">
        <w:rPr>
          <w:lang w:val="es-CO"/>
        </w:rPr>
        <w:br/>
        <w:t>SOCIEDAD DE TELEVISIÓN DE ANTIOQUIA LTDA. - TELEANTIOQUIA</w:t>
      </w:r>
      <w:r w:rsidRPr="00D55D07">
        <w:rPr>
          <w:lang w:val="es-CO"/>
        </w:rPr>
        <w:br/>
        <w:t>Coordinación de Compras y Contratación</w:t>
      </w:r>
      <w:r w:rsidRPr="00D55D07">
        <w:rPr>
          <w:lang w:val="es-CO"/>
        </w:rPr>
        <w:br/>
        <w:t>Medellín, Antioquia</w:t>
      </w:r>
    </w:p>
    <w:p w14:paraId="779EF2B0" w14:textId="77777777" w:rsidR="00D55D07" w:rsidRDefault="00D55D07" w:rsidP="00D55D07">
      <w:pPr>
        <w:spacing w:after="0"/>
        <w:rPr>
          <w:b/>
          <w:lang w:val="es-CO"/>
        </w:rPr>
      </w:pPr>
    </w:p>
    <w:p w14:paraId="74BB870F" w14:textId="27D14BF1" w:rsidR="006C71BE" w:rsidRPr="00D55D07" w:rsidRDefault="005B019C" w:rsidP="00D55D07">
      <w:pPr>
        <w:spacing w:after="0"/>
        <w:rPr>
          <w:lang w:val="es-CO"/>
        </w:rPr>
      </w:pPr>
      <w:r w:rsidRPr="00D55D07">
        <w:rPr>
          <w:b/>
          <w:lang w:val="es-CO"/>
        </w:rPr>
        <w:t xml:space="preserve">Referencia: </w:t>
      </w:r>
      <w:r w:rsidR="00D55D07">
        <w:rPr>
          <w:b/>
          <w:lang w:val="es-CO"/>
        </w:rPr>
        <w:tab/>
      </w:r>
      <w:r w:rsidRPr="00D55D07">
        <w:rPr>
          <w:lang w:val="es-CO"/>
        </w:rPr>
        <w:t>Invitación Pública N.º IP 45-2026</w:t>
      </w:r>
    </w:p>
    <w:p w14:paraId="59394628" w14:textId="3C34E2E9" w:rsidR="006C71BE" w:rsidRPr="00D55D07" w:rsidRDefault="005B019C" w:rsidP="000D2671">
      <w:pPr>
        <w:spacing w:after="0"/>
        <w:ind w:left="1440" w:hanging="1440"/>
        <w:jc w:val="both"/>
        <w:rPr>
          <w:lang w:val="es-CO"/>
        </w:rPr>
      </w:pPr>
      <w:r w:rsidRPr="00D55D07">
        <w:rPr>
          <w:b/>
          <w:lang w:val="es-CO"/>
        </w:rPr>
        <w:t xml:space="preserve">Objeto: </w:t>
      </w:r>
      <w:r w:rsidR="00D55D07">
        <w:rPr>
          <w:b/>
          <w:lang w:val="es-CO"/>
        </w:rPr>
        <w:tab/>
      </w:r>
      <w:r w:rsidRPr="00D55D07">
        <w:rPr>
          <w:lang w:val="es-CO"/>
        </w:rPr>
        <w:t>Contratar la elaboración y coordinación integral de los estudios y diseños arquitectónicos y técnicos para la adecuación, modernización y optimización de las instalaciones de Teleantioquia, incluyendo presupuesto, programación y acompañamiento técnico durante la ejecución de la obra.</w:t>
      </w:r>
    </w:p>
    <w:p w14:paraId="0545422E" w14:textId="006CD2AC" w:rsidR="006C71BE" w:rsidRPr="00D55D07" w:rsidRDefault="005B019C" w:rsidP="00D55D07">
      <w:pPr>
        <w:spacing w:after="0"/>
        <w:rPr>
          <w:lang w:val="es-CO"/>
        </w:rPr>
      </w:pPr>
      <w:r w:rsidRPr="00D55D07">
        <w:rPr>
          <w:b/>
          <w:lang w:val="es-CO"/>
        </w:rPr>
        <w:t xml:space="preserve">Asunto: </w:t>
      </w:r>
      <w:r w:rsidR="00D55D07">
        <w:rPr>
          <w:b/>
          <w:lang w:val="es-CO"/>
        </w:rPr>
        <w:tab/>
      </w:r>
      <w:r w:rsidR="00D55D07">
        <w:rPr>
          <w:b/>
          <w:lang w:val="es-CO"/>
        </w:rPr>
        <w:tab/>
      </w:r>
      <w:r w:rsidRPr="00D55D07">
        <w:rPr>
          <w:lang w:val="es-CO"/>
        </w:rPr>
        <w:t>Presentación del reporte de publicación de la Declaración de Bienes y Rentas</w:t>
      </w:r>
    </w:p>
    <w:p w14:paraId="08350AB3" w14:textId="77777777" w:rsidR="00D55D07" w:rsidRDefault="00D55D07" w:rsidP="00D55D07">
      <w:pPr>
        <w:spacing w:after="0"/>
        <w:jc w:val="both"/>
        <w:rPr>
          <w:lang w:val="es-CO"/>
        </w:rPr>
      </w:pPr>
    </w:p>
    <w:p w14:paraId="4D08836D" w14:textId="69DAC143" w:rsidR="006C71BE" w:rsidRDefault="005B019C" w:rsidP="00D55D07">
      <w:pPr>
        <w:spacing w:after="0"/>
        <w:jc w:val="both"/>
        <w:rPr>
          <w:lang w:val="es-CO"/>
        </w:rPr>
      </w:pPr>
      <w:r w:rsidRPr="00D55D07">
        <w:rPr>
          <w:lang w:val="es-CO"/>
        </w:rPr>
        <w:t>Yo, [nombre completo], identificado(a) con [tipo y número de documento], actuando en nombre propio / en calidad de representante legal de [razón social], bajo la gravedad de juramento, manifiesto que:</w:t>
      </w:r>
    </w:p>
    <w:p w14:paraId="6749C451" w14:textId="77777777" w:rsidR="00D55D07" w:rsidRPr="00D55D07" w:rsidRDefault="00D55D07" w:rsidP="00D55D07">
      <w:pPr>
        <w:spacing w:after="0"/>
        <w:jc w:val="both"/>
        <w:rPr>
          <w:lang w:val="es-CO"/>
        </w:rPr>
      </w:pPr>
    </w:p>
    <w:p w14:paraId="5AA6C696" w14:textId="77777777" w:rsidR="006C71BE" w:rsidRPr="00D55D07" w:rsidRDefault="005B019C" w:rsidP="00D55D07">
      <w:pPr>
        <w:spacing w:after="0"/>
        <w:jc w:val="both"/>
        <w:rPr>
          <w:lang w:val="es-CO"/>
        </w:rPr>
      </w:pPr>
      <w:r w:rsidRPr="00D55D07">
        <w:rPr>
          <w:lang w:val="es-CO"/>
        </w:rPr>
        <w:t>1. El presente requisito es aplicable tanto a personas naturales como a personas jurídicas, de acuerdo con las condiciones de la invitación.</w:t>
      </w:r>
    </w:p>
    <w:p w14:paraId="4B1D481A" w14:textId="77777777" w:rsidR="006C71BE" w:rsidRPr="00D55D07" w:rsidRDefault="005B019C" w:rsidP="00D55D07">
      <w:pPr>
        <w:spacing w:after="0"/>
        <w:jc w:val="both"/>
        <w:rPr>
          <w:lang w:val="es-CO"/>
        </w:rPr>
      </w:pPr>
      <w:r w:rsidRPr="00D55D07">
        <w:rPr>
          <w:lang w:val="es-CO"/>
        </w:rPr>
        <w:t>2. Realicé la publicación de la Declaración de Bienes y Rentas en el aplicativo dispuesto por la Función Pública, seleccionando como entidad a SOCIEDAD TELEVISIÓN DE ANTIOQUIA LTDA. - TELEANTIOQUIA.</w:t>
      </w:r>
    </w:p>
    <w:p w14:paraId="3D63DE98" w14:textId="77777777" w:rsidR="006C71BE" w:rsidRPr="00D55D07" w:rsidRDefault="005B019C" w:rsidP="00D55D07">
      <w:pPr>
        <w:spacing w:after="0"/>
        <w:jc w:val="both"/>
        <w:rPr>
          <w:lang w:val="es-CO"/>
        </w:rPr>
      </w:pPr>
      <w:r w:rsidRPr="00D55D07">
        <w:rPr>
          <w:lang w:val="es-CO"/>
        </w:rPr>
        <w:t>3. Diligencié todos los campos obligatorios y la información publicada es completa, exacta, veraz y corresponde a mi situación a la fecha de presentación.</w:t>
      </w:r>
    </w:p>
    <w:p w14:paraId="3B5F3C32" w14:textId="77777777" w:rsidR="006C71BE" w:rsidRPr="00D55D07" w:rsidRDefault="005B019C" w:rsidP="00D55D07">
      <w:pPr>
        <w:spacing w:after="0"/>
        <w:jc w:val="both"/>
        <w:rPr>
          <w:lang w:val="es-CO"/>
        </w:rPr>
      </w:pPr>
      <w:r w:rsidRPr="00D55D07">
        <w:rPr>
          <w:lang w:val="es-CO"/>
        </w:rPr>
        <w:t>4. La publicación fue efectuada antes de la fecha y hora límite para la presentación de propuestas establecida en el cronograma del proceso.</w:t>
      </w:r>
    </w:p>
    <w:p w14:paraId="4F950EDF" w14:textId="77777777" w:rsidR="006C71BE" w:rsidRPr="00D55D07" w:rsidRDefault="005B019C" w:rsidP="00D55D07">
      <w:pPr>
        <w:spacing w:after="0"/>
        <w:jc w:val="both"/>
        <w:rPr>
          <w:lang w:val="es-CO"/>
        </w:rPr>
      </w:pPr>
      <w:r w:rsidRPr="00D55D07">
        <w:rPr>
          <w:lang w:val="es-CO"/>
        </w:rPr>
        <w:t>5. El archivo PDF generado por el aplicativo es el documento original descargado y no ha sido alterado, sustituido ni modificado.</w:t>
      </w:r>
    </w:p>
    <w:p w14:paraId="24687082" w14:textId="77777777" w:rsidR="006C71BE" w:rsidRPr="00D55D07" w:rsidRDefault="005B019C" w:rsidP="00D55D07">
      <w:pPr>
        <w:spacing w:after="0"/>
        <w:jc w:val="both"/>
        <w:rPr>
          <w:lang w:val="es-CO"/>
        </w:rPr>
      </w:pPr>
      <w:r w:rsidRPr="00D55D07">
        <w:rPr>
          <w:lang w:val="es-CO"/>
        </w:rPr>
        <w:t>6. Autorizo a Teleantioquia para consultar, verificar y contrastar la información reportada ante la Función Pública y las demás fuentes legalmente habilitadas.</w:t>
      </w:r>
    </w:p>
    <w:p w14:paraId="55B0E97E" w14:textId="77777777" w:rsidR="006C71BE" w:rsidRDefault="005B019C" w:rsidP="00D55D07">
      <w:pPr>
        <w:spacing w:after="0"/>
        <w:jc w:val="both"/>
        <w:rPr>
          <w:lang w:val="es-CO"/>
        </w:rPr>
      </w:pPr>
      <w:r w:rsidRPr="00D55D07">
        <w:rPr>
          <w:lang w:val="es-CO"/>
        </w:rPr>
        <w:t>7. Conozco que un reporte con fecha u hora posterior al cierre no será aceptado y que la información falsa, incompleta o engañosa podrá ocasionar el rechazo de la propuesta y las demás consecuencias legales aplicables.</w:t>
      </w:r>
    </w:p>
    <w:p w14:paraId="763D6E02" w14:textId="77777777" w:rsidR="00D55D07" w:rsidRPr="00D55D07" w:rsidRDefault="00D55D07" w:rsidP="00D55D07">
      <w:pPr>
        <w:spacing w:after="0"/>
        <w:jc w:val="both"/>
        <w:rPr>
          <w:lang w:val="es-CO"/>
        </w:rPr>
      </w:pPr>
    </w:p>
    <w:p w14:paraId="7EFA5E70" w14:textId="77777777" w:rsidR="006C71BE" w:rsidRDefault="005B019C" w:rsidP="00D55D07">
      <w:pPr>
        <w:keepNext/>
        <w:pBdr>
          <w:bottom w:val="single" w:sz="12" w:space="3" w:color="92D050"/>
        </w:pBdr>
        <w:spacing w:after="0"/>
        <w:jc w:val="center"/>
      </w:pPr>
      <w:r>
        <w:rPr>
          <w:b/>
          <w:sz w:val="20"/>
        </w:rPr>
        <w:t>REFERENCIA DEL REPORTE DE PUBLICACIÓN</w:t>
      </w:r>
    </w:p>
    <w:tbl>
      <w:tblPr>
        <w:tblW w:w="10175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2376"/>
        <w:gridCol w:w="3024"/>
        <w:gridCol w:w="2033"/>
        <w:gridCol w:w="2033"/>
      </w:tblGrid>
      <w:tr w:rsidR="006C71BE" w14:paraId="639E1A77" w14:textId="77777777" w:rsidTr="0045584E">
        <w:trPr>
          <w:jc w:val="center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05DC75" w14:textId="77777777" w:rsidR="006C71BE" w:rsidRDefault="005B019C" w:rsidP="00D55D07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N.º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E75265" w14:textId="77777777" w:rsidR="006C71BE" w:rsidRDefault="005B019C" w:rsidP="00D55D07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Documento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5090A9" w14:textId="77777777" w:rsidR="006C71BE" w:rsidRDefault="005B019C" w:rsidP="00D55D07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Descripción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CA5E10" w14:textId="77777777" w:rsidR="006C71BE" w:rsidRPr="00D55D07" w:rsidRDefault="005B019C" w:rsidP="00D55D07">
            <w:pPr>
              <w:spacing w:after="0"/>
              <w:jc w:val="center"/>
              <w:rPr>
                <w:lang w:val="es-CO"/>
              </w:rPr>
            </w:pPr>
            <w:r w:rsidRPr="00D55D07">
              <w:rPr>
                <w:b/>
                <w:color w:val="FFFFFF"/>
                <w:sz w:val="15"/>
                <w:lang w:val="es-CO"/>
              </w:rPr>
              <w:t>Fecha y hora de publicación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876E45" w14:textId="77777777" w:rsidR="006C71BE" w:rsidRDefault="005B019C" w:rsidP="00D55D07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 xml:space="preserve">Folio / </w:t>
            </w:r>
            <w:proofErr w:type="spellStart"/>
            <w:r>
              <w:rPr>
                <w:b/>
                <w:color w:val="FFFFFF"/>
                <w:sz w:val="15"/>
              </w:rPr>
              <w:t>nombre</w:t>
            </w:r>
            <w:proofErr w:type="spellEnd"/>
            <w:r>
              <w:rPr>
                <w:b/>
                <w:color w:val="FFFFFF"/>
                <w:sz w:val="15"/>
              </w:rPr>
              <w:t xml:space="preserve"> de </w:t>
            </w:r>
            <w:proofErr w:type="spellStart"/>
            <w:r>
              <w:rPr>
                <w:b/>
                <w:color w:val="FFFFFF"/>
                <w:sz w:val="15"/>
              </w:rPr>
              <w:t>archivo</w:t>
            </w:r>
            <w:proofErr w:type="spellEnd"/>
          </w:p>
        </w:tc>
      </w:tr>
      <w:tr w:rsidR="006C71BE" w:rsidRPr="000D2671" w14:paraId="2CF4BB43" w14:textId="77777777" w:rsidTr="0045584E">
        <w:trPr>
          <w:cantSplit/>
          <w:jc w:val="center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6A396C" w14:textId="77777777" w:rsidR="006C71BE" w:rsidRDefault="005B019C" w:rsidP="00D55D07">
            <w:pPr>
              <w:spacing w:after="0"/>
              <w:jc w:val="center"/>
            </w:pPr>
            <w:r>
              <w:rPr>
                <w:color w:val="000000"/>
                <w:sz w:val="15"/>
              </w:rPr>
              <w:t>1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29B72E" w14:textId="77777777" w:rsidR="006C71BE" w:rsidRPr="00D55D07" w:rsidRDefault="005B019C" w:rsidP="00D55D07">
            <w:pPr>
              <w:spacing w:after="0"/>
              <w:rPr>
                <w:lang w:val="es-CO"/>
              </w:rPr>
            </w:pPr>
            <w:r w:rsidRPr="00D55D07">
              <w:rPr>
                <w:color w:val="000000"/>
                <w:sz w:val="15"/>
                <w:lang w:val="es-CO"/>
              </w:rPr>
              <w:t>Reporte de publicación de Declaración de Bienes y Rentas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653C79" w14:textId="36458B05" w:rsidR="006C71BE" w:rsidRPr="00D55D07" w:rsidRDefault="005B019C" w:rsidP="00D55D07">
            <w:pPr>
              <w:spacing w:after="0"/>
              <w:rPr>
                <w:lang w:val="es-CO"/>
              </w:rPr>
            </w:pPr>
            <w:r w:rsidRPr="00D55D07">
              <w:rPr>
                <w:color w:val="000000"/>
                <w:sz w:val="15"/>
                <w:lang w:val="es-CO"/>
              </w:rPr>
              <w:t xml:space="preserve">PDF generado por el aplicativo </w:t>
            </w:r>
            <w:r w:rsidR="00F9176C" w:rsidRPr="00F9176C">
              <w:rPr>
                <w:color w:val="000000"/>
                <w:sz w:val="15"/>
                <w:lang w:val="es-CO"/>
              </w:rPr>
              <w:t>por la Integridad Pública</w:t>
            </w:r>
            <w:r w:rsidR="00F9176C">
              <w:rPr>
                <w:color w:val="000000"/>
                <w:sz w:val="15"/>
                <w:lang w:val="es-CO"/>
              </w:rPr>
              <w:t xml:space="preserve"> </w:t>
            </w:r>
            <w:r w:rsidRPr="00D55D07">
              <w:rPr>
                <w:color w:val="000000"/>
                <w:sz w:val="15"/>
                <w:lang w:val="es-CO"/>
              </w:rPr>
              <w:t>de Función Pública</w:t>
            </w:r>
            <w:r w:rsidR="00F9176C">
              <w:rPr>
                <w:color w:val="000000"/>
                <w:sz w:val="15"/>
                <w:lang w:val="es-CO"/>
              </w:rPr>
              <w:t xml:space="preserve"> </w:t>
            </w:r>
            <w:r w:rsidR="00F9176C" w:rsidRPr="00F9176C">
              <w:rPr>
                <w:color w:val="000000"/>
                <w:sz w:val="15"/>
                <w:lang w:val="es-CO"/>
              </w:rPr>
              <w:t>https://www.funcionpublica.gov.co/fdci/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CDC2D9" w14:textId="77777777" w:rsidR="006C71BE" w:rsidRPr="00D55D07" w:rsidRDefault="005B019C" w:rsidP="00D55D07">
            <w:pPr>
              <w:spacing w:after="0"/>
              <w:rPr>
                <w:lang w:val="es-CO"/>
              </w:rPr>
            </w:pPr>
            <w:r w:rsidRPr="00D55D07">
              <w:rPr>
                <w:color w:val="000000"/>
                <w:sz w:val="15"/>
                <w:lang w:val="es-CO"/>
              </w:rPr>
              <w:t xml:space="preserve">[DD/MM/AAAA - </w:t>
            </w:r>
            <w:proofErr w:type="spellStart"/>
            <w:r w:rsidRPr="00D55D07">
              <w:rPr>
                <w:color w:val="000000"/>
                <w:sz w:val="15"/>
                <w:lang w:val="es-CO"/>
              </w:rPr>
              <w:t>hh:mm</w:t>
            </w:r>
            <w:proofErr w:type="spellEnd"/>
            <w:r w:rsidRPr="00D55D07">
              <w:rPr>
                <w:color w:val="000000"/>
                <w:sz w:val="15"/>
                <w:lang w:val="es-CO"/>
              </w:rPr>
              <w:t>]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B8F752" w14:textId="77777777" w:rsidR="006C71BE" w:rsidRPr="00D55D07" w:rsidRDefault="005B019C" w:rsidP="00D55D07">
            <w:pPr>
              <w:spacing w:after="0"/>
              <w:jc w:val="center"/>
              <w:rPr>
                <w:lang w:val="es-CO"/>
              </w:rPr>
            </w:pPr>
            <w:r w:rsidRPr="00D55D07">
              <w:rPr>
                <w:color w:val="000000"/>
                <w:sz w:val="15"/>
                <w:lang w:val="es-CO"/>
              </w:rPr>
              <w:t>[Folio / nombre exacto del archivo]</w:t>
            </w:r>
          </w:p>
        </w:tc>
      </w:tr>
      <w:tr w:rsidR="006C71BE" w14:paraId="0C052CF0" w14:textId="77777777" w:rsidTr="0045584E">
        <w:trPr>
          <w:cantSplit/>
          <w:jc w:val="center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C0D534" w14:textId="77777777" w:rsidR="006C71BE" w:rsidRDefault="005B019C" w:rsidP="00D55D07">
            <w:pPr>
              <w:spacing w:after="0"/>
              <w:jc w:val="center"/>
            </w:pPr>
            <w:r>
              <w:rPr>
                <w:color w:val="000000"/>
                <w:sz w:val="15"/>
              </w:rPr>
              <w:t>2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BFF9E4" w14:textId="77777777" w:rsidR="006C71BE" w:rsidRPr="00D55D07" w:rsidRDefault="005B019C" w:rsidP="00D55D07">
            <w:pPr>
              <w:spacing w:after="0"/>
              <w:rPr>
                <w:lang w:val="es-CO"/>
              </w:rPr>
            </w:pPr>
            <w:r w:rsidRPr="00D55D07">
              <w:rPr>
                <w:color w:val="000000"/>
                <w:sz w:val="15"/>
                <w:lang w:val="es-CO"/>
              </w:rPr>
              <w:t>Constancia o evidencia complementaria, si aplica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E27D09" w14:textId="77777777" w:rsidR="006C71BE" w:rsidRDefault="005B019C" w:rsidP="00D55D07">
            <w:pPr>
              <w:spacing w:after="0"/>
            </w:pPr>
            <w:r>
              <w:rPr>
                <w:color w:val="000000"/>
                <w:sz w:val="15"/>
              </w:rPr>
              <w:t>[</w:t>
            </w:r>
            <w:proofErr w:type="spellStart"/>
            <w:r>
              <w:rPr>
                <w:color w:val="000000"/>
                <w:sz w:val="15"/>
              </w:rPr>
              <w:t>Describir</w:t>
            </w:r>
            <w:proofErr w:type="spellEnd"/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documento</w:t>
            </w:r>
            <w:proofErr w:type="spellEnd"/>
            <w:r>
              <w:rPr>
                <w:color w:val="000000"/>
                <w:sz w:val="15"/>
              </w:rPr>
              <w:t>]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E3C0F9" w14:textId="77777777" w:rsidR="006C71BE" w:rsidRDefault="005B019C" w:rsidP="00D55D07">
            <w:pPr>
              <w:spacing w:after="0"/>
            </w:pPr>
            <w:r>
              <w:rPr>
                <w:color w:val="000000"/>
                <w:sz w:val="15"/>
              </w:rPr>
              <w:t>[DD/MM/AAAA]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6EF04B" w14:textId="77777777" w:rsidR="006C71BE" w:rsidRDefault="005B019C" w:rsidP="00D55D07">
            <w:pPr>
              <w:spacing w:after="0"/>
              <w:jc w:val="center"/>
            </w:pPr>
            <w:r>
              <w:rPr>
                <w:color w:val="000000"/>
                <w:sz w:val="15"/>
              </w:rPr>
              <w:t>[Folio / nombre de archivo]</w:t>
            </w:r>
          </w:p>
        </w:tc>
      </w:tr>
    </w:tbl>
    <w:p w14:paraId="09F5E8A0" w14:textId="77777777" w:rsidR="00E55239" w:rsidRDefault="00E55239" w:rsidP="00D55D07">
      <w:pPr>
        <w:keepNext/>
        <w:pBdr>
          <w:bottom w:val="single" w:sz="12" w:space="3" w:color="92D050"/>
        </w:pBdr>
        <w:spacing w:after="0"/>
        <w:jc w:val="center"/>
        <w:rPr>
          <w:b/>
          <w:sz w:val="20"/>
        </w:rPr>
      </w:pPr>
    </w:p>
    <w:p w14:paraId="3D99B5CD" w14:textId="2131AE3C" w:rsidR="006C71BE" w:rsidRDefault="005B019C" w:rsidP="00D55D07">
      <w:pPr>
        <w:keepNext/>
        <w:pBdr>
          <w:bottom w:val="single" w:sz="12" w:space="3" w:color="92D050"/>
        </w:pBdr>
        <w:spacing w:after="0"/>
        <w:jc w:val="center"/>
      </w:pPr>
      <w:r>
        <w:rPr>
          <w:b/>
          <w:sz w:val="20"/>
        </w:rPr>
        <w:t>DATOS DE VERIFICACIÓN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6C71BE" w:rsidRPr="00D55D07" w14:paraId="04B795E2" w14:textId="77777777">
        <w:trPr>
          <w:cantSplit/>
          <w:jc w:val="center"/>
        </w:trPr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E03F4E" w14:textId="77777777" w:rsidR="006C71BE" w:rsidRDefault="005B019C" w:rsidP="00D55D07">
            <w:pPr>
              <w:spacing w:after="0"/>
            </w:pPr>
            <w:r>
              <w:rPr>
                <w:b/>
                <w:color w:val="000000"/>
              </w:rPr>
              <w:t xml:space="preserve">Tipo de </w:t>
            </w:r>
            <w:proofErr w:type="spellStart"/>
            <w:r>
              <w:rPr>
                <w:b/>
                <w:color w:val="000000"/>
              </w:rPr>
              <w:t>declarante</w:t>
            </w:r>
            <w:proofErr w:type="spellEnd"/>
          </w:p>
        </w:tc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E97843" w14:textId="77777777" w:rsidR="006C71BE" w:rsidRPr="00D55D07" w:rsidRDefault="005B019C" w:rsidP="00D55D07">
            <w:pPr>
              <w:spacing w:after="0"/>
              <w:rPr>
                <w:lang w:val="es-CO"/>
              </w:rPr>
            </w:pPr>
            <w:r w:rsidRPr="00D55D07">
              <w:rPr>
                <w:color w:val="000000"/>
                <w:lang w:val="es-CO"/>
              </w:rPr>
              <w:t>☐</w:t>
            </w:r>
            <w:r w:rsidRPr="00D55D07">
              <w:rPr>
                <w:color w:val="000000"/>
                <w:lang w:val="es-CO"/>
              </w:rPr>
              <w:t xml:space="preserve"> Persona natural   ☐ Persona jurídica</w:t>
            </w:r>
          </w:p>
        </w:tc>
      </w:tr>
      <w:tr w:rsidR="006C71BE" w14:paraId="33F00E0C" w14:textId="77777777">
        <w:trPr>
          <w:cantSplit/>
          <w:jc w:val="center"/>
        </w:trPr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FDB607" w14:textId="77777777" w:rsidR="006C71BE" w:rsidRDefault="005B019C" w:rsidP="00D55D07">
            <w:pPr>
              <w:spacing w:after="0"/>
            </w:pPr>
            <w:proofErr w:type="spellStart"/>
            <w:r>
              <w:rPr>
                <w:b/>
                <w:color w:val="000000"/>
              </w:rPr>
              <w:t>Declarante</w:t>
            </w:r>
            <w:proofErr w:type="spellEnd"/>
            <w:r>
              <w:rPr>
                <w:b/>
                <w:color w:val="000000"/>
              </w:rPr>
              <w:t xml:space="preserve"> / </w:t>
            </w:r>
            <w:proofErr w:type="spellStart"/>
            <w:r>
              <w:rPr>
                <w:b/>
                <w:color w:val="000000"/>
              </w:rPr>
              <w:t>representante</w:t>
            </w:r>
            <w:proofErr w:type="spellEnd"/>
            <w:r>
              <w:rPr>
                <w:b/>
                <w:color w:val="000000"/>
              </w:rPr>
              <w:t xml:space="preserve"> legal</w:t>
            </w:r>
          </w:p>
        </w:tc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3CE37D" w14:textId="77777777" w:rsidR="006C71BE" w:rsidRDefault="005B019C" w:rsidP="00D55D07">
            <w:pPr>
              <w:spacing w:after="0"/>
            </w:pPr>
            <w:r>
              <w:rPr>
                <w:color w:val="000000"/>
              </w:rPr>
              <w:t>[Nombre completo]</w:t>
            </w:r>
          </w:p>
        </w:tc>
      </w:tr>
      <w:tr w:rsidR="006C71BE" w14:paraId="4B56FDB7" w14:textId="77777777">
        <w:trPr>
          <w:cantSplit/>
          <w:jc w:val="center"/>
        </w:trPr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57C1D2" w14:textId="77777777" w:rsidR="006C71BE" w:rsidRDefault="005B019C" w:rsidP="00D55D07">
            <w:pPr>
              <w:spacing w:after="0"/>
            </w:pPr>
            <w:r>
              <w:rPr>
                <w:b/>
                <w:color w:val="000000"/>
              </w:rPr>
              <w:t>C.C.</w:t>
            </w:r>
          </w:p>
        </w:tc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B35881" w14:textId="77777777" w:rsidR="006C71BE" w:rsidRDefault="005B019C" w:rsidP="00D55D07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6C71BE" w14:paraId="2F6A3E34" w14:textId="77777777">
        <w:trPr>
          <w:cantSplit/>
          <w:jc w:val="center"/>
        </w:trPr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503FCD" w14:textId="77777777" w:rsidR="006C71BE" w:rsidRDefault="005B019C" w:rsidP="00D55D07">
            <w:pPr>
              <w:spacing w:after="0"/>
            </w:pPr>
            <w:r>
              <w:rPr>
                <w:b/>
                <w:color w:val="000000"/>
              </w:rPr>
              <w:t>Proponente / NIT</w:t>
            </w:r>
          </w:p>
        </w:tc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AC9203" w14:textId="77777777" w:rsidR="006C71BE" w:rsidRDefault="005B019C" w:rsidP="00D55D07">
            <w:pPr>
              <w:spacing w:after="0"/>
            </w:pPr>
            <w:r>
              <w:rPr>
                <w:color w:val="000000"/>
              </w:rPr>
              <w:t>[Razón social] / [NIT]</w:t>
            </w:r>
          </w:p>
        </w:tc>
      </w:tr>
      <w:tr w:rsidR="006C71BE" w:rsidRPr="000D2671" w14:paraId="64F57B55" w14:textId="77777777">
        <w:trPr>
          <w:cantSplit/>
          <w:jc w:val="center"/>
        </w:trPr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E124D0" w14:textId="77777777" w:rsidR="006C71BE" w:rsidRDefault="005B019C" w:rsidP="00D55D07">
            <w:pPr>
              <w:spacing w:after="0"/>
            </w:pPr>
            <w:r>
              <w:rPr>
                <w:b/>
                <w:color w:val="000000"/>
              </w:rPr>
              <w:t>Entidad seleccionada</w:t>
            </w:r>
          </w:p>
        </w:tc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4E03D2" w14:textId="77777777" w:rsidR="006C71BE" w:rsidRPr="00D55D07" w:rsidRDefault="005B019C" w:rsidP="00D55D07">
            <w:pPr>
              <w:spacing w:after="0"/>
              <w:rPr>
                <w:lang w:val="es-CO"/>
              </w:rPr>
            </w:pPr>
            <w:r w:rsidRPr="00D55D07">
              <w:rPr>
                <w:color w:val="000000"/>
                <w:lang w:val="es-CO"/>
              </w:rPr>
              <w:t>SOCIEDAD TELEVISIÓN DE ANTIOQUIA LTDA. - TELEANTIOQUIA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50"/>
      </w:tblGrid>
      <w:tr w:rsidR="006C71BE" w:rsidRPr="000D2671" w14:paraId="1C4206D3" w14:textId="77777777">
        <w:trPr>
          <w:jc w:val="center"/>
        </w:trPr>
        <w:tc>
          <w:tcPr>
            <w:tcW w:w="10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47D84E" w14:textId="77777777" w:rsidR="006C71BE" w:rsidRPr="00D55D07" w:rsidRDefault="005B019C" w:rsidP="00D55D07">
            <w:pPr>
              <w:spacing w:after="0"/>
              <w:rPr>
                <w:lang w:val="es-CO"/>
              </w:rPr>
            </w:pPr>
            <w:r w:rsidRPr="00D55D07">
              <w:rPr>
                <w:color w:val="000000"/>
                <w:lang w:val="es-CO"/>
              </w:rPr>
              <w:t>El proponente debe anexar el PDF generado por el aplicativo. La fecha y hora consignadas en esta carta deben coincidir exactamente con las visibles en el reporte.</w:t>
            </w:r>
          </w:p>
        </w:tc>
      </w:tr>
    </w:tbl>
    <w:p w14:paraId="747E58B5" w14:textId="77777777" w:rsidR="00D55D07" w:rsidRPr="000D2671" w:rsidRDefault="00D55D07" w:rsidP="00D55D07">
      <w:pPr>
        <w:spacing w:after="0"/>
        <w:jc w:val="both"/>
        <w:rPr>
          <w:lang w:val="es-CO"/>
        </w:rPr>
      </w:pPr>
    </w:p>
    <w:p w14:paraId="2C0C8201" w14:textId="2977D049" w:rsidR="006C71BE" w:rsidRDefault="005B019C" w:rsidP="00D55D07">
      <w:pPr>
        <w:spacing w:after="0"/>
        <w:jc w:val="both"/>
      </w:pPr>
      <w:proofErr w:type="spellStart"/>
      <w:r>
        <w:t>Atentamente</w:t>
      </w:r>
      <w:proofErr w:type="spellEnd"/>
      <w:r>
        <w:t>,</w:t>
      </w:r>
    </w:p>
    <w:p w14:paraId="26912652" w14:textId="77777777" w:rsidR="00D55D07" w:rsidRDefault="00D55D07" w:rsidP="00D55D07">
      <w:pPr>
        <w:spacing w:after="0"/>
        <w:jc w:val="both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6C71BE" w14:paraId="702C5950" w14:textId="77777777">
        <w:trPr>
          <w:cantSplit/>
          <w:jc w:val="center"/>
        </w:trPr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E4206D" w14:textId="77777777" w:rsidR="006C71BE" w:rsidRDefault="005B019C" w:rsidP="00D55D07">
            <w:pPr>
              <w:spacing w:after="0"/>
            </w:pPr>
            <w:r>
              <w:rPr>
                <w:b/>
                <w:color w:val="000000"/>
              </w:rPr>
              <w:t>Firma</w:t>
            </w:r>
          </w:p>
        </w:tc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BCDB0D" w14:textId="77777777" w:rsidR="006C71BE" w:rsidRDefault="005B019C" w:rsidP="00D55D07">
            <w:pPr>
              <w:spacing w:after="0"/>
            </w:pPr>
            <w:r>
              <w:rPr>
                <w:color w:val="000000"/>
              </w:rPr>
              <w:t>____________________________________________</w:t>
            </w:r>
          </w:p>
        </w:tc>
      </w:tr>
      <w:tr w:rsidR="006C71BE" w14:paraId="03521F69" w14:textId="77777777">
        <w:trPr>
          <w:cantSplit/>
          <w:jc w:val="center"/>
        </w:trPr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6B38DD" w14:textId="77777777" w:rsidR="006C71BE" w:rsidRDefault="005B019C" w:rsidP="00D55D07">
            <w:pPr>
              <w:spacing w:after="0"/>
            </w:pPr>
            <w:r>
              <w:rPr>
                <w:b/>
                <w:color w:val="000000"/>
              </w:rPr>
              <w:t>Nombre / C.C.</w:t>
            </w:r>
          </w:p>
        </w:tc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715837" w14:textId="77777777" w:rsidR="006C71BE" w:rsidRDefault="005B019C" w:rsidP="00D55D07">
            <w:pPr>
              <w:spacing w:after="0"/>
            </w:pPr>
            <w:r>
              <w:rPr>
                <w:color w:val="000000"/>
              </w:rPr>
              <w:t>[Nombre completo] / [Número]</w:t>
            </w:r>
          </w:p>
        </w:tc>
      </w:tr>
      <w:tr w:rsidR="006C71BE" w:rsidRPr="000D2671" w14:paraId="133ADBE1" w14:textId="77777777">
        <w:trPr>
          <w:cantSplit/>
          <w:jc w:val="center"/>
        </w:trPr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8BA211" w14:textId="77777777" w:rsidR="006C71BE" w:rsidRDefault="005B019C" w:rsidP="00D55D07">
            <w:pPr>
              <w:spacing w:after="0"/>
            </w:pPr>
            <w:r>
              <w:rPr>
                <w:b/>
                <w:color w:val="000000"/>
              </w:rPr>
              <w:t>Calidad / proponente / NIT</w:t>
            </w:r>
          </w:p>
        </w:tc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D50C05" w14:textId="77777777" w:rsidR="006C71BE" w:rsidRPr="00D55D07" w:rsidRDefault="005B019C" w:rsidP="00D55D07">
            <w:pPr>
              <w:spacing w:after="0"/>
              <w:rPr>
                <w:lang w:val="es-CO"/>
              </w:rPr>
            </w:pPr>
            <w:r w:rsidRPr="00D55D07">
              <w:rPr>
                <w:color w:val="000000"/>
                <w:lang w:val="es-CO"/>
              </w:rPr>
              <w:t>☐</w:t>
            </w:r>
            <w:r w:rsidRPr="00D55D07">
              <w:rPr>
                <w:color w:val="000000"/>
                <w:lang w:val="es-CO"/>
              </w:rPr>
              <w:t xml:space="preserve"> Persona natural   ☐ Representante legal   </w:t>
            </w:r>
            <w:r w:rsidRPr="00D55D07">
              <w:rPr>
                <w:color w:val="000000"/>
                <w:lang w:val="es-CO"/>
              </w:rPr>
              <w:br/>
              <w:t>[Razón social] / [NIT]</w:t>
            </w:r>
          </w:p>
        </w:tc>
      </w:tr>
    </w:tbl>
    <w:p w14:paraId="28602492" w14:textId="77777777" w:rsidR="003C718E" w:rsidRPr="00D55D07" w:rsidRDefault="003C718E" w:rsidP="00D55D07">
      <w:pPr>
        <w:spacing w:after="0"/>
        <w:rPr>
          <w:lang w:val="es-CO"/>
        </w:rPr>
      </w:pPr>
    </w:p>
    <w:sectPr w:rsidR="003C718E" w:rsidRPr="00D55D07" w:rsidSect="00034616">
      <w:headerReference w:type="default" r:id="rId8"/>
      <w:footerReference w:type="default" r:id="rId9"/>
      <w:pgSz w:w="12240" w:h="15840"/>
      <w:pgMar w:top="691" w:right="1037" w:bottom="605" w:left="1037" w:header="230" w:footer="2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4638D7" w14:textId="77777777" w:rsidR="005B019C" w:rsidRDefault="005B019C">
      <w:pPr>
        <w:spacing w:after="0"/>
      </w:pPr>
      <w:r>
        <w:separator/>
      </w:r>
    </w:p>
  </w:endnote>
  <w:endnote w:type="continuationSeparator" w:id="0">
    <w:p w14:paraId="44320CE5" w14:textId="77777777" w:rsidR="005B019C" w:rsidRDefault="005B01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7780F6" w14:textId="77777777" w:rsidR="006C71BE" w:rsidRDefault="005B019C">
    <w:pPr>
      <w:pStyle w:val="Piedepgina"/>
      <w:jc w:val="center"/>
    </w:pPr>
    <w:r w:rsidRPr="00D55D07">
      <w:rPr>
        <w:i/>
        <w:color w:val="666666"/>
        <w:sz w:val="13"/>
        <w:lang w:val="es-CO"/>
      </w:rPr>
      <w:t xml:space="preserve">La edición vigente y controlada de este documento es la publicada en el repositorio documental de Teleantioquia. </w:t>
    </w:r>
    <w:r>
      <w:rPr>
        <w:i/>
        <w:color w:val="666666"/>
        <w:sz w:val="13"/>
      </w:rPr>
      <w:t xml:space="preserve">Toda </w:t>
    </w:r>
    <w:proofErr w:type="spellStart"/>
    <w:r>
      <w:rPr>
        <w:i/>
        <w:color w:val="666666"/>
        <w:sz w:val="13"/>
      </w:rPr>
      <w:t>copia</w:t>
    </w:r>
    <w:proofErr w:type="spellEnd"/>
    <w:r>
      <w:rPr>
        <w:i/>
        <w:color w:val="666666"/>
        <w:sz w:val="13"/>
      </w:rPr>
      <w:t xml:space="preserve"> </w:t>
    </w:r>
    <w:proofErr w:type="spellStart"/>
    <w:r>
      <w:rPr>
        <w:i/>
        <w:color w:val="666666"/>
        <w:sz w:val="13"/>
      </w:rPr>
      <w:t>diferente</w:t>
    </w:r>
    <w:proofErr w:type="spellEnd"/>
    <w:r>
      <w:rPr>
        <w:i/>
        <w:color w:val="666666"/>
        <w:sz w:val="13"/>
      </w:rPr>
      <w:t xml:space="preserve"> </w:t>
    </w:r>
    <w:proofErr w:type="spellStart"/>
    <w:r>
      <w:rPr>
        <w:i/>
        <w:color w:val="666666"/>
        <w:sz w:val="13"/>
      </w:rPr>
      <w:t>debe</w:t>
    </w:r>
    <w:proofErr w:type="spellEnd"/>
    <w:r>
      <w:rPr>
        <w:i/>
        <w:color w:val="666666"/>
        <w:sz w:val="13"/>
      </w:rPr>
      <w:t xml:space="preserve"> </w:t>
    </w:r>
    <w:proofErr w:type="spellStart"/>
    <w:r>
      <w:rPr>
        <w:i/>
        <w:color w:val="666666"/>
        <w:sz w:val="13"/>
      </w:rPr>
      <w:t>considerarse</w:t>
    </w:r>
    <w:proofErr w:type="spellEnd"/>
    <w:r>
      <w:rPr>
        <w:i/>
        <w:color w:val="666666"/>
        <w:sz w:val="13"/>
      </w:rPr>
      <w:t xml:space="preserve"> COPIA NO CONTROLADA.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DB446E" w14:textId="77777777" w:rsidR="005B019C" w:rsidRDefault="005B019C">
      <w:pPr>
        <w:spacing w:after="0"/>
      </w:pPr>
      <w:r>
        <w:separator/>
      </w:r>
    </w:p>
  </w:footnote>
  <w:footnote w:type="continuationSeparator" w:id="0">
    <w:p w14:paraId="7B2EBCBC" w14:textId="77777777" w:rsidR="005B019C" w:rsidRDefault="005B019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1F437A" w14:textId="77777777" w:rsidR="006C71BE" w:rsidRDefault="006C71BE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216"/>
      <w:gridCol w:w="3216"/>
      <w:gridCol w:w="3216"/>
    </w:tblGrid>
    <w:tr w:rsidR="006C71BE" w:rsidRPr="000D2671" w14:paraId="47297173" w14:textId="77777777">
      <w:trPr>
        <w:jc w:val="center"/>
      </w:trPr>
      <w:tc>
        <w:tcPr>
          <w:tcW w:w="3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80" w:type="dxa"/>
            <w:left w:w="100" w:type="dxa"/>
            <w:bottom w:w="80" w:type="dxa"/>
            <w:right w:w="100" w:type="dxa"/>
          </w:tcMar>
        </w:tcPr>
        <w:p w14:paraId="346C9316" w14:textId="77777777" w:rsidR="006C71BE" w:rsidRDefault="005B019C">
          <w:pPr>
            <w:jc w:val="center"/>
          </w:pPr>
          <w:r>
            <w:rPr>
              <w:noProof/>
            </w:rPr>
            <w:drawing>
              <wp:inline distT="0" distB="0" distL="0" distR="0" wp14:anchorId="33A19084" wp14:editId="5831ECD9">
                <wp:extent cx="1325880" cy="267404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5880" cy="2674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80" w:type="dxa"/>
            <w:left w:w="100" w:type="dxa"/>
            <w:bottom w:w="80" w:type="dxa"/>
            <w:right w:w="100" w:type="dxa"/>
          </w:tcMar>
          <w:vAlign w:val="center"/>
        </w:tcPr>
        <w:p w14:paraId="44537EE5" w14:textId="77777777" w:rsidR="006C71BE" w:rsidRPr="00D55D07" w:rsidRDefault="005B019C">
          <w:pPr>
            <w:spacing w:after="0"/>
            <w:jc w:val="center"/>
            <w:rPr>
              <w:lang w:val="es-CO"/>
            </w:rPr>
          </w:pPr>
          <w:r w:rsidRPr="00D55D07">
            <w:rPr>
              <w:b/>
              <w:color w:val="000000"/>
              <w:sz w:val="19"/>
              <w:lang w:val="es-CO"/>
            </w:rPr>
            <w:t>FORMATO 5</w:t>
          </w:r>
          <w:r w:rsidRPr="00D55D07">
            <w:rPr>
              <w:b/>
              <w:color w:val="000000"/>
              <w:sz w:val="19"/>
              <w:lang w:val="es-CO"/>
            </w:rPr>
            <w:br/>
            <w:t>REMISIÓN DE DECLARACIÓN DE BIENES Y RENTAS</w:t>
          </w:r>
        </w:p>
      </w:tc>
      <w:tc>
        <w:tcPr>
          <w:tcW w:w="3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80" w:type="dxa"/>
            <w:left w:w="100" w:type="dxa"/>
            <w:bottom w:w="80" w:type="dxa"/>
            <w:right w:w="100" w:type="dxa"/>
          </w:tcMar>
        </w:tcPr>
        <w:p w14:paraId="5237F11B" w14:textId="4C665E47" w:rsidR="006C71BE" w:rsidRPr="00D55D07" w:rsidRDefault="005B019C">
          <w:pPr>
            <w:rPr>
              <w:lang w:val="es-CO"/>
            </w:rPr>
          </w:pPr>
          <w:r w:rsidRPr="00D55D07">
            <w:rPr>
              <w:b/>
              <w:lang w:val="es-CO"/>
            </w:rPr>
            <w:t xml:space="preserve">Código: </w:t>
          </w:r>
          <w:r w:rsidRPr="00D55D07">
            <w:rPr>
              <w:lang w:val="es-CO"/>
            </w:rPr>
            <w:t>FO-7020XX</w:t>
          </w:r>
          <w:r w:rsidRPr="00D55D07">
            <w:rPr>
              <w:b/>
              <w:lang w:val="es-CO"/>
            </w:rPr>
            <w:br/>
            <w:t xml:space="preserve">Versión: </w:t>
          </w:r>
          <w:r w:rsidRPr="00D55D07">
            <w:rPr>
              <w:lang w:val="es-CO"/>
            </w:rPr>
            <w:t>01</w:t>
          </w:r>
          <w:r w:rsidRPr="00D55D07">
            <w:rPr>
              <w:b/>
              <w:lang w:val="es-CO"/>
            </w:rPr>
            <w:br/>
            <w:t xml:space="preserve">Fecha: </w:t>
          </w:r>
          <w:r w:rsidRPr="00D55D07">
            <w:rPr>
              <w:lang w:val="es-CO"/>
            </w:rPr>
            <w:t>__/__/2026</w:t>
          </w:r>
          <w:r w:rsidRPr="00D55D07">
            <w:rPr>
              <w:b/>
              <w:lang w:val="es-CO"/>
            </w:rPr>
            <w:br/>
            <w:t xml:space="preserve">Página </w:t>
          </w:r>
          <w:r>
            <w:fldChar w:fldCharType="begin"/>
          </w:r>
          <w:r w:rsidRPr="00D55D07">
            <w:rPr>
              <w:lang w:val="es-CO"/>
            </w:rPr>
            <w:instrText>PAGE</w:instrText>
          </w:r>
          <w:r>
            <w:fldChar w:fldCharType="separate"/>
          </w:r>
          <w:r w:rsidR="00D55D07" w:rsidRPr="00D55D07">
            <w:rPr>
              <w:noProof/>
              <w:lang w:val="es-CO"/>
            </w:rPr>
            <w:t>1</w:t>
          </w:r>
          <w:r>
            <w:fldChar w:fldCharType="end"/>
          </w:r>
          <w:r w:rsidRPr="00D55D07">
            <w:rPr>
              <w:lang w:val="es-CO"/>
            </w:rPr>
            <w:t xml:space="preserve"> de </w:t>
          </w:r>
          <w:r>
            <w:fldChar w:fldCharType="begin"/>
          </w:r>
          <w:r w:rsidRPr="00D55D07">
            <w:rPr>
              <w:lang w:val="es-CO"/>
            </w:rPr>
            <w:instrText>NUMPAGES</w:instrText>
          </w:r>
          <w:r>
            <w:fldChar w:fldCharType="separate"/>
          </w:r>
          <w:r w:rsidR="00D55D07" w:rsidRPr="00D55D07">
            <w:rPr>
              <w:noProof/>
              <w:lang w:val="es-CO"/>
            </w:rPr>
            <w:t>1</w:t>
          </w:r>
          <w: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6983990">
    <w:abstractNumId w:val="8"/>
  </w:num>
  <w:num w:numId="2" w16cid:durableId="1584339654">
    <w:abstractNumId w:val="6"/>
  </w:num>
  <w:num w:numId="3" w16cid:durableId="1803577296">
    <w:abstractNumId w:val="5"/>
  </w:num>
  <w:num w:numId="4" w16cid:durableId="561864275">
    <w:abstractNumId w:val="4"/>
  </w:num>
  <w:num w:numId="5" w16cid:durableId="1264730865">
    <w:abstractNumId w:val="7"/>
  </w:num>
  <w:num w:numId="6" w16cid:durableId="411197603">
    <w:abstractNumId w:val="3"/>
  </w:num>
  <w:num w:numId="7" w16cid:durableId="1116801256">
    <w:abstractNumId w:val="2"/>
  </w:num>
  <w:num w:numId="8" w16cid:durableId="1891454224">
    <w:abstractNumId w:val="1"/>
  </w:num>
  <w:num w:numId="9" w16cid:durableId="201313891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2671"/>
    <w:rsid w:val="0011005E"/>
    <w:rsid w:val="0015074B"/>
    <w:rsid w:val="0029639D"/>
    <w:rsid w:val="00326F90"/>
    <w:rsid w:val="003C718E"/>
    <w:rsid w:val="0045584E"/>
    <w:rsid w:val="0058219E"/>
    <w:rsid w:val="005B019C"/>
    <w:rsid w:val="006C71BE"/>
    <w:rsid w:val="0080003C"/>
    <w:rsid w:val="00AA1D8D"/>
    <w:rsid w:val="00B47730"/>
    <w:rsid w:val="00CB0664"/>
    <w:rsid w:val="00D55D07"/>
    <w:rsid w:val="00E55239"/>
    <w:rsid w:val="00F917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6FABDD78-BB4F-704D-8586-73BBD5185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16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449</Words>
  <Characters>2595</Characters>
  <Application>Microsoft Office Word</Application>
  <DocSecurity>0</DocSecurity>
  <Lines>78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Camilo Andrés Chaverra Monsalve</cp:lastModifiedBy>
  <cp:revision>6</cp:revision>
  <dcterms:created xsi:type="dcterms:W3CDTF">2026-08-26T00:44:00Z</dcterms:created>
  <dcterms:modified xsi:type="dcterms:W3CDTF">2026-08-31T23:44:00Z</dcterms:modified>
  <cp:category/>
</cp:coreProperties>
</file>