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D48F7C" w14:textId="77777777" w:rsidR="00554B3B" w:rsidRPr="000B5DED" w:rsidRDefault="00554B3B">
      <w:pPr>
        <w:jc w:val="both"/>
        <w:rPr>
          <w:lang w:val="es-ES"/>
        </w:rPr>
      </w:pPr>
    </w:p>
    <w:p w14:paraId="0B2CC706" w14:textId="480E90C4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[Ciudad], [día] de [mes] de 2026</w:t>
      </w:r>
    </w:p>
    <w:p w14:paraId="4FDBD538" w14:textId="77777777" w:rsidR="00396AD7" w:rsidRPr="000B5DED" w:rsidRDefault="00183897" w:rsidP="00554B3B">
      <w:pPr>
        <w:spacing w:after="0"/>
        <w:rPr>
          <w:lang w:val="es-ES"/>
        </w:rPr>
      </w:pPr>
      <w:r w:rsidRPr="000B5DED">
        <w:rPr>
          <w:lang w:val="es-ES"/>
        </w:rPr>
        <w:t>Señores</w:t>
      </w:r>
      <w:r w:rsidRPr="000B5DED">
        <w:rPr>
          <w:lang w:val="es-ES"/>
        </w:rPr>
        <w:br/>
        <w:t>SOCIEDAD DE TELEVISIÓN DE ANTIOQUIA LTDA. - TELEANTIOQUIA</w:t>
      </w:r>
      <w:r w:rsidRPr="000B5DED">
        <w:rPr>
          <w:lang w:val="es-ES"/>
        </w:rPr>
        <w:br/>
        <w:t>Coordinación de Compras y Contratación</w:t>
      </w:r>
      <w:r w:rsidRPr="000B5DED">
        <w:rPr>
          <w:lang w:val="es-ES"/>
        </w:rPr>
        <w:br/>
        <w:t>Medellín, Antioquia</w:t>
      </w:r>
    </w:p>
    <w:p w14:paraId="62CFF63D" w14:textId="77777777" w:rsidR="00554B3B" w:rsidRPr="000B5DED" w:rsidRDefault="00554B3B" w:rsidP="00554B3B">
      <w:pPr>
        <w:spacing w:after="0"/>
        <w:rPr>
          <w:b/>
          <w:lang w:val="es-ES"/>
        </w:rPr>
      </w:pPr>
    </w:p>
    <w:p w14:paraId="3F8FAD58" w14:textId="68277627" w:rsidR="00396AD7" w:rsidRPr="000B5DED" w:rsidRDefault="00183897" w:rsidP="00554B3B">
      <w:pPr>
        <w:spacing w:after="0"/>
        <w:rPr>
          <w:lang w:val="es-ES"/>
        </w:rPr>
      </w:pPr>
      <w:r w:rsidRPr="000B5DED">
        <w:rPr>
          <w:b/>
          <w:lang w:val="es-ES"/>
        </w:rPr>
        <w:t xml:space="preserve">Referencia: </w:t>
      </w:r>
      <w:r w:rsidR="00554B3B" w:rsidRPr="000B5DED">
        <w:rPr>
          <w:b/>
          <w:lang w:val="es-ES"/>
        </w:rPr>
        <w:tab/>
      </w:r>
      <w:r w:rsidRPr="000B5DED">
        <w:rPr>
          <w:lang w:val="es-ES"/>
        </w:rPr>
        <w:t>Invitación Pública N.º IP 45-2026</w:t>
      </w:r>
    </w:p>
    <w:p w14:paraId="05F9E74F" w14:textId="66E5669F" w:rsidR="00396AD7" w:rsidRPr="000B5DED" w:rsidRDefault="00183897" w:rsidP="003377BD">
      <w:pPr>
        <w:spacing w:after="0"/>
        <w:ind w:left="1440" w:hanging="1440"/>
        <w:jc w:val="both"/>
        <w:rPr>
          <w:lang w:val="es-ES"/>
        </w:rPr>
      </w:pPr>
      <w:r w:rsidRPr="000B5DED">
        <w:rPr>
          <w:b/>
          <w:lang w:val="es-ES"/>
        </w:rPr>
        <w:t xml:space="preserve">Objeto: </w:t>
      </w:r>
      <w:r w:rsidR="00554B3B" w:rsidRPr="000B5DED">
        <w:rPr>
          <w:b/>
          <w:lang w:val="es-ES"/>
        </w:rPr>
        <w:tab/>
      </w:r>
      <w:r w:rsidRPr="000B5DED">
        <w:rPr>
          <w:lang w:val="es-ES"/>
        </w:rPr>
        <w:t>Contratar la elaboración y coordinación integral de los estudios y diseños arquitectónicos y técnicos para la adecuación, modernización y optimización de las instalaciones de Teleantioquia, incluyendo presupuesto, programación y acompañamiento técnico durante la ejecución de la obra.</w:t>
      </w:r>
    </w:p>
    <w:p w14:paraId="5F2B691C" w14:textId="2C785320" w:rsidR="00396AD7" w:rsidRPr="000B5DED" w:rsidRDefault="00183897" w:rsidP="00554B3B">
      <w:pPr>
        <w:spacing w:after="0"/>
        <w:rPr>
          <w:lang w:val="es-ES"/>
        </w:rPr>
      </w:pPr>
      <w:r w:rsidRPr="000B5DED">
        <w:rPr>
          <w:b/>
          <w:lang w:val="es-ES"/>
        </w:rPr>
        <w:t xml:space="preserve">Asunto: </w:t>
      </w:r>
      <w:r w:rsidR="00554B3B" w:rsidRPr="000B5DED">
        <w:rPr>
          <w:b/>
          <w:lang w:val="es-ES"/>
        </w:rPr>
        <w:tab/>
      </w:r>
      <w:r w:rsidR="00554B3B" w:rsidRPr="000B5DED">
        <w:rPr>
          <w:b/>
          <w:lang w:val="es-ES"/>
        </w:rPr>
        <w:tab/>
      </w:r>
      <w:r w:rsidRPr="000B5DED">
        <w:rPr>
          <w:lang w:val="es-ES"/>
        </w:rPr>
        <w:t>Presentación de hoja de vida y documentos de soporte</w:t>
      </w:r>
    </w:p>
    <w:p w14:paraId="69F7F2B8" w14:textId="77777777" w:rsidR="00554B3B" w:rsidRPr="000B5DED" w:rsidRDefault="00554B3B" w:rsidP="00554B3B">
      <w:pPr>
        <w:spacing w:after="0"/>
        <w:jc w:val="both"/>
        <w:rPr>
          <w:lang w:val="es-ES"/>
        </w:rPr>
      </w:pPr>
    </w:p>
    <w:p w14:paraId="1F6C45D8" w14:textId="75E4EA28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Yo, [nombre completo], identificado(a) con [tipo y número de documento], actuando en nombre propio / en calidad de representante legal de [razón social], bajo la gravedad de juramento, manifiesto que:</w:t>
      </w:r>
    </w:p>
    <w:p w14:paraId="36FA5A20" w14:textId="77777777" w:rsidR="00554B3B" w:rsidRPr="000B5DED" w:rsidRDefault="00554B3B" w:rsidP="00554B3B">
      <w:pPr>
        <w:spacing w:after="0"/>
        <w:jc w:val="both"/>
        <w:rPr>
          <w:lang w:val="es-ES"/>
        </w:rPr>
      </w:pPr>
    </w:p>
    <w:p w14:paraId="17C02DD0" w14:textId="77777777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1. La hoja de vida relacionada en esta carta corresponde al proponente y fue diligenciada en el mecanismo aplicable: plataforma SIGEP II para persona natural o formato específico de Hoja de Vida de la Función Pública suministrado por Teleantioquia para persona jurídica.</w:t>
      </w:r>
    </w:p>
    <w:p w14:paraId="17ECA108" w14:textId="77777777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2. La información académica, laboral, societaria, contractual y de identificación consignada es completa, exacta, veraz, vigente y coincide con los documentos anexos.</w:t>
      </w:r>
    </w:p>
    <w:p w14:paraId="6BEA67BA" w14:textId="77777777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3. Los títulos, certificados, actas, documentos de existencia y representación y demás soportes fueron expedidos por autoridades o entidades competentes y no han sido alterados.</w:t>
      </w:r>
    </w:p>
    <w:p w14:paraId="1A9A30C6" w14:textId="77777777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4. Autorizo a Teleantioquia para verificar la información con las entidades educativas, empleadores, contratantes, cámaras de comercio, autoridades y demás fuentes competentes.</w:t>
      </w:r>
    </w:p>
    <w:p w14:paraId="284DEC7B" w14:textId="77777777" w:rsidR="00396AD7" w:rsidRPr="000B5DED" w:rsidRDefault="00183897" w:rsidP="00554B3B">
      <w:pPr>
        <w:spacing w:after="0"/>
        <w:jc w:val="both"/>
        <w:rPr>
          <w:lang w:val="es-ES"/>
        </w:rPr>
      </w:pPr>
      <w:r w:rsidRPr="000B5DED">
        <w:rPr>
          <w:lang w:val="es-ES"/>
        </w:rPr>
        <w:t>5. Informaré y corregiré oportunamente cualquier inconsistencia identificada, sin que ello pueda utilizarse para acreditar circunstancias posteriores al cierre o mejorar la oferta.</w:t>
      </w:r>
    </w:p>
    <w:p w14:paraId="5075E846" w14:textId="77777777" w:rsidR="00396AD7" w:rsidRPr="000B5DED" w:rsidRDefault="00183897">
      <w:pPr>
        <w:keepNext/>
        <w:pBdr>
          <w:bottom w:val="single" w:sz="12" w:space="3" w:color="92D050"/>
        </w:pBdr>
        <w:spacing w:before="160" w:after="100"/>
        <w:jc w:val="center"/>
        <w:rPr>
          <w:lang w:val="es-ES"/>
        </w:rPr>
      </w:pPr>
      <w:r w:rsidRPr="000B5DED">
        <w:rPr>
          <w:b/>
          <w:sz w:val="20"/>
          <w:lang w:val="es-ES"/>
        </w:rPr>
        <w:t>RELACIÓN DE LA HOJA DE VIDA Y DOCUMENTOS ANEXOS</w:t>
      </w:r>
    </w:p>
    <w:tbl>
      <w:tblPr>
        <w:tblW w:w="11064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312"/>
        <w:gridCol w:w="2033"/>
        <w:gridCol w:w="2033"/>
      </w:tblGrid>
      <w:tr w:rsidR="00396AD7" w:rsidRPr="000B5DED" w14:paraId="4B155F2D" w14:textId="77777777" w:rsidTr="000165D3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CAB1B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b/>
                <w:color w:val="FFFFFF"/>
                <w:sz w:val="15"/>
                <w:lang w:val="es-ES"/>
              </w:rPr>
              <w:t>N.º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D174E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b/>
                <w:color w:val="FFFFFF"/>
                <w:sz w:val="15"/>
                <w:lang w:val="es-ES"/>
              </w:rPr>
              <w:t>Documento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3E5C6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b/>
                <w:color w:val="FFFFFF"/>
                <w:sz w:val="15"/>
                <w:lang w:val="es-ES"/>
              </w:rPr>
              <w:t>Descripción / tipo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2BFFC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b/>
                <w:color w:val="FFFFFF"/>
                <w:sz w:val="15"/>
                <w:lang w:val="es-ES"/>
              </w:rPr>
              <w:t>Fecha o vigencia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C0556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b/>
                <w:color w:val="FFFFFF"/>
                <w:sz w:val="15"/>
                <w:lang w:val="es-ES"/>
              </w:rPr>
              <w:t>Folio / nombre de archivo</w:t>
            </w:r>
          </w:p>
        </w:tc>
      </w:tr>
      <w:tr w:rsidR="00396AD7" w:rsidRPr="000B5DED" w14:paraId="7CF138F3" w14:textId="77777777" w:rsidTr="000165D3">
        <w:trPr>
          <w:cantSplit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11E43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2B845" w14:textId="638DE67A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 xml:space="preserve">Hoja de vida 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04174B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☐ SIGEP II - persona natural   ☐ Función Pública - persona jurídica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FE6533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[Fecha de actualización o firma]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D1DE9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[Folio / archivo]</w:t>
            </w:r>
          </w:p>
        </w:tc>
      </w:tr>
      <w:tr w:rsidR="00396AD7" w:rsidRPr="000B5DED" w14:paraId="43918EE8" w14:textId="77777777" w:rsidTr="000165D3">
        <w:trPr>
          <w:cantSplit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2C327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59931" w14:textId="4BC69132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Documento de identidad</w:t>
            </w:r>
            <w:r w:rsidR="000B5DED" w:rsidRPr="000B5DED">
              <w:rPr>
                <w:color w:val="000000"/>
                <w:sz w:val="15"/>
                <w:lang w:val="es-ES"/>
              </w:rPr>
              <w:t xml:space="preserve"> del proponente o del representante legal del proponente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2C776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Copia legible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AF1D4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[Fecha de expedición]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7C2482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[Folio / archivo]</w:t>
            </w:r>
          </w:p>
        </w:tc>
      </w:tr>
      <w:tr w:rsidR="00396AD7" w:rsidRPr="000B5DED" w14:paraId="466E92CC" w14:textId="77777777" w:rsidTr="000165D3">
        <w:trPr>
          <w:cantSplit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4218A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277B01" w14:textId="71EE7282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Existencia y representación legal</w:t>
            </w:r>
            <w:r w:rsidR="00065B0B">
              <w:rPr>
                <w:color w:val="000000"/>
                <w:sz w:val="15"/>
                <w:lang w:val="es-ES"/>
              </w:rPr>
              <w:t xml:space="preserve"> (cuando se trate de persona jurídica)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A6C755" w14:textId="6729A220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Certificado</w:t>
            </w:r>
            <w:r w:rsidR="00230FBE" w:rsidRPr="000B5DED">
              <w:rPr>
                <w:color w:val="000000"/>
                <w:sz w:val="15"/>
                <w:lang w:val="es-ES"/>
              </w:rPr>
              <w:t xml:space="preserve"> de existencia y representación legal</w:t>
            </w:r>
            <w:r w:rsidR="000B5DED" w:rsidRPr="000B5DED">
              <w:rPr>
                <w:color w:val="000000"/>
                <w:sz w:val="15"/>
                <w:lang w:val="es-ES"/>
              </w:rPr>
              <w:t xml:space="preserve"> con vigencia no mayor a 30 días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9C5FF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[Fecha de expedición]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D915E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[Folio / archivo]</w:t>
            </w:r>
          </w:p>
        </w:tc>
      </w:tr>
      <w:tr w:rsidR="00396AD7" w:rsidRPr="000B5DED" w14:paraId="3498D7F3" w14:textId="77777777" w:rsidTr="000165D3">
        <w:trPr>
          <w:cantSplit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2792C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F5763" w14:textId="30355C6C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Formación académica</w:t>
            </w:r>
            <w:r w:rsidR="003377BD" w:rsidRPr="000B5DED">
              <w:rPr>
                <w:color w:val="000000"/>
                <w:sz w:val="15"/>
                <w:lang w:val="es-ES"/>
              </w:rPr>
              <w:t xml:space="preserve"> (</w:t>
            </w:r>
            <w:r w:rsidR="000B5DED" w:rsidRPr="000B5DED">
              <w:rPr>
                <w:color w:val="000000"/>
                <w:sz w:val="15"/>
                <w:lang w:val="es-ES"/>
              </w:rPr>
              <w:t>cuando se trate de persona natural</w:t>
            </w:r>
            <w:r w:rsidR="003377BD" w:rsidRPr="000B5DED">
              <w:rPr>
                <w:color w:val="000000"/>
                <w:sz w:val="15"/>
                <w:lang w:val="es-ES"/>
              </w:rPr>
              <w:t>)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F858F8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Diplomas, actas de grado o certificados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79DA10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[Fecha(s)]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F8BF4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[Folio(s) / archivo(s)]</w:t>
            </w:r>
          </w:p>
        </w:tc>
      </w:tr>
      <w:tr w:rsidR="00396AD7" w:rsidRPr="000B5DED" w14:paraId="2E239940" w14:textId="77777777" w:rsidTr="000165D3">
        <w:trPr>
          <w:cantSplit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4397E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E5616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Otros soportes</w:t>
            </w:r>
          </w:p>
        </w:tc>
        <w:tc>
          <w:tcPr>
            <w:tcW w:w="3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9767C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[Describir]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373D9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[Fecha]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02EE3" w14:textId="77777777" w:rsidR="00396AD7" w:rsidRPr="000B5DED" w:rsidRDefault="00183897">
            <w:pPr>
              <w:spacing w:after="0"/>
              <w:jc w:val="center"/>
              <w:rPr>
                <w:lang w:val="es-ES"/>
              </w:rPr>
            </w:pPr>
            <w:r w:rsidRPr="000B5DED">
              <w:rPr>
                <w:color w:val="000000"/>
                <w:sz w:val="15"/>
                <w:lang w:val="es-ES"/>
              </w:rPr>
              <w:t>[Folio / archivo]</w:t>
            </w:r>
          </w:p>
        </w:tc>
      </w:tr>
    </w:tbl>
    <w:p w14:paraId="26BAFD79" w14:textId="77777777" w:rsidR="00396AD7" w:rsidRPr="000B5DED" w:rsidRDefault="00183897">
      <w:pPr>
        <w:keepNext/>
        <w:pBdr>
          <w:bottom w:val="single" w:sz="12" w:space="3" w:color="92D050"/>
        </w:pBdr>
        <w:spacing w:before="160" w:after="100"/>
        <w:jc w:val="center"/>
        <w:rPr>
          <w:lang w:val="es-ES"/>
        </w:rPr>
      </w:pPr>
      <w:r w:rsidRPr="000B5DED">
        <w:rPr>
          <w:b/>
          <w:sz w:val="20"/>
          <w:lang w:val="es-ES"/>
        </w:rPr>
        <w:t>IDENTIFICACIÓN DEL DOCUMENTO PRINCIPAL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396AD7" w:rsidRPr="000B5DED" w14:paraId="52434ABB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AE0E6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b/>
                <w:color w:val="000000"/>
                <w:lang w:val="es-ES"/>
              </w:rPr>
              <w:t>Tipo de hoja de vida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B2BE82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☐ SIGEP II   ☐ Función Pública</w:t>
            </w:r>
          </w:p>
        </w:tc>
      </w:tr>
      <w:tr w:rsidR="00396AD7" w:rsidRPr="000B5DED" w14:paraId="1CA9FECE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6C90A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b/>
                <w:color w:val="000000"/>
                <w:lang w:val="es-ES"/>
              </w:rPr>
              <w:t>Nombre del titular / empresa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AB6E10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[Nombre]</w:t>
            </w:r>
          </w:p>
        </w:tc>
      </w:tr>
      <w:tr w:rsidR="00396AD7" w:rsidRPr="000B5DED" w14:paraId="7DDA6B6F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A0F802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b/>
                <w:color w:val="000000"/>
                <w:lang w:val="es-ES"/>
              </w:rPr>
              <w:t>Fecha de actualización o firma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73007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[DD/MM/AAAA]</w:t>
            </w:r>
          </w:p>
        </w:tc>
      </w:tr>
      <w:tr w:rsidR="00396AD7" w:rsidRPr="000B5DED" w14:paraId="487A645D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587AEF" w14:textId="77777777" w:rsidR="00396AD7" w:rsidRPr="000B5DED" w:rsidRDefault="00183897">
            <w:pPr>
              <w:spacing w:after="0"/>
              <w:rPr>
                <w:lang w:val="es-ES"/>
              </w:rPr>
            </w:pPr>
            <w:proofErr w:type="gramStart"/>
            <w:r w:rsidRPr="000B5DED">
              <w:rPr>
                <w:b/>
                <w:color w:val="000000"/>
                <w:lang w:val="es-ES"/>
              </w:rPr>
              <w:t>Total</w:t>
            </w:r>
            <w:proofErr w:type="gramEnd"/>
            <w:r w:rsidRPr="000B5DED">
              <w:rPr>
                <w:b/>
                <w:color w:val="000000"/>
                <w:lang w:val="es-ES"/>
              </w:rPr>
              <w:t xml:space="preserve"> de anexos relacionados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0F52C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[Número]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50"/>
      </w:tblGrid>
      <w:tr w:rsidR="00396AD7" w:rsidRPr="000B5DED" w14:paraId="4C15A6A5" w14:textId="77777777">
        <w:trPr>
          <w:jc w:val="center"/>
        </w:trPr>
        <w:tc>
          <w:tcPr>
            <w:tcW w:w="10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691349" w14:textId="13A2FC41" w:rsidR="00396AD7" w:rsidRPr="000B5DED" w:rsidRDefault="00183897" w:rsidP="002C4940">
            <w:pPr>
              <w:tabs>
                <w:tab w:val="left" w:pos="328"/>
              </w:tabs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PERSONA NATURAL: anexe la copia impresa y firmada de la hoja de vida actualizada en SIGEP II, copia del documento de identidad y los certificados académicos y laborales que la soportan. PERSONA JURÍDICA: anexe el formato específico de Hoja de Vida de la Función Pública, impreso y firmado, junto con los documentos de existencia y representación y los soportes de la información reportada. Verifique que las fechas y datos coincidan.</w:t>
            </w:r>
          </w:p>
        </w:tc>
      </w:tr>
    </w:tbl>
    <w:p w14:paraId="1D693244" w14:textId="77777777" w:rsidR="002C4940" w:rsidRPr="000B5DED" w:rsidRDefault="002C4940">
      <w:pPr>
        <w:jc w:val="both"/>
        <w:rPr>
          <w:lang w:val="es-ES"/>
        </w:rPr>
      </w:pPr>
    </w:p>
    <w:p w14:paraId="75A6DA96" w14:textId="55CFBBEC" w:rsidR="00396AD7" w:rsidRPr="000B5DED" w:rsidRDefault="00183897">
      <w:pPr>
        <w:jc w:val="both"/>
        <w:rPr>
          <w:lang w:val="es-ES"/>
        </w:rPr>
      </w:pPr>
      <w:r w:rsidRPr="000B5DED">
        <w:rPr>
          <w:lang w:val="es-ES"/>
        </w:rPr>
        <w:t>Atentamente,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396AD7" w:rsidRPr="000B5DED" w14:paraId="3E0DD10B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C93BF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b/>
                <w:color w:val="000000"/>
                <w:lang w:val="es-ES"/>
              </w:rPr>
              <w:t>Firma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CC566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____________________________________________</w:t>
            </w:r>
          </w:p>
        </w:tc>
      </w:tr>
      <w:tr w:rsidR="00396AD7" w:rsidRPr="000B5DED" w14:paraId="45B185F3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9578E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b/>
                <w:color w:val="000000"/>
                <w:lang w:val="es-ES"/>
              </w:rPr>
              <w:t>Nombre / C.C.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0C424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>[Nombre completo] / [Número]</w:t>
            </w:r>
          </w:p>
        </w:tc>
      </w:tr>
      <w:tr w:rsidR="00396AD7" w:rsidRPr="000B5DED" w14:paraId="441B0F95" w14:textId="77777777">
        <w:trPr>
          <w:cantSplit/>
          <w:jc w:val="center"/>
        </w:trPr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F6E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6C9245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b/>
                <w:color w:val="000000"/>
                <w:lang w:val="es-ES"/>
              </w:rPr>
              <w:t>Calidad / proponente / NIT</w:t>
            </w:r>
          </w:p>
        </w:tc>
        <w:tc>
          <w:tcPr>
            <w:tcW w:w="5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34367C" w14:textId="77777777" w:rsidR="00396AD7" w:rsidRPr="000B5DED" w:rsidRDefault="00183897">
            <w:pPr>
              <w:spacing w:after="0"/>
              <w:rPr>
                <w:lang w:val="es-ES"/>
              </w:rPr>
            </w:pPr>
            <w:r w:rsidRPr="000B5DED">
              <w:rPr>
                <w:color w:val="000000"/>
                <w:lang w:val="es-ES"/>
              </w:rPr>
              <w:t xml:space="preserve">☐ Persona natural   ☐ Representante legal   </w:t>
            </w:r>
            <w:r w:rsidRPr="000B5DED">
              <w:rPr>
                <w:color w:val="000000"/>
                <w:lang w:val="es-ES"/>
              </w:rPr>
              <w:br/>
              <w:t>[Razón social] / [NIT]</w:t>
            </w:r>
          </w:p>
        </w:tc>
      </w:tr>
    </w:tbl>
    <w:p w14:paraId="4B6920B8" w14:textId="77777777" w:rsidR="00183897" w:rsidRPr="000B5DED" w:rsidRDefault="00183897">
      <w:pPr>
        <w:rPr>
          <w:lang w:val="es-ES"/>
        </w:rPr>
      </w:pPr>
    </w:p>
    <w:sectPr w:rsidR="00183897" w:rsidRPr="000B5DED" w:rsidSect="00034616">
      <w:headerReference w:type="default" r:id="rId8"/>
      <w:footerReference w:type="default" r:id="rId9"/>
      <w:pgSz w:w="12240" w:h="15840"/>
      <w:pgMar w:top="691" w:right="1037" w:bottom="605" w:left="1037" w:header="23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79BFF" w14:textId="77777777" w:rsidR="005712F1" w:rsidRDefault="005712F1">
      <w:pPr>
        <w:spacing w:after="0"/>
      </w:pPr>
      <w:r>
        <w:separator/>
      </w:r>
    </w:p>
  </w:endnote>
  <w:endnote w:type="continuationSeparator" w:id="0">
    <w:p w14:paraId="5B776F78" w14:textId="77777777" w:rsidR="005712F1" w:rsidRDefault="005712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B0710B" w14:textId="77777777" w:rsidR="00396AD7" w:rsidRPr="002C4940" w:rsidRDefault="00183897">
    <w:pPr>
      <w:pStyle w:val="Piedepgina"/>
      <w:jc w:val="center"/>
      <w:rPr>
        <w:lang w:val="es-CO"/>
      </w:rPr>
    </w:pPr>
    <w:r w:rsidRPr="00554B3B">
      <w:rPr>
        <w:i/>
        <w:color w:val="666666"/>
        <w:sz w:val="13"/>
        <w:lang w:val="es-CO"/>
      </w:rPr>
      <w:t xml:space="preserve">La edición vigente y controlada de este documento es la publicada en el repositorio documental de Teleantioquia. </w:t>
    </w:r>
    <w:r w:rsidRPr="002C4940">
      <w:rPr>
        <w:i/>
        <w:color w:val="666666"/>
        <w:sz w:val="13"/>
        <w:lang w:val="es-CO"/>
      </w:rPr>
      <w:t>Toda copia diferente debe considerarse COPIA NO CONTROLADA.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CAD234" w14:textId="77777777" w:rsidR="005712F1" w:rsidRDefault="005712F1">
      <w:pPr>
        <w:spacing w:after="0"/>
      </w:pPr>
      <w:r>
        <w:separator/>
      </w:r>
    </w:p>
  </w:footnote>
  <w:footnote w:type="continuationSeparator" w:id="0">
    <w:p w14:paraId="2471E2D1" w14:textId="77777777" w:rsidR="005712F1" w:rsidRDefault="005712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85738" w14:textId="77777777" w:rsidR="00396AD7" w:rsidRDefault="00396AD7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16"/>
      <w:gridCol w:w="3216"/>
      <w:gridCol w:w="3216"/>
    </w:tblGrid>
    <w:tr w:rsidR="00396AD7" w:rsidRPr="003377BD" w14:paraId="13C11EC4" w14:textId="77777777">
      <w:trPr>
        <w:jc w:val="center"/>
      </w:trPr>
      <w:tc>
        <w:tcPr>
          <w:tcW w:w="3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</w:tcPr>
        <w:p w14:paraId="2FF6FDE6" w14:textId="77777777" w:rsidR="00396AD7" w:rsidRDefault="00183897">
          <w:pPr>
            <w:jc w:val="center"/>
          </w:pPr>
          <w:r>
            <w:rPr>
              <w:noProof/>
            </w:rPr>
            <w:drawing>
              <wp:inline distT="0" distB="0" distL="0" distR="0" wp14:anchorId="3D6051FF" wp14:editId="33366B58">
                <wp:extent cx="1325880" cy="267404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880" cy="267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  <w:vAlign w:val="center"/>
        </w:tcPr>
        <w:p w14:paraId="31773274" w14:textId="77777777" w:rsidR="00396AD7" w:rsidRPr="00554B3B" w:rsidRDefault="00183897">
          <w:pPr>
            <w:spacing w:after="0"/>
            <w:jc w:val="center"/>
            <w:rPr>
              <w:lang w:val="es-CO"/>
            </w:rPr>
          </w:pPr>
          <w:r w:rsidRPr="00554B3B">
            <w:rPr>
              <w:b/>
              <w:color w:val="000000"/>
              <w:sz w:val="19"/>
              <w:lang w:val="es-CO"/>
            </w:rPr>
            <w:t>FORMATO 4</w:t>
          </w:r>
          <w:r w:rsidRPr="00554B3B">
            <w:rPr>
              <w:b/>
              <w:color w:val="000000"/>
              <w:sz w:val="19"/>
              <w:lang w:val="es-CO"/>
            </w:rPr>
            <w:br/>
            <w:t>REMISIÓN DE HOJA DE VIDA Y SOPORTES</w:t>
          </w:r>
        </w:p>
      </w:tc>
      <w:tc>
        <w:tcPr>
          <w:tcW w:w="3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80" w:type="dxa"/>
            <w:left w:w="100" w:type="dxa"/>
            <w:bottom w:w="80" w:type="dxa"/>
            <w:right w:w="100" w:type="dxa"/>
          </w:tcMar>
        </w:tcPr>
        <w:p w14:paraId="44D75412" w14:textId="68E8BA51" w:rsidR="00396AD7" w:rsidRPr="00554B3B" w:rsidRDefault="00183897">
          <w:pPr>
            <w:rPr>
              <w:lang w:val="es-CO"/>
            </w:rPr>
          </w:pPr>
          <w:r w:rsidRPr="00554B3B">
            <w:rPr>
              <w:b/>
              <w:lang w:val="es-CO"/>
            </w:rPr>
            <w:t xml:space="preserve">Código: </w:t>
          </w:r>
          <w:r w:rsidRPr="00554B3B">
            <w:rPr>
              <w:lang w:val="es-CO"/>
            </w:rPr>
            <w:t>FO-7020XX</w:t>
          </w:r>
          <w:r w:rsidRPr="00554B3B">
            <w:rPr>
              <w:b/>
              <w:lang w:val="es-CO"/>
            </w:rPr>
            <w:br/>
            <w:t xml:space="preserve">Versión: </w:t>
          </w:r>
          <w:r w:rsidRPr="00554B3B">
            <w:rPr>
              <w:lang w:val="es-CO"/>
            </w:rPr>
            <w:t>01</w:t>
          </w:r>
          <w:r w:rsidRPr="00554B3B">
            <w:rPr>
              <w:b/>
              <w:lang w:val="es-CO"/>
            </w:rPr>
            <w:br/>
            <w:t xml:space="preserve">Fecha: </w:t>
          </w:r>
          <w:r w:rsidRPr="00554B3B">
            <w:rPr>
              <w:lang w:val="es-CO"/>
            </w:rPr>
            <w:t>__/__/2026</w:t>
          </w:r>
          <w:r w:rsidRPr="00554B3B">
            <w:rPr>
              <w:b/>
              <w:lang w:val="es-CO"/>
            </w:rPr>
            <w:br/>
            <w:t xml:space="preserve">Página </w:t>
          </w:r>
          <w:r>
            <w:fldChar w:fldCharType="begin"/>
          </w:r>
          <w:r w:rsidRPr="00554B3B">
            <w:rPr>
              <w:lang w:val="es-CO"/>
            </w:rPr>
            <w:instrText>PAGE</w:instrText>
          </w:r>
          <w:r>
            <w:fldChar w:fldCharType="separate"/>
          </w:r>
          <w:r w:rsidR="00554B3B" w:rsidRPr="00554B3B">
            <w:rPr>
              <w:noProof/>
              <w:lang w:val="es-CO"/>
            </w:rPr>
            <w:t>1</w:t>
          </w:r>
          <w:r>
            <w:fldChar w:fldCharType="end"/>
          </w:r>
          <w:r w:rsidRPr="00554B3B">
            <w:rPr>
              <w:lang w:val="es-CO"/>
            </w:rPr>
            <w:t xml:space="preserve"> de </w:t>
          </w:r>
          <w:r>
            <w:fldChar w:fldCharType="begin"/>
          </w:r>
          <w:r w:rsidRPr="00554B3B">
            <w:rPr>
              <w:lang w:val="es-CO"/>
            </w:rPr>
            <w:instrText>NUMPAGES</w:instrText>
          </w:r>
          <w:r>
            <w:fldChar w:fldCharType="separate"/>
          </w:r>
          <w:r w:rsidR="00554B3B" w:rsidRPr="00554B3B">
            <w:rPr>
              <w:noProof/>
              <w:lang w:val="es-CO"/>
            </w:rPr>
            <w:t>1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8342743">
    <w:abstractNumId w:val="8"/>
  </w:num>
  <w:num w:numId="2" w16cid:durableId="51195436">
    <w:abstractNumId w:val="6"/>
  </w:num>
  <w:num w:numId="3" w16cid:durableId="1344548826">
    <w:abstractNumId w:val="5"/>
  </w:num>
  <w:num w:numId="4" w16cid:durableId="1180774556">
    <w:abstractNumId w:val="4"/>
  </w:num>
  <w:num w:numId="5" w16cid:durableId="384794365">
    <w:abstractNumId w:val="7"/>
  </w:num>
  <w:num w:numId="6" w16cid:durableId="146939815">
    <w:abstractNumId w:val="3"/>
  </w:num>
  <w:num w:numId="7" w16cid:durableId="1653412901">
    <w:abstractNumId w:val="2"/>
  </w:num>
  <w:num w:numId="8" w16cid:durableId="71045974">
    <w:abstractNumId w:val="1"/>
  </w:num>
  <w:num w:numId="9" w16cid:durableId="5863529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5D3"/>
    <w:rsid w:val="00034616"/>
    <w:rsid w:val="0006063C"/>
    <w:rsid w:val="00065B0B"/>
    <w:rsid w:val="000B5DED"/>
    <w:rsid w:val="0015074B"/>
    <w:rsid w:val="00183897"/>
    <w:rsid w:val="00230FBE"/>
    <w:rsid w:val="0029639D"/>
    <w:rsid w:val="002C4940"/>
    <w:rsid w:val="00326F90"/>
    <w:rsid w:val="003377BD"/>
    <w:rsid w:val="00396AD7"/>
    <w:rsid w:val="00554B3B"/>
    <w:rsid w:val="005712F1"/>
    <w:rsid w:val="00576296"/>
    <w:rsid w:val="0058219E"/>
    <w:rsid w:val="0080003C"/>
    <w:rsid w:val="008C2C20"/>
    <w:rsid w:val="00A6597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FABDD78-BB4F-704D-8586-73BBD518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6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488</Words>
  <Characters>2894</Characters>
  <Application>Microsoft Office Word</Application>
  <DocSecurity>0</DocSecurity>
  <Lines>93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9</cp:revision>
  <dcterms:created xsi:type="dcterms:W3CDTF">2026-08-26T00:42:00Z</dcterms:created>
  <dcterms:modified xsi:type="dcterms:W3CDTF">2026-08-31T23:41:00Z</dcterms:modified>
  <cp:category/>
</cp:coreProperties>
</file>