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7E2E41B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A5050E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Proceso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9BFB61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Invitación Pública N.º IP 45-2026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B864B3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Fecha</w:t>
            </w:r>
            <w:proofErr w:type="spellEnd"/>
            <w:r>
              <w:rPr>
                <w:b/>
                <w:color w:val="000000"/>
              </w:rPr>
              <w:t xml:space="preserve"> de </w:t>
            </w:r>
            <w:proofErr w:type="spellStart"/>
            <w:r>
              <w:rPr>
                <w:b/>
                <w:color w:val="000000"/>
              </w:rPr>
              <w:t>cierre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FBD52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4237E3E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9BFAE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Objeto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DF609BA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Estudios y diseños arquitectónicos y técnicos para la adecuación de las instalaciones de Teleantioquia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DFDDD1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Presupuesto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oficial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4D6C12" w14:textId="77777777" w:rsidR="00183BD2" w:rsidRDefault="00D40215">
            <w:pPr>
              <w:spacing w:after="0"/>
            </w:pPr>
            <w:r>
              <w:rPr>
                <w:color w:val="000000"/>
              </w:rPr>
              <w:t>$724.939.669 IVA incluido</w:t>
            </w:r>
          </w:p>
        </w:tc>
      </w:tr>
      <w:tr w:rsidR="00183BD2" w14:paraId="3FB27D5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2DF37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Proponente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EE14BE7" w14:textId="77777777" w:rsidR="00183BD2" w:rsidRDefault="00D40215">
            <w:pPr>
              <w:spacing w:after="0"/>
            </w:pPr>
            <w:r>
              <w:rPr>
                <w:color w:val="000000"/>
              </w:rPr>
              <w:t>[Nombre o 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29E7E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C.C.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6B2AD6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7701E70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7F4C4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Tipo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9EC358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☐</w:t>
            </w:r>
            <w:r w:rsidRPr="007358E8">
              <w:rPr>
                <w:color w:val="000000"/>
                <w:lang w:val="es-CO"/>
              </w:rPr>
              <w:t xml:space="preserve"> Persona natural   ☐ Persona jurídica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0B8E89B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N.º de contratos relacionados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C0296C" w14:textId="77777777" w:rsidR="00183BD2" w:rsidRDefault="00D40215">
            <w:pPr>
              <w:spacing w:after="0"/>
            </w:pPr>
            <w:r>
              <w:rPr>
                <w:color w:val="000000"/>
              </w:rPr>
              <w:t>[1 a 5]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183BD2" w14:paraId="36266B5C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7D97F0" w14:textId="77777777" w:rsidR="00E3143D" w:rsidRDefault="00D40215">
            <w:r w:rsidRPr="00951553">
              <w:rPr>
                <w:lang w:val="es-CO"/>
              </w:rPr>
              <w:t>INSTRUCCIONES: diligencie mínimo uno (1) y máximo cinco (5) contratos ejecutados y terminados antes del cierre. Anexe certificaciones, actas de terminación, recibo a satisfacción o liquidación y, cuando sea necesario, contratos, actas o documentos complementarios. Los soportes deben permitir verificar partes, objeto y alcance, actividades y especialidades ejecutadas, fechas, valores, área cuando aplique, porcentaje de participación, terminación o recibo, calificación de calidad cuando exista, datos de conta</w:t>
            </w:r>
            <w:r w:rsidRPr="00951553">
              <w:rPr>
                <w:lang w:val="es-CO"/>
              </w:rPr>
              <w:t xml:space="preserve">cto, fecha de expedición y firma. </w:t>
            </w:r>
            <w:r>
              <w:t xml:space="preserve">Use </w:t>
            </w:r>
            <w:proofErr w:type="spellStart"/>
            <w:r>
              <w:t>valores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pesos colombianos.</w:t>
            </w:r>
          </w:p>
        </w:tc>
      </w:tr>
    </w:tbl>
    <w:p w14:paraId="7AF1700D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1. DECLARACIÓN DE CUMPLIMIENTO HABILITANTE</w:t>
      </w:r>
    </w:p>
    <w:tbl>
      <w:tblPr>
        <w:tblW w:w="1857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9936"/>
        <w:gridCol w:w="1490"/>
        <w:gridCol w:w="3544"/>
      </w:tblGrid>
      <w:tr w:rsidR="00183BD2" w14:paraId="615F8EF8" w14:textId="77777777" w:rsidTr="002F4B4D">
        <w:trPr>
          <w:tblHeader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49571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</w:rPr>
              <w:t>Ítem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C5C71F" w14:textId="77777777" w:rsidR="00183BD2" w:rsidRPr="00E442B9" w:rsidRDefault="00D40215">
            <w:pPr>
              <w:spacing w:after="0"/>
              <w:jc w:val="center"/>
              <w:rPr>
                <w:lang w:val="es-CO"/>
              </w:rPr>
            </w:pPr>
            <w:r w:rsidRPr="00E442B9">
              <w:rPr>
                <w:b/>
                <w:color w:val="FFFFFF"/>
                <w:lang w:val="es-CO"/>
              </w:rPr>
              <w:t>Condición declarada por el proponente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74DD82" w14:textId="77777777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Cumple</w:t>
            </w:r>
            <w:proofErr w:type="spellEnd"/>
            <w:r>
              <w:rPr>
                <w:b/>
                <w:color w:val="FFFFFF"/>
              </w:rPr>
              <w:t xml:space="preserve"> S/N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06297A0" w14:textId="7D64D513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Observación</w:t>
            </w:r>
            <w:proofErr w:type="spellEnd"/>
            <w:r>
              <w:rPr>
                <w:b/>
                <w:color w:val="FFFFFF"/>
              </w:rPr>
              <w:t xml:space="preserve"> del </w:t>
            </w:r>
            <w:r w:rsidR="00951553">
              <w:rPr>
                <w:b/>
                <w:color w:val="FFFFFF"/>
              </w:rPr>
              <w:t>proponent / Folio</w:t>
            </w:r>
            <w:r w:rsidR="007A6FD8">
              <w:rPr>
                <w:b/>
                <w:color w:val="FFFFFF"/>
              </w:rPr>
              <w:t>s</w:t>
            </w:r>
          </w:p>
        </w:tc>
      </w:tr>
      <w:tr w:rsidR="00183BD2" w14:paraId="20FAE18E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9FCA2A1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F7B6E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Los contratos tienen por objeto o alcance estudios y diseños para construcción, adecuación, ampliación, remodelación, modernización o reforma de edificaciones institucionales, administrativas, corporativas, comerciales, dotacionales o de oficinas.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2FBF03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BFB7CC" w14:textId="77777777" w:rsidR="00183BD2" w:rsidRDefault="00183BD2">
            <w:pPr>
              <w:spacing w:after="0"/>
            </w:pPr>
          </w:p>
        </w:tc>
      </w:tr>
      <w:tr w:rsidR="00183BD2" w14:paraId="76A57DB5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ABD343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D4808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En conjunto acreditan diseño arquitectónico o de interiores, elaboración o coordinación de diseños técnicos complementarios y coordinación interdisciplinaria.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5407BF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BA0D85" w14:textId="77777777" w:rsidR="00183BD2" w:rsidRDefault="00183BD2">
            <w:pPr>
              <w:spacing w:after="0"/>
            </w:pPr>
          </w:p>
        </w:tc>
      </w:tr>
      <w:tr w:rsidR="00183BD2" w14:paraId="2E3DF858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D47327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52765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Todos los contratos relacionados fueron ejecutados y terminados antes de la fecha de cierre del proceso.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91980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832562" w14:textId="77777777" w:rsidR="00183BD2" w:rsidRDefault="00183BD2">
            <w:pPr>
              <w:spacing w:after="0"/>
            </w:pPr>
          </w:p>
        </w:tc>
      </w:tr>
      <w:tr w:rsidR="00183BD2" w14:paraId="2F467A3D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6D1659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FF07A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La sumatoria reconocida es igual o superior a dos (2) veces el presupuesto oficial, expresado en SMMLV y ponderado por el porcentaje de participación asociativa.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D5A222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5B9AD9F" w14:textId="77777777" w:rsidR="00183BD2" w:rsidRDefault="00183BD2">
            <w:pPr>
              <w:spacing w:after="0"/>
            </w:pPr>
          </w:p>
        </w:tc>
      </w:tr>
      <w:tr w:rsidR="00183BD2" w14:paraId="59428A03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C48F5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17ADD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Los documentos anexos permiten verificar toda la información declarada en este formato.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4747B26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A5588A" w14:textId="77777777" w:rsidR="00183BD2" w:rsidRDefault="00183BD2">
            <w:pPr>
              <w:spacing w:after="0"/>
            </w:pPr>
          </w:p>
        </w:tc>
      </w:tr>
    </w:tbl>
    <w:p w14:paraId="68B573CC" w14:textId="5222153A" w:rsidR="00183BD2" w:rsidRDefault="00183BD2"/>
    <w:p w14:paraId="142849BB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1 -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5997079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A13EA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CECB36F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AC4FF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856C4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1424CE4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0B80C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591ADA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809F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54253A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441669C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0A5A1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2E7FE8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5ED9FDA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1A4D5B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C59AC1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E41F2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C8CEA2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00783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11CFB2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37D4A52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2BD2A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3E65B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D18ED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6110F7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097D018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D19A3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154AC1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E198D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BB06771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34E8CDF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B0DA69" w14:textId="571E871E" w:rsidR="00183BD2" w:rsidRPr="00844B4E" w:rsidRDefault="00844B4E">
            <w:pPr>
              <w:spacing w:after="0"/>
              <w:rPr>
                <w:lang w:val="es-CO"/>
              </w:rPr>
            </w:pPr>
            <w:r w:rsidRPr="001B397F">
              <w:rPr>
                <w:b/>
                <w:color w:val="000000"/>
              </w:rPr>
              <w:t xml:space="preserve">Exprese en </w:t>
            </w:r>
            <w:r w:rsidRPr="001B397F">
              <w:rPr>
                <w:b/>
                <w:color w:val="000000"/>
              </w:rPr>
              <w:t>SMMLV</w:t>
            </w:r>
            <w:r w:rsidRPr="001B397F">
              <w:rPr>
                <w:b/>
                <w:color w:val="000000"/>
              </w:rPr>
              <w:t xml:space="preserve"> el valor</w:t>
            </w:r>
            <w:r w:rsidR="001B397F" w:rsidRPr="001B397F">
              <w:rPr>
                <w:b/>
                <w:color w:val="000000"/>
              </w:rPr>
              <w:t xml:space="preserve">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AB7A85D" w14:textId="77777777" w:rsidR="00183BD2" w:rsidRDefault="00D40215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2C2D6C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B70FE0" w14:textId="77777777" w:rsidR="00183BD2" w:rsidRDefault="00D40215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7DD55B3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231F1B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12DEC9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F98EAD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E34B87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61A66CB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198A2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D6AC8C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667ED2E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8A5C455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69C38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37F2137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6ED9D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A7DDBA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469227C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E2AA6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EB02541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061F648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0CA5D4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429A1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Número de especialidades coordinadas: ______</w:t>
            </w:r>
          </w:p>
        </w:tc>
      </w:tr>
      <w:tr w:rsidR="00183BD2" w14:paraId="4B801F1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5FD9D7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350EA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08FA6A0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36A4C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Experiencia adicional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5D43B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Especialidades acreditadas: __________________________________________</w:t>
            </w:r>
          </w:p>
        </w:tc>
      </w:tr>
      <w:tr w:rsidR="00183BD2" w:rsidRPr="00951553" w14:paraId="43148EA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C2D6D4" w14:textId="542BB580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B316F2">
              <w:rPr>
                <w:b/>
                <w:color w:val="000000"/>
                <w:sz w:val="15"/>
                <w:lang w:val="es-CO"/>
              </w:rPr>
              <w:t>50</w:t>
            </w:r>
            <w:r w:rsidRPr="00E442B9">
              <w:rPr>
                <w:b/>
                <w:color w:val="000000"/>
                <w:sz w:val="15"/>
                <w:lang w:val="es-CO"/>
              </w:rPr>
              <w:t>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B84AA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5C67CBD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B1A065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63029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08563C0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033D7D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5AA41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03AFC53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4AD148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4B9C1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Certificación   ☐ Acta de terminación   ☐ Recibo a satisfacción   ☐ Liquidación   ☐ Contrato   ☐ Otros: ______</w:t>
            </w:r>
          </w:p>
        </w:tc>
      </w:tr>
      <w:tr w:rsidR="00183BD2" w:rsidRPr="00951553" w14:paraId="09051AB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2EBFC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80107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5C867C1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DDFA9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E3BAE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283711D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53A3C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BFA55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63B3212B" w14:textId="00953E59" w:rsidR="00183BD2" w:rsidRDefault="00183BD2"/>
    <w:p w14:paraId="4D99F9B7" w14:textId="77777777" w:rsidR="00E442B9" w:rsidRDefault="00E442B9">
      <w:pPr>
        <w:keepNext/>
        <w:pBdr>
          <w:bottom w:val="single" w:sz="12" w:space="3" w:color="92D050"/>
        </w:pBdr>
        <w:spacing w:before="140" w:after="80"/>
        <w:jc w:val="center"/>
        <w:rPr>
          <w:b/>
          <w:sz w:val="20"/>
        </w:rPr>
      </w:pPr>
    </w:p>
    <w:p w14:paraId="6A0C48D5" w14:textId="2AFD2C51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2 -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302500C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45307E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62A0FA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C666E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06725E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2885C25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9BBC8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9CE9B3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BE639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00C4AC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CB9C06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7D64D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934349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89088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A22E6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60E645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D15EF2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84818F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6B356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ED4E6C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0FC13D1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F4BA7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A1B1B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2C389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84A52C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308025C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504B8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6D72A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D41B88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30F6F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52D650B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36CD70" w14:textId="7A81ED87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7422B8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64CF4C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718A60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7381A13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E2DC5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42BAC01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727743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56081B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246F077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1297AB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51492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7564B93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7E854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ACC945E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6A2755B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22F988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CB9BDE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3B03B6C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10EF15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B0ADA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665254E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8763C8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0BBCA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Número de especialidades coordinadas: ______</w:t>
            </w:r>
          </w:p>
        </w:tc>
      </w:tr>
      <w:tr w:rsidR="00183BD2" w14:paraId="7EF60C5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90C948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86D06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3B2FDF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44F286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>Experiencia adicional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18D513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Especialidades acreditadas: __________________________________________</w:t>
            </w:r>
          </w:p>
        </w:tc>
      </w:tr>
      <w:tr w:rsidR="00183BD2" w:rsidRPr="00951553" w14:paraId="7DF3E34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C4B754" w14:textId="0E8D3BD4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7358E8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B9F4D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0979E8D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0640E71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98AB62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43185A1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E6DD5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C747C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1CD5BF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4590F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D7B87D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Certificación   ☐ Acta de terminación   ☐ Recibo a satisfacción   ☐ Liquidación   ☐ Contrato   ☐ Otros: ______</w:t>
            </w:r>
          </w:p>
        </w:tc>
      </w:tr>
      <w:tr w:rsidR="00183BD2" w:rsidRPr="00951553" w14:paraId="7E6DFF0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4CFFCC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FE0761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3276999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DCE9C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20199D1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6DBC456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EE9484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C445F2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6ABE8CCD" w14:textId="69960D13" w:rsidR="00183BD2" w:rsidRDefault="00183BD2"/>
    <w:p w14:paraId="2B2C8A56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3 -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0646AB1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C3D45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B6ECCC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A70EF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F73204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05B8BE3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1E001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F787A4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1B8B6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BEB1D3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557F8B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670F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098369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032365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71A1C5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33E2BE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EDE29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9BD33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7C3648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3B191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2B74D5D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27C8C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4EAEDF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97716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E69F29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1230425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3B786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86300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EE448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6E447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1CA92F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6E1FE7" w14:textId="2F8FB038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CADD5F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9B7A67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B382AE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39369F0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7F818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9A1162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99AC8D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7D6FCA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70FEC1D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7FB91D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ED8B1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0D6E9F2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85FE518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E4B133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14D1CCC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DCB31F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D0943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66E4694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AACCB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7D103A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12F0311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A8557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E45DD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Número de especialidades coordinadas: ______</w:t>
            </w:r>
          </w:p>
        </w:tc>
      </w:tr>
      <w:tr w:rsidR="00183BD2" w14:paraId="789A56A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97CCC5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9768C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5E356BB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FB3AC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Experiencia adicional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09E224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Especialidades acreditadas: __________________________________________</w:t>
            </w:r>
          </w:p>
        </w:tc>
      </w:tr>
      <w:tr w:rsidR="00183BD2" w:rsidRPr="00951553" w14:paraId="6433331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728095" w14:textId="4423012C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BBAEF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5AB70DF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3B9D2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09741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58D0C2C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9F896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66477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3E1FC8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CC18D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E1C8D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Certificación   ☐ Acta de terminación   ☐ Recibo a satisfacción   ☐ Liquidación   ☐ Contrato   ☐ Otros: ______</w:t>
            </w:r>
          </w:p>
        </w:tc>
      </w:tr>
      <w:tr w:rsidR="00183BD2" w:rsidRPr="00951553" w14:paraId="23BDECB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A1918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588A4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19DC4A6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82FB672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9771E8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7C9D9E0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1F7EA7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A4AA4B5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45C35591" w14:textId="3C807CC0" w:rsidR="00183BD2" w:rsidRDefault="00183BD2"/>
    <w:p w14:paraId="71B68758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4 -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57D05C3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733BD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CBB77F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4B377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9AAC49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4E4B62B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6F635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427F2F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515F6A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A54B6D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01AAD4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18248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23E6BD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FBD042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554A92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52A089C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76B91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7A76C9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FDB06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65274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01BDC76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D1D5C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404231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4034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BF6CCD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21A7A61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9830A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8E8BC0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94078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F1005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61CC2AD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9C4E2C" w14:textId="62D6B18E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6FCB33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D31582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DECD59F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6743194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94AADC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6BA692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E1F10D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4E95A89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360A4D0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2E8F85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448E0C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4B83BE3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3B051A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3F895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5B783BF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25435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lastRenderedPageBreak/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95F22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407BB88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A1D64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A6A103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685B6E3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639F22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9DCD81C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Número de especialidades coordinadas: ______</w:t>
            </w:r>
          </w:p>
        </w:tc>
      </w:tr>
      <w:tr w:rsidR="00183BD2" w14:paraId="11D2FCA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9FBE66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580C0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8FDEF9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3379C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Experiencia adicional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D35202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Especialidades acreditadas: __________________________________________</w:t>
            </w:r>
          </w:p>
        </w:tc>
      </w:tr>
      <w:tr w:rsidR="00183BD2" w:rsidRPr="00951553" w14:paraId="0FB723C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DD5E07" w14:textId="39C4A48E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6D1B2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675C947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E51C4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7AC17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5610D17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B8C02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B1262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48E6A36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41EB9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F82D1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Certificación   ☐ Acta de terminación   ☐ Recibo a satisfacción   ☐ Liquidación   ☐ Contrato   ☐ Otros: ______</w:t>
            </w:r>
          </w:p>
        </w:tc>
      </w:tr>
      <w:tr w:rsidR="00183BD2" w:rsidRPr="00951553" w14:paraId="24CC00B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743F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963DC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5199C66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4419A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995689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6B23EC9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5DF26E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2A2D9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5C377A66" w14:textId="283EAC57" w:rsidR="00183BD2" w:rsidRDefault="00183BD2"/>
    <w:p w14:paraId="575F8155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5 -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6588BB7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5F1716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980F87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6986DB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B687E9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550352C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8D1C4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81906D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8E82E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43FF768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58661B6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8BA23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D9FBFB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A49F4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7F517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6B2ADAE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36F77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C08C63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D68AFA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9E90E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4E5533A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1C545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DC5CA7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BDB64B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B35F1F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4750C03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5AA7BA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55CF04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F3AC2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51F92D5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29CB107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EB82E1" w14:textId="7CD0677F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08DDB7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2E5F37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07A17C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144D6BD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E42F619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E8139F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7457BD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AE144C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28C1608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300FB1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D6F6A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1145403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A0D830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92654E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01D289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BC965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E0F2E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6C79C0F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E1172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lastRenderedPageBreak/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424C66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03E6AAE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ED773D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042405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Número de especialidades coordinadas: ______</w:t>
            </w:r>
          </w:p>
        </w:tc>
      </w:tr>
      <w:tr w:rsidR="00183BD2" w14:paraId="28CA486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367C7D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529FD4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8BAB80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478C33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Experiencia adicional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DA6E0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Especialidades acreditadas: __________________________________________</w:t>
            </w:r>
          </w:p>
        </w:tc>
      </w:tr>
      <w:tr w:rsidR="00183BD2" w:rsidRPr="00951553" w14:paraId="7D9CA25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3225E7" w14:textId="4E7D7EEA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E4EE7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79DF331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0BF6E2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0B26E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4A1FA10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B70F43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D1290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07ABE6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72405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C1B5AE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Certificación   ☐ Acta de terminación   ☐ Recibo a satisfacción   ☐ Liquidación   ☐ Contrato   ☐ Otros: ______</w:t>
            </w:r>
          </w:p>
        </w:tc>
      </w:tr>
      <w:tr w:rsidR="00183BD2" w:rsidRPr="00951553" w14:paraId="2DEDA9D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FE6A27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F3D2E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6C6A1ED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98E450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7B90AE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308A330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2E8183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2B6339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40D3C17F" w14:textId="77777777" w:rsidR="00183BD2" w:rsidRPr="00E442B9" w:rsidRDefault="00D40215">
      <w:pPr>
        <w:keepNext/>
        <w:pBdr>
          <w:bottom w:val="single" w:sz="12" w:space="3" w:color="92D050"/>
        </w:pBdr>
        <w:spacing w:before="140" w:after="80"/>
        <w:jc w:val="center"/>
        <w:rPr>
          <w:lang w:val="es-CO"/>
        </w:rPr>
      </w:pPr>
      <w:r w:rsidRPr="00E442B9">
        <w:rPr>
          <w:b/>
          <w:sz w:val="20"/>
          <w:lang w:val="es-CO"/>
        </w:rPr>
        <w:t>2. CONSOLIDADO DE CONTRATOS Y CÁLCULO DE EXPERIENCIA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728"/>
        <w:gridCol w:w="3240"/>
        <w:gridCol w:w="1440"/>
        <w:gridCol w:w="1440"/>
        <w:gridCol w:w="1440"/>
        <w:gridCol w:w="1440"/>
        <w:gridCol w:w="1440"/>
        <w:gridCol w:w="1440"/>
        <w:gridCol w:w="1512"/>
      </w:tblGrid>
      <w:tr w:rsidR="00183BD2" w14:paraId="3A6D0498" w14:textId="77777777">
        <w:trPr>
          <w:tblHeader/>
          <w:jc w:val="center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B302F3" w14:textId="77777777" w:rsidR="00183BD2" w:rsidRDefault="00D40215">
            <w:pPr>
              <w:spacing w:after="0"/>
              <w:jc w:val="center"/>
            </w:pPr>
            <w:proofErr w:type="gramStart"/>
            <w:r>
              <w:rPr>
                <w:b/>
                <w:color w:val="FFFFFF"/>
                <w:sz w:val="13"/>
              </w:rPr>
              <w:t>N.º</w:t>
            </w:r>
            <w:proofErr w:type="gram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84E7A3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Contrato / contratante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B73D5E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Objeto y alcance pertinente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DBA213B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Inicio / fin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899A55B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Valor ejecutado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69747E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% participación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A6D6D8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Valor reconocido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8D0AD8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SMMLV reconocido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E5A303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 de espacio / área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1AB79D0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183BD2" w14:paraId="337D6C76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560181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8473E1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5E3331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DE97F8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78F5A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74414F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8FA5E65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043BB6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73619F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750CEA" w14:textId="77777777" w:rsidR="00183BD2" w:rsidRDefault="00183BD2">
            <w:pPr>
              <w:spacing w:after="0"/>
            </w:pPr>
          </w:p>
        </w:tc>
      </w:tr>
      <w:tr w:rsidR="00183BD2" w14:paraId="542756BA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DB6C394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7A075E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796BB4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25A7F7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FA984D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59612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0F1E2FA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9D4C4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857B71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DD8AEC" w14:textId="77777777" w:rsidR="00183BD2" w:rsidRDefault="00183BD2">
            <w:pPr>
              <w:spacing w:after="0"/>
            </w:pPr>
          </w:p>
        </w:tc>
      </w:tr>
      <w:tr w:rsidR="00183BD2" w14:paraId="7404EF99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36F2F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14B072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C1EBC3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7E9CA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4DE7BA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BF91AD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448227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41BFA6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6226F6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7D752B" w14:textId="77777777" w:rsidR="00183BD2" w:rsidRDefault="00183BD2">
            <w:pPr>
              <w:spacing w:after="0"/>
            </w:pPr>
          </w:p>
        </w:tc>
      </w:tr>
      <w:tr w:rsidR="00183BD2" w14:paraId="5EC1AE7A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68BFE2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963251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1538F2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368EDB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133376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AA0FC8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D2C444C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44ECE1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404257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3DCBD5" w14:textId="77777777" w:rsidR="00183BD2" w:rsidRDefault="00183BD2">
            <w:pPr>
              <w:spacing w:after="0"/>
            </w:pPr>
          </w:p>
        </w:tc>
      </w:tr>
      <w:tr w:rsidR="00183BD2" w14:paraId="77936797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4F6127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4EDF0C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BCFACF2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2A94BB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198BB7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B5C0BBB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3B06C9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801E9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2365D2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05FBA2" w14:textId="77777777" w:rsidR="00183BD2" w:rsidRDefault="00183BD2">
            <w:pPr>
              <w:spacing w:after="0"/>
            </w:pPr>
          </w:p>
        </w:tc>
      </w:tr>
      <w:tr w:rsidR="00183BD2" w14:paraId="0390D11F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FA01B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Suma experiencia válida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20BF0B" w14:textId="77777777" w:rsidR="00183BD2" w:rsidRDefault="00D40215">
            <w:pPr>
              <w:spacing w:after="0"/>
            </w:pPr>
            <w:r>
              <w:rPr>
                <w:color w:val="000000"/>
              </w:rPr>
              <w:t>[__________] SMMLV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4DE2A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Presupuesto oficial (IVA incluido)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FE3DAD" w14:textId="77777777" w:rsidR="00183BD2" w:rsidRDefault="00D40215">
            <w:pPr>
              <w:spacing w:after="0"/>
            </w:pPr>
            <w:r>
              <w:rPr>
                <w:color w:val="000000"/>
              </w:rPr>
              <w:t>$724.939.669</w:t>
            </w:r>
          </w:p>
        </w:tc>
      </w:tr>
      <w:tr w:rsidR="00183BD2" w14:paraId="5134791D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B3395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Mínimo exigido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ACEAAC" w14:textId="0DD1A9F1" w:rsidR="00183BD2" w:rsidRDefault="00D40215">
            <w:pPr>
              <w:spacing w:after="0"/>
            </w:pPr>
            <w:r>
              <w:rPr>
                <w:color w:val="000000"/>
              </w:rPr>
              <w:t xml:space="preserve">2 × </w:t>
            </w:r>
            <w:proofErr w:type="spellStart"/>
            <w:r>
              <w:rPr>
                <w:color w:val="000000"/>
              </w:rPr>
              <w:t>presupuesto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oficial</w:t>
            </w:r>
            <w:proofErr w:type="spellEnd"/>
            <w:r>
              <w:rPr>
                <w:color w:val="000000"/>
              </w:rPr>
              <w:t xml:space="preserve"> = </w:t>
            </w:r>
            <w:r w:rsidR="00F63D2B">
              <w:rPr>
                <w:color w:val="000000"/>
              </w:rPr>
              <w:t>1</w:t>
            </w:r>
            <w:r w:rsidR="002F150C">
              <w:rPr>
                <w:color w:val="000000"/>
              </w:rPr>
              <w:t>.</w:t>
            </w:r>
            <w:r w:rsidR="00F63D2B">
              <w:rPr>
                <w:color w:val="000000"/>
              </w:rPr>
              <w:t>449</w:t>
            </w:r>
            <w:r w:rsidR="002F150C">
              <w:rPr>
                <w:color w:val="000000"/>
              </w:rPr>
              <w:t>.879.338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FB3974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¿La suma cumple el mínimo?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C08ED6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0D43CF86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17316A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lang w:val="es-CO"/>
              </w:rPr>
              <w:t>Contrato de estudio de grabación, set o auditorio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CF8E38" w14:textId="77777777" w:rsidR="00183BD2" w:rsidRDefault="00D40215">
            <w:pPr>
              <w:spacing w:after="0"/>
            </w:pPr>
            <w:proofErr w:type="spellStart"/>
            <w:r>
              <w:rPr>
                <w:color w:val="000000"/>
              </w:rPr>
              <w:t>Contrato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N.º</w:t>
            </w:r>
            <w:proofErr w:type="gramEnd"/>
            <w:r>
              <w:rPr>
                <w:color w:val="000000"/>
              </w:rPr>
              <w:t xml:space="preserve"> [____]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8FC49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75FBA6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6410026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7CEE57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Experiencia adicional en coordinación interdisciplinaria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D07551" w14:textId="77777777" w:rsidR="00183BD2" w:rsidRDefault="00D40215">
            <w:pPr>
              <w:spacing w:after="0"/>
            </w:pPr>
            <w:proofErr w:type="spellStart"/>
            <w:r>
              <w:rPr>
                <w:color w:val="000000"/>
              </w:rPr>
              <w:t>Contrato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N.º</w:t>
            </w:r>
            <w:proofErr w:type="gramEnd"/>
            <w:r>
              <w:rPr>
                <w:color w:val="000000"/>
              </w:rPr>
              <w:t xml:space="preserve"> [____]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318C0E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lang w:val="es-CO"/>
              </w:rPr>
              <w:t>¿Acredita dos (2) años adicionales de coordinación interdisciplinaria?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D6B095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113ACED7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6AF783C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Área acreditada del estudio de grabación, set o auditorio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A48C1C" w14:textId="77777777" w:rsidR="00183BD2" w:rsidRDefault="00D40215">
            <w:pPr>
              <w:spacing w:after="0"/>
            </w:pPr>
            <w:r>
              <w:rPr>
                <w:color w:val="000000"/>
              </w:rPr>
              <w:t>[__________] m²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9FE0BE" w14:textId="26FAAB25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 xml:space="preserve">¿Es igual o superior a </w:t>
            </w:r>
            <w:r w:rsidR="002806A7">
              <w:rPr>
                <w:b/>
                <w:color w:val="000000"/>
                <w:lang w:val="es-CO"/>
              </w:rPr>
              <w:t>5</w:t>
            </w:r>
            <w:r w:rsidRPr="00E442B9">
              <w:rPr>
                <w:b/>
                <w:color w:val="000000"/>
                <w:lang w:val="es-CO"/>
              </w:rPr>
              <w:t>00 m²?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B7DB94F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183BD2" w:rsidRPr="002806A7" w14:paraId="4728535B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1DB7FE" w14:textId="77DE8F4F" w:rsidR="00183BD2" w:rsidRPr="002806A7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lang w:val="es-CO"/>
              </w:rPr>
              <w:lastRenderedPageBreak/>
              <w:t xml:space="preserve">CÁLCULO: experiencia reconocida en SMMLV = (valor ejecutado × porcentaje de participación) / SMMLV del año de terminación. PUNTAJE: el mínimo habilita y no puntúa; 100 puntos por dos (2) años adicionales de coordinación interdisciplinaria; y 100 puntos por un contrato de estudio de grabación, set o auditorio con área igual o superior a </w:t>
            </w:r>
            <w:r w:rsidR="002806A7">
              <w:rPr>
                <w:color w:val="000000"/>
                <w:lang w:val="es-CO"/>
              </w:rPr>
              <w:t>5</w:t>
            </w:r>
            <w:r w:rsidRPr="00E442B9">
              <w:rPr>
                <w:color w:val="000000"/>
                <w:lang w:val="es-CO"/>
              </w:rPr>
              <w:t>00 m². Máximo: 200 puntos.</w:t>
            </w:r>
          </w:p>
        </w:tc>
      </w:tr>
    </w:tbl>
    <w:p w14:paraId="711299DB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3. DECLARACIÓN Y FIRMA</w:t>
      </w:r>
    </w:p>
    <w:p w14:paraId="71A5518E" w14:textId="77777777" w:rsidR="00183BD2" w:rsidRPr="00E442B9" w:rsidRDefault="00D40215">
      <w:pPr>
        <w:jc w:val="both"/>
        <w:rPr>
          <w:lang w:val="es-CO"/>
        </w:rPr>
      </w:pPr>
      <w:r w:rsidRPr="00E442B9">
        <w:rPr>
          <w:lang w:val="es-CO"/>
        </w:rPr>
        <w:t>Bajo la gravedad de juramento declaro que la información consignada es completa, exacta y verificable; que los contratos fueron ejecutados y terminados antes del cierre; que los valores y porcentajes corresponden a los soportes anexos; y que autorizo a Teleantioquia a verificar la información con los contratantes y fuentes competentes.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7200"/>
      </w:tblGrid>
      <w:tr w:rsidR="00183BD2" w14:paraId="780FCBF8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E369D1C" w14:textId="77777777" w:rsidR="00183BD2" w:rsidRPr="00E442B9" w:rsidRDefault="00D40215">
            <w:pPr>
              <w:spacing w:after="0"/>
              <w:jc w:val="center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Nombre del proponente / representante legal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3623FF" w14:textId="77777777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</w:rPr>
              <w:t>Firma</w:t>
            </w:r>
            <w:proofErr w:type="spellEnd"/>
          </w:p>
        </w:tc>
      </w:tr>
      <w:tr w:rsidR="00183BD2" w14:paraId="69C43D26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10DD3C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</w:rPr>
              <w:t>[Nombre completo]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040F1A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________________________________________</w:t>
            </w:r>
          </w:p>
        </w:tc>
      </w:tr>
      <w:tr w:rsidR="00183BD2" w14:paraId="6AAFAC6D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6AB971" w14:textId="77777777" w:rsidR="00183BD2" w:rsidRDefault="00D40215">
            <w:pPr>
              <w:spacing w:after="0"/>
            </w:pPr>
            <w:r>
              <w:rPr>
                <w:color w:val="000000"/>
              </w:rPr>
              <w:t>C.C. / NIT: [número]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58E757" w14:textId="77777777" w:rsidR="00183BD2" w:rsidRDefault="00D40215">
            <w:pPr>
              <w:spacing w:after="0"/>
            </w:pPr>
            <w:r>
              <w:rPr>
                <w:color w:val="000000"/>
              </w:rPr>
              <w:t>Fecha: [DD/MM/AAAA]</w:t>
            </w:r>
          </w:p>
        </w:tc>
      </w:tr>
      <w:tr w:rsidR="00183BD2" w14:paraId="6B8517D8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76B7CC" w14:textId="77777777" w:rsidR="00183BD2" w:rsidRDefault="00D40215">
            <w:pPr>
              <w:spacing w:after="0"/>
            </w:pPr>
            <w:r>
              <w:rPr>
                <w:color w:val="000000"/>
              </w:rPr>
              <w:t>Correo: [correo]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760406" w14:textId="77777777" w:rsidR="00183BD2" w:rsidRDefault="00D40215">
            <w:pPr>
              <w:spacing w:after="0"/>
            </w:pPr>
            <w:r>
              <w:rPr>
                <w:color w:val="000000"/>
              </w:rPr>
              <w:t>Teléfono: [número]</w:t>
            </w:r>
          </w:p>
        </w:tc>
      </w:tr>
    </w:tbl>
    <w:p w14:paraId="145433E1" w14:textId="77777777" w:rsidR="00C84EC5" w:rsidRDefault="00C84EC5"/>
    <w:sectPr w:rsidR="00C84EC5" w:rsidSect="002F4B4D">
      <w:headerReference w:type="default" r:id="rId8"/>
      <w:footerReference w:type="default" r:id="rId9"/>
      <w:pgSz w:w="20160" w:h="12240" w:orient="landscape"/>
      <w:pgMar w:top="1873" w:right="720" w:bottom="792" w:left="720" w:header="317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1C3F3" w14:textId="77777777" w:rsidR="00D40215" w:rsidRDefault="00D40215">
      <w:pPr>
        <w:spacing w:after="0"/>
      </w:pPr>
      <w:r>
        <w:separator/>
      </w:r>
    </w:p>
  </w:endnote>
  <w:endnote w:type="continuationSeparator" w:id="0">
    <w:p w14:paraId="4B0AC547" w14:textId="77777777" w:rsidR="00D40215" w:rsidRDefault="00D402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B3C63" w14:textId="40677207" w:rsidR="00183BD2" w:rsidRDefault="00183BD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F56A5" w14:textId="77777777" w:rsidR="00D40215" w:rsidRDefault="00D40215">
      <w:pPr>
        <w:spacing w:after="0"/>
      </w:pPr>
      <w:r>
        <w:separator/>
      </w:r>
    </w:p>
  </w:footnote>
  <w:footnote w:type="continuationSeparator" w:id="0">
    <w:p w14:paraId="7D4469B0" w14:textId="77777777" w:rsidR="00D40215" w:rsidRDefault="00D402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DC843" w14:textId="77777777" w:rsidR="00183BD2" w:rsidRDefault="00183BD2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  <w:gridCol w:w="4752"/>
    </w:tblGrid>
    <w:tr w:rsidR="00183BD2" w:rsidRPr="00951553" w14:paraId="1EEDC3E9" w14:textId="77777777">
      <w:trPr>
        <w:jc w:val="center"/>
      </w:trPr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</w:tcPr>
        <w:p w14:paraId="10586119" w14:textId="77777777" w:rsidR="00183BD2" w:rsidRDefault="00D40215">
          <w:pPr>
            <w:jc w:val="center"/>
          </w:pPr>
          <w:r>
            <w:rPr>
              <w:noProof/>
            </w:rPr>
            <w:drawing>
              <wp:inline distT="0" distB="0" distL="0" distR="0" wp14:anchorId="7F9E8A56" wp14:editId="002E0094">
                <wp:extent cx="1417320" cy="28584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85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  <w:vAlign w:val="center"/>
        </w:tcPr>
        <w:p w14:paraId="2991BCBF" w14:textId="77777777" w:rsidR="00183BD2" w:rsidRPr="007358E8" w:rsidRDefault="00D40215">
          <w:pPr>
            <w:spacing w:after="0"/>
            <w:jc w:val="center"/>
            <w:rPr>
              <w:lang w:val="es-CO"/>
            </w:rPr>
          </w:pPr>
          <w:r w:rsidRPr="007358E8">
            <w:rPr>
              <w:b/>
              <w:color w:val="000000"/>
              <w:sz w:val="22"/>
              <w:lang w:val="es-CO"/>
            </w:rPr>
            <w:t>FORMATO 3</w:t>
          </w:r>
          <w:r w:rsidRPr="007358E8">
            <w:rPr>
              <w:b/>
              <w:color w:val="000000"/>
              <w:sz w:val="22"/>
              <w:lang w:val="es-CO"/>
            </w:rPr>
            <w:br/>
            <w:t>EXPERIENCIA ESPECÍFICA DEL PROPONENTE</w:t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</w:tcPr>
        <w:p w14:paraId="5702BBDC" w14:textId="4F9CAF95" w:rsidR="00183BD2" w:rsidRPr="007358E8" w:rsidRDefault="00D40215">
          <w:pPr>
            <w:rPr>
              <w:lang w:val="es-CO"/>
            </w:rPr>
          </w:pPr>
          <w:r w:rsidRPr="007358E8">
            <w:rPr>
              <w:b/>
              <w:sz w:val="17"/>
              <w:lang w:val="es-CO"/>
            </w:rPr>
            <w:t xml:space="preserve">Código: </w:t>
          </w:r>
          <w:r w:rsidRPr="007358E8">
            <w:rPr>
              <w:sz w:val="17"/>
              <w:lang w:val="es-CO"/>
            </w:rPr>
            <w:t>FO-7020XX</w:t>
          </w:r>
          <w:r w:rsidRPr="007358E8">
            <w:rPr>
              <w:b/>
              <w:sz w:val="17"/>
              <w:lang w:val="es-CO"/>
            </w:rPr>
            <w:br/>
            <w:t xml:space="preserve">Versión: </w:t>
          </w:r>
          <w:r w:rsidRPr="007358E8">
            <w:rPr>
              <w:sz w:val="17"/>
              <w:lang w:val="es-CO"/>
            </w:rPr>
            <w:t>01</w:t>
          </w:r>
          <w:r w:rsidRPr="007358E8">
            <w:rPr>
              <w:b/>
              <w:sz w:val="17"/>
              <w:lang w:val="es-CO"/>
            </w:rPr>
            <w:br/>
            <w:t xml:space="preserve">Fecha: </w:t>
          </w:r>
          <w:r w:rsidRPr="007358E8">
            <w:rPr>
              <w:sz w:val="17"/>
              <w:lang w:val="es-CO"/>
            </w:rPr>
            <w:t>__/__/2026</w:t>
          </w:r>
          <w:r w:rsidRPr="007358E8">
            <w:rPr>
              <w:b/>
              <w:sz w:val="17"/>
              <w:lang w:val="es-CO"/>
            </w:rPr>
            <w:br/>
            <w:t xml:space="preserve">Página </w:t>
          </w:r>
          <w:r>
            <w:fldChar w:fldCharType="begin"/>
          </w:r>
          <w:r w:rsidRPr="007358E8">
            <w:rPr>
              <w:lang w:val="es-CO"/>
            </w:rPr>
            <w:instrText>PAGE</w:instrText>
          </w:r>
          <w:r>
            <w:fldChar w:fldCharType="separate"/>
          </w:r>
          <w:r w:rsidR="007358E8" w:rsidRPr="007358E8">
            <w:rPr>
              <w:noProof/>
              <w:lang w:val="es-CO"/>
            </w:rPr>
            <w:t>1</w:t>
          </w:r>
          <w:r>
            <w:fldChar w:fldCharType="end"/>
          </w:r>
          <w:r w:rsidRPr="007358E8">
            <w:rPr>
              <w:sz w:val="17"/>
              <w:lang w:val="es-CO"/>
            </w:rPr>
            <w:t xml:space="preserve"> de </w:t>
          </w:r>
          <w:r>
            <w:fldChar w:fldCharType="begin"/>
          </w:r>
          <w:r w:rsidRPr="007358E8">
            <w:rPr>
              <w:lang w:val="es-CO"/>
            </w:rPr>
            <w:instrText>NUMPAGES</w:instrText>
          </w:r>
          <w:r>
            <w:fldChar w:fldCharType="separate"/>
          </w:r>
          <w:r w:rsidR="007358E8" w:rsidRPr="007358E8">
            <w:rPr>
              <w:noProof/>
              <w:lang w:val="es-CO"/>
            </w:rPr>
            <w:t>2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3748384">
    <w:abstractNumId w:val="8"/>
  </w:num>
  <w:num w:numId="2" w16cid:durableId="1064992537">
    <w:abstractNumId w:val="6"/>
  </w:num>
  <w:num w:numId="3" w16cid:durableId="1082458726">
    <w:abstractNumId w:val="5"/>
  </w:num>
  <w:num w:numId="4" w16cid:durableId="820075931">
    <w:abstractNumId w:val="4"/>
  </w:num>
  <w:num w:numId="5" w16cid:durableId="894244232">
    <w:abstractNumId w:val="7"/>
  </w:num>
  <w:num w:numId="6" w16cid:durableId="1020815359">
    <w:abstractNumId w:val="3"/>
  </w:num>
  <w:num w:numId="7" w16cid:durableId="644165098">
    <w:abstractNumId w:val="2"/>
  </w:num>
  <w:num w:numId="8" w16cid:durableId="1580558128">
    <w:abstractNumId w:val="1"/>
  </w:num>
  <w:num w:numId="9" w16cid:durableId="8665998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BD2"/>
    <w:rsid w:val="001B397F"/>
    <w:rsid w:val="002806A7"/>
    <w:rsid w:val="0029639D"/>
    <w:rsid w:val="002F150C"/>
    <w:rsid w:val="002F4B4D"/>
    <w:rsid w:val="00326F90"/>
    <w:rsid w:val="0058219E"/>
    <w:rsid w:val="007358E8"/>
    <w:rsid w:val="007A6FD8"/>
    <w:rsid w:val="0080003C"/>
    <w:rsid w:val="00844B4E"/>
    <w:rsid w:val="00877FA8"/>
    <w:rsid w:val="00951553"/>
    <w:rsid w:val="00AA1D8D"/>
    <w:rsid w:val="00B316F2"/>
    <w:rsid w:val="00B47730"/>
    <w:rsid w:val="00C84EC5"/>
    <w:rsid w:val="00CB0664"/>
    <w:rsid w:val="00D40215"/>
    <w:rsid w:val="00E3143D"/>
    <w:rsid w:val="00E442B9"/>
    <w:rsid w:val="00F63D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1953</Words>
  <Characters>12871</Characters>
  <Application>Microsoft Office Word</Application>
  <DocSecurity>0</DocSecurity>
  <Lines>514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12</cp:revision>
  <dcterms:created xsi:type="dcterms:W3CDTF">2026-08-26T00:29:00Z</dcterms:created>
  <dcterms:modified xsi:type="dcterms:W3CDTF">2026-08-31T23:36:00Z</dcterms:modified>
  <cp:category/>
</cp:coreProperties>
</file>