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pPr w:leftFromText="141" w:rightFromText="141" w:vertAnchor="page" w:horzAnchor="margin" w:tblpXSpec="center" w:tblpY="1785"/>
        <w:tblW w:w="9542" w:type="dxa"/>
        <w:tblLook w:val="04A0" w:firstRow="1" w:lastRow="0" w:firstColumn="1" w:lastColumn="0" w:noHBand="0" w:noVBand="1"/>
      </w:tblPr>
      <w:tblGrid>
        <w:gridCol w:w="3033"/>
        <w:gridCol w:w="6509"/>
      </w:tblGrid>
      <w:tr w:rsidR="005C199F" w:rsidRPr="003A0A9C" w14:paraId="269121AE" w14:textId="77777777" w:rsidTr="00100D64">
        <w:trPr>
          <w:cantSplit/>
        </w:trPr>
        <w:tc>
          <w:tcPr>
            <w:tcW w:w="3033" w:type="dxa"/>
            <w:tcBorders>
              <w:top w:val="single" w:sz="6" w:space="0" w:color="000000"/>
              <w:left w:val="single" w:sz="6" w:space="0" w:color="000000"/>
              <w:bottom w:val="single" w:sz="6" w:space="0" w:color="000000"/>
              <w:right w:val="single" w:sz="6" w:space="0" w:color="000000"/>
            </w:tcBorders>
            <w:shd w:val="clear" w:color="auto" w:fill="92D050"/>
            <w:tcMar>
              <w:top w:w="75" w:type="dxa"/>
              <w:left w:w="95" w:type="dxa"/>
              <w:bottom w:w="75" w:type="dxa"/>
              <w:right w:w="95" w:type="dxa"/>
            </w:tcMar>
            <w:vAlign w:val="center"/>
          </w:tcPr>
          <w:p w14:paraId="1ABCF623" w14:textId="77777777" w:rsidR="005C199F" w:rsidRPr="003A0A9C" w:rsidRDefault="005C199F" w:rsidP="005C199F">
            <w:pPr>
              <w:spacing w:after="0" w:line="240" w:lineRule="auto"/>
              <w:rPr>
                <w:sz w:val="22"/>
                <w:lang w:val="es-ES"/>
              </w:rPr>
            </w:pPr>
            <w:r w:rsidRPr="003A0A9C">
              <w:rPr>
                <w:b/>
                <w:sz w:val="22"/>
                <w:lang w:val="es-ES"/>
              </w:rPr>
              <w:t>Ciudad y fecha</w:t>
            </w:r>
          </w:p>
        </w:tc>
        <w:tc>
          <w:tcPr>
            <w:tcW w:w="6509"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5E3B5DFA" w14:textId="0A029F66" w:rsidR="005C199F" w:rsidRPr="003A0A9C" w:rsidRDefault="00897BBA" w:rsidP="005C199F">
            <w:pPr>
              <w:spacing w:after="0" w:line="240" w:lineRule="auto"/>
              <w:rPr>
                <w:sz w:val="22"/>
                <w:lang w:val="es-ES"/>
              </w:rPr>
            </w:pPr>
            <w:r w:rsidRPr="003A0A9C">
              <w:rPr>
                <w:sz w:val="22"/>
                <w:lang w:val="es-ES"/>
              </w:rPr>
              <w:t xml:space="preserve">Medellín, </w:t>
            </w:r>
            <w:r w:rsidR="004619F6" w:rsidRPr="003A0A9C">
              <w:rPr>
                <w:sz w:val="22"/>
                <w:lang w:val="es-ES"/>
              </w:rPr>
              <w:t>[fecha].</w:t>
            </w:r>
          </w:p>
        </w:tc>
      </w:tr>
      <w:tr w:rsidR="005C199F" w:rsidRPr="001A691C" w14:paraId="663F4998" w14:textId="77777777" w:rsidTr="00100D64">
        <w:trPr>
          <w:cantSplit/>
        </w:trPr>
        <w:tc>
          <w:tcPr>
            <w:tcW w:w="3033" w:type="dxa"/>
            <w:tcBorders>
              <w:top w:val="single" w:sz="6" w:space="0" w:color="000000"/>
              <w:left w:val="single" w:sz="6" w:space="0" w:color="000000"/>
              <w:bottom w:val="single" w:sz="6" w:space="0" w:color="000000"/>
              <w:right w:val="single" w:sz="6" w:space="0" w:color="000000"/>
            </w:tcBorders>
            <w:shd w:val="clear" w:color="auto" w:fill="92D050"/>
            <w:tcMar>
              <w:top w:w="75" w:type="dxa"/>
              <w:left w:w="95" w:type="dxa"/>
              <w:bottom w:w="75" w:type="dxa"/>
              <w:right w:w="95" w:type="dxa"/>
            </w:tcMar>
            <w:vAlign w:val="center"/>
          </w:tcPr>
          <w:p w14:paraId="28C5CC3B" w14:textId="77777777" w:rsidR="005C199F" w:rsidRPr="003A0A9C" w:rsidRDefault="005C199F" w:rsidP="005C199F">
            <w:pPr>
              <w:spacing w:after="0" w:line="240" w:lineRule="auto"/>
              <w:rPr>
                <w:sz w:val="22"/>
                <w:lang w:val="es-ES"/>
              </w:rPr>
            </w:pPr>
            <w:r w:rsidRPr="003A0A9C">
              <w:rPr>
                <w:b/>
                <w:sz w:val="22"/>
                <w:lang w:val="es-ES"/>
              </w:rPr>
              <w:t>Proceso</w:t>
            </w:r>
          </w:p>
        </w:tc>
        <w:tc>
          <w:tcPr>
            <w:tcW w:w="6509"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4738B9DE" w14:textId="77777777" w:rsidR="005C199F" w:rsidRPr="003A0A9C" w:rsidRDefault="005C199F" w:rsidP="005C199F">
            <w:pPr>
              <w:spacing w:after="0" w:line="240" w:lineRule="auto"/>
              <w:rPr>
                <w:sz w:val="22"/>
                <w:lang w:val="es-ES"/>
              </w:rPr>
            </w:pPr>
            <w:r w:rsidRPr="003A0A9C">
              <w:rPr>
                <w:sz w:val="22"/>
                <w:lang w:val="es-ES"/>
              </w:rPr>
              <w:t>Invitación Pública N.º IP-45-2026</w:t>
            </w:r>
          </w:p>
        </w:tc>
      </w:tr>
      <w:tr w:rsidR="005C199F" w:rsidRPr="001A691C" w14:paraId="47512A47" w14:textId="77777777" w:rsidTr="00100D64">
        <w:trPr>
          <w:cantSplit/>
        </w:trPr>
        <w:tc>
          <w:tcPr>
            <w:tcW w:w="3033" w:type="dxa"/>
            <w:tcBorders>
              <w:top w:val="single" w:sz="6" w:space="0" w:color="000000"/>
              <w:left w:val="single" w:sz="6" w:space="0" w:color="000000"/>
              <w:bottom w:val="single" w:sz="6" w:space="0" w:color="000000"/>
              <w:right w:val="single" w:sz="6" w:space="0" w:color="000000"/>
            </w:tcBorders>
            <w:shd w:val="clear" w:color="auto" w:fill="92D050"/>
            <w:tcMar>
              <w:top w:w="75" w:type="dxa"/>
              <w:left w:w="95" w:type="dxa"/>
              <w:bottom w:w="75" w:type="dxa"/>
              <w:right w:w="95" w:type="dxa"/>
            </w:tcMar>
            <w:vAlign w:val="center"/>
          </w:tcPr>
          <w:p w14:paraId="24F74528" w14:textId="77777777" w:rsidR="005C199F" w:rsidRPr="003A0A9C" w:rsidRDefault="005C199F" w:rsidP="005C199F">
            <w:pPr>
              <w:spacing w:after="0" w:line="240" w:lineRule="auto"/>
              <w:rPr>
                <w:sz w:val="22"/>
                <w:lang w:val="es-ES"/>
              </w:rPr>
            </w:pPr>
            <w:r w:rsidRPr="003A0A9C">
              <w:rPr>
                <w:b/>
                <w:sz w:val="22"/>
                <w:lang w:val="es-ES"/>
              </w:rPr>
              <w:t>Objeto</w:t>
            </w:r>
          </w:p>
        </w:tc>
        <w:tc>
          <w:tcPr>
            <w:tcW w:w="6509"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3E2732CF" w14:textId="77777777" w:rsidR="005B6141" w:rsidRPr="00D72701" w:rsidRDefault="00000000" w:rsidP="00100D64">
            <w:pPr>
              <w:jc w:val="both"/>
              <w:rPr>
                <w:lang w:val="es-CO"/>
              </w:rPr>
            </w:pPr>
            <w:r w:rsidRPr="00D72701">
              <w:rPr>
                <w:lang w:val="es-CO"/>
              </w:rPr>
              <w:t>Contratar la elaboración y coordinación integral de los estudios y diseños arquitectónicos y técnicos para la adecuación, modernización y optimización de las instalaciones de Teleantioquia, incluyendo presupuesto, programación y acompañamiento técnico durante la ejecución de la obra.</w:t>
            </w:r>
          </w:p>
        </w:tc>
      </w:tr>
      <w:tr w:rsidR="005C199F" w:rsidRPr="003A0A9C" w14:paraId="2115AB11" w14:textId="77777777" w:rsidTr="00100D64">
        <w:trPr>
          <w:cantSplit/>
        </w:trPr>
        <w:tc>
          <w:tcPr>
            <w:tcW w:w="3033" w:type="dxa"/>
            <w:tcBorders>
              <w:top w:val="single" w:sz="6" w:space="0" w:color="000000"/>
              <w:left w:val="single" w:sz="6" w:space="0" w:color="000000"/>
              <w:bottom w:val="single" w:sz="6" w:space="0" w:color="000000"/>
              <w:right w:val="single" w:sz="6" w:space="0" w:color="000000"/>
            </w:tcBorders>
            <w:shd w:val="clear" w:color="auto" w:fill="92D050"/>
            <w:tcMar>
              <w:top w:w="75" w:type="dxa"/>
              <w:left w:w="95" w:type="dxa"/>
              <w:bottom w:w="75" w:type="dxa"/>
              <w:right w:w="95" w:type="dxa"/>
            </w:tcMar>
            <w:vAlign w:val="center"/>
          </w:tcPr>
          <w:p w14:paraId="0FCFB60B" w14:textId="77777777" w:rsidR="005C199F" w:rsidRPr="003A0A9C" w:rsidRDefault="005C199F" w:rsidP="005C199F">
            <w:pPr>
              <w:spacing w:after="0" w:line="240" w:lineRule="auto"/>
              <w:rPr>
                <w:sz w:val="22"/>
                <w:lang w:val="es-ES"/>
              </w:rPr>
            </w:pPr>
            <w:r w:rsidRPr="003A0A9C">
              <w:rPr>
                <w:b/>
                <w:sz w:val="22"/>
                <w:lang w:val="es-ES"/>
              </w:rPr>
              <w:t>Proponente</w:t>
            </w:r>
          </w:p>
        </w:tc>
        <w:tc>
          <w:tcPr>
            <w:tcW w:w="6509"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2E878C14" w14:textId="20E9C488" w:rsidR="005C199F" w:rsidRPr="003A0A9C" w:rsidRDefault="00897BBA" w:rsidP="005C199F">
            <w:pPr>
              <w:spacing w:after="0" w:line="240" w:lineRule="auto"/>
              <w:rPr>
                <w:sz w:val="22"/>
                <w:lang w:val="es-ES"/>
              </w:rPr>
            </w:pPr>
            <w:r w:rsidRPr="003A0A9C">
              <w:rPr>
                <w:sz w:val="22"/>
                <w:lang w:val="es-ES"/>
              </w:rPr>
              <w:t>[nombre completo]</w:t>
            </w:r>
          </w:p>
        </w:tc>
      </w:tr>
      <w:tr w:rsidR="005C199F" w:rsidRPr="003A0A9C" w14:paraId="4065E1F5" w14:textId="77777777" w:rsidTr="00100D64">
        <w:trPr>
          <w:cantSplit/>
        </w:trPr>
        <w:tc>
          <w:tcPr>
            <w:tcW w:w="3033" w:type="dxa"/>
            <w:tcBorders>
              <w:top w:val="single" w:sz="6" w:space="0" w:color="000000"/>
              <w:left w:val="single" w:sz="6" w:space="0" w:color="000000"/>
              <w:bottom w:val="single" w:sz="6" w:space="0" w:color="000000"/>
              <w:right w:val="single" w:sz="6" w:space="0" w:color="000000"/>
            </w:tcBorders>
            <w:shd w:val="clear" w:color="auto" w:fill="92D050"/>
            <w:tcMar>
              <w:top w:w="75" w:type="dxa"/>
              <w:left w:w="95" w:type="dxa"/>
              <w:bottom w:w="75" w:type="dxa"/>
              <w:right w:w="95" w:type="dxa"/>
            </w:tcMar>
            <w:vAlign w:val="center"/>
          </w:tcPr>
          <w:p w14:paraId="57506FCF" w14:textId="77777777" w:rsidR="005C199F" w:rsidRPr="003A0A9C" w:rsidRDefault="005C199F" w:rsidP="005C199F">
            <w:pPr>
              <w:spacing w:after="0" w:line="240" w:lineRule="auto"/>
              <w:rPr>
                <w:sz w:val="22"/>
                <w:lang w:val="es-ES"/>
              </w:rPr>
            </w:pPr>
            <w:r w:rsidRPr="003A0A9C">
              <w:rPr>
                <w:b/>
                <w:sz w:val="22"/>
                <w:lang w:val="es-ES"/>
              </w:rPr>
              <w:t>Identificación</w:t>
            </w:r>
          </w:p>
        </w:tc>
        <w:tc>
          <w:tcPr>
            <w:tcW w:w="6509"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43DE40B9" w14:textId="4F83BC1A" w:rsidR="005C199F" w:rsidRPr="003A0A9C" w:rsidRDefault="005C199F" w:rsidP="005C199F">
            <w:pPr>
              <w:spacing w:after="0" w:line="240" w:lineRule="auto"/>
              <w:rPr>
                <w:sz w:val="22"/>
                <w:lang w:val="es-ES"/>
              </w:rPr>
            </w:pPr>
            <w:r w:rsidRPr="003A0A9C">
              <w:rPr>
                <w:sz w:val="22"/>
                <w:lang w:val="es-ES"/>
              </w:rPr>
              <w:t>NIT / C.C. [</w:t>
            </w:r>
            <w:r w:rsidR="004619F6" w:rsidRPr="003A0A9C">
              <w:rPr>
                <w:sz w:val="22"/>
                <w:lang w:val="es-ES"/>
              </w:rPr>
              <w:t xml:space="preserve"> # ___________]</w:t>
            </w:r>
          </w:p>
        </w:tc>
      </w:tr>
      <w:tr w:rsidR="005C199F" w:rsidRPr="00BA0F59" w14:paraId="38421330" w14:textId="77777777" w:rsidTr="00100D64">
        <w:trPr>
          <w:cantSplit/>
        </w:trPr>
        <w:tc>
          <w:tcPr>
            <w:tcW w:w="3033" w:type="dxa"/>
            <w:tcBorders>
              <w:top w:val="single" w:sz="6" w:space="0" w:color="000000"/>
              <w:left w:val="single" w:sz="6" w:space="0" w:color="000000"/>
              <w:bottom w:val="single" w:sz="6" w:space="0" w:color="000000"/>
              <w:right w:val="single" w:sz="6" w:space="0" w:color="000000"/>
            </w:tcBorders>
            <w:shd w:val="clear" w:color="auto" w:fill="92D050"/>
            <w:tcMar>
              <w:top w:w="75" w:type="dxa"/>
              <w:left w:w="95" w:type="dxa"/>
              <w:bottom w:w="75" w:type="dxa"/>
              <w:right w:w="95" w:type="dxa"/>
            </w:tcMar>
            <w:vAlign w:val="center"/>
          </w:tcPr>
          <w:p w14:paraId="1F9A4B4C" w14:textId="77777777" w:rsidR="005C199F" w:rsidRPr="003A0A9C" w:rsidRDefault="005C199F" w:rsidP="005C199F">
            <w:pPr>
              <w:spacing w:after="0" w:line="240" w:lineRule="auto"/>
              <w:rPr>
                <w:sz w:val="22"/>
                <w:lang w:val="es-ES"/>
              </w:rPr>
            </w:pPr>
            <w:r w:rsidRPr="003A0A9C">
              <w:rPr>
                <w:b/>
                <w:sz w:val="22"/>
                <w:lang w:val="es-ES"/>
              </w:rPr>
              <w:t>Calidad</w:t>
            </w:r>
          </w:p>
        </w:tc>
        <w:tc>
          <w:tcPr>
            <w:tcW w:w="6509"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7D476D89" w14:textId="77777777" w:rsidR="005C199F" w:rsidRPr="003A0A9C" w:rsidRDefault="005C199F" w:rsidP="005C199F">
            <w:pPr>
              <w:spacing w:after="0" w:line="240" w:lineRule="auto"/>
              <w:rPr>
                <w:sz w:val="22"/>
                <w:lang w:val="es-ES"/>
              </w:rPr>
            </w:pPr>
            <w:r w:rsidRPr="003A0A9C">
              <w:rPr>
                <w:rFonts w:ascii="Segoe UI Symbol" w:hAnsi="Segoe UI Symbol" w:cs="Segoe UI Symbol"/>
                <w:sz w:val="22"/>
                <w:lang w:val="es-ES"/>
              </w:rPr>
              <w:t>☐ Persona natural   ☐ Persona jurídica</w:t>
            </w:r>
          </w:p>
        </w:tc>
      </w:tr>
    </w:tbl>
    <w:p w14:paraId="6801D56B" w14:textId="77777777" w:rsidR="003A0A9C" w:rsidRDefault="003A0A9C">
      <w:pPr>
        <w:spacing w:before="180"/>
        <w:rPr>
          <w:sz w:val="22"/>
          <w:lang w:val="es-ES"/>
        </w:rPr>
      </w:pPr>
    </w:p>
    <w:p w14:paraId="76A9D49A" w14:textId="3535B231" w:rsidR="00BB3897" w:rsidRPr="00BF7D67" w:rsidRDefault="00F00F39" w:rsidP="003A0A9C">
      <w:pPr>
        <w:spacing w:before="180"/>
        <w:rPr>
          <w:sz w:val="22"/>
          <w:lang w:val="es-ES"/>
        </w:rPr>
      </w:pPr>
      <w:r w:rsidRPr="00BF7D67">
        <w:rPr>
          <w:sz w:val="22"/>
          <w:lang w:val="es-ES"/>
        </w:rPr>
        <w:t>Señores</w:t>
      </w:r>
      <w:r w:rsidRPr="00BF7D67">
        <w:rPr>
          <w:sz w:val="22"/>
          <w:lang w:val="es-ES"/>
        </w:rPr>
        <w:br/>
      </w:r>
      <w:r w:rsidRPr="00BF7D67">
        <w:rPr>
          <w:b/>
          <w:bCs/>
          <w:sz w:val="22"/>
          <w:lang w:val="es-ES"/>
        </w:rPr>
        <w:t>SOCIEDAD DE TELEVISIÓN DE ANTIOQUIA LTDA. - TELEANTIOQUIA</w:t>
      </w:r>
      <w:r w:rsidRPr="00BF7D67">
        <w:rPr>
          <w:b/>
          <w:bCs/>
          <w:sz w:val="22"/>
          <w:lang w:val="es-ES"/>
        </w:rPr>
        <w:br/>
      </w:r>
      <w:r w:rsidRPr="00BF7D67">
        <w:rPr>
          <w:sz w:val="22"/>
          <w:lang w:val="es-ES"/>
        </w:rPr>
        <w:t>Coordinación de Compras y Contratación</w:t>
      </w:r>
      <w:r w:rsidRPr="00BF7D67">
        <w:rPr>
          <w:sz w:val="22"/>
          <w:lang w:val="es-ES"/>
        </w:rPr>
        <w:br/>
        <w:t>Medellín, Antioquia</w:t>
      </w:r>
    </w:p>
    <w:p w14:paraId="6C4E0184" w14:textId="77777777" w:rsidR="00BB3897" w:rsidRPr="00BF7D67" w:rsidRDefault="00F00F39">
      <w:pPr>
        <w:rPr>
          <w:sz w:val="22"/>
          <w:lang w:val="es-ES"/>
        </w:rPr>
      </w:pPr>
      <w:r w:rsidRPr="00BF7D67">
        <w:rPr>
          <w:b/>
          <w:sz w:val="22"/>
          <w:lang w:val="es-ES"/>
        </w:rPr>
        <w:t>Asunto: Presentación de oferta</w:t>
      </w:r>
    </w:p>
    <w:p w14:paraId="079D229D" w14:textId="77777777" w:rsidR="00BB3897" w:rsidRPr="00BF7D67" w:rsidRDefault="00F00F39">
      <w:pPr>
        <w:jc w:val="both"/>
        <w:rPr>
          <w:sz w:val="22"/>
          <w:lang w:val="es-ES"/>
        </w:rPr>
      </w:pPr>
      <w:r w:rsidRPr="00BF7D67">
        <w:rPr>
          <w:sz w:val="22"/>
          <w:lang w:val="es-ES"/>
        </w:rPr>
        <w:t>Yo, [nombre completo], identificado(a) con [tipo y número de documento], actuando en nombre propio / en calidad de representante legal de [razón social], presento oferta dentro del proceso de la referencia y, bajo la gravedad de juramento, declaro:</w:t>
      </w:r>
    </w:p>
    <w:p w14:paraId="324585AD" w14:textId="77777777" w:rsidR="00BB3897" w:rsidRPr="00BF7D67" w:rsidRDefault="00F00F39">
      <w:pPr>
        <w:keepNext/>
        <w:pBdr>
          <w:bottom w:val="single" w:sz="12" w:space="3" w:color="92D050"/>
        </w:pBdr>
        <w:spacing w:before="160" w:after="100"/>
        <w:jc w:val="center"/>
        <w:rPr>
          <w:sz w:val="22"/>
          <w:lang w:val="es-ES"/>
        </w:rPr>
      </w:pPr>
      <w:r w:rsidRPr="00BF7D67">
        <w:rPr>
          <w:b/>
          <w:sz w:val="22"/>
          <w:lang w:val="es-ES"/>
        </w:rPr>
        <w:t>1. IDENTIFICACIÓN Y CAPACIDAD</w:t>
      </w:r>
    </w:p>
    <w:p w14:paraId="302610DF" w14:textId="77777777" w:rsidR="00BB3897" w:rsidRPr="00BF7D67" w:rsidRDefault="00F00F39" w:rsidP="00943FA1">
      <w:pPr>
        <w:keepLines/>
        <w:numPr>
          <w:ilvl w:val="0"/>
          <w:numId w:val="1"/>
        </w:numPr>
        <w:jc w:val="both"/>
        <w:rPr>
          <w:sz w:val="22"/>
          <w:lang w:val="es-ES"/>
        </w:rPr>
      </w:pPr>
      <w:r w:rsidRPr="00BF7D67">
        <w:rPr>
          <w:sz w:val="22"/>
          <w:lang w:val="es-ES"/>
        </w:rPr>
        <w:t>La información de identificación, representación y contacto suministrada en esta carta y en los demás documentos de la oferta es completa, exacta y vigente.</w:t>
      </w:r>
    </w:p>
    <w:p w14:paraId="3F61F861" w14:textId="77777777" w:rsidR="00BB3897" w:rsidRPr="00BF7D67" w:rsidRDefault="00F00F39" w:rsidP="00943FA1">
      <w:pPr>
        <w:keepLines/>
        <w:numPr>
          <w:ilvl w:val="0"/>
          <w:numId w:val="1"/>
        </w:numPr>
        <w:jc w:val="both"/>
        <w:rPr>
          <w:sz w:val="22"/>
          <w:lang w:val="es-ES"/>
        </w:rPr>
      </w:pPr>
      <w:r w:rsidRPr="00BF7D67">
        <w:rPr>
          <w:sz w:val="22"/>
          <w:lang w:val="es-ES"/>
        </w:rPr>
        <w:t>Cuento con capacidad y autorizaciones suficientes para presentar la oferta, actuar en el proceso, suscribir la aceptación de oferta o contrato y ejecutar los actos necesarios si el proponente resulta seleccionado. Las autorizaciones o limitaciones aplicables se anexan a la propuesta.</w:t>
      </w:r>
    </w:p>
    <w:p w14:paraId="2C827203" w14:textId="77777777" w:rsidR="00BB3897" w:rsidRPr="00BF7D67" w:rsidRDefault="00F00F39" w:rsidP="00943FA1">
      <w:pPr>
        <w:keepLines/>
        <w:numPr>
          <w:ilvl w:val="0"/>
          <w:numId w:val="1"/>
        </w:numPr>
        <w:jc w:val="both"/>
        <w:rPr>
          <w:sz w:val="22"/>
          <w:lang w:val="es-ES"/>
        </w:rPr>
      </w:pPr>
      <w:r w:rsidRPr="00BF7D67">
        <w:rPr>
          <w:sz w:val="22"/>
          <w:lang w:val="es-ES"/>
        </w:rPr>
        <w:t>El proponente se encuentra legalmente constituido y domiciliado en Colombia, cuando ello resulte aplicable; ejerce válidamente su objeto social, el cual está directamente relacionado con el objeto contractual; y no se encuentra en causal de disolución o proceso de liquidación que impida contratar.</w:t>
      </w:r>
    </w:p>
    <w:p w14:paraId="235CAF97" w14:textId="77777777" w:rsidR="00BB3897" w:rsidRPr="00BF7D67" w:rsidRDefault="00F00F39" w:rsidP="00943FA1">
      <w:pPr>
        <w:keepLines/>
        <w:numPr>
          <w:ilvl w:val="0"/>
          <w:numId w:val="1"/>
        </w:numPr>
        <w:jc w:val="both"/>
        <w:rPr>
          <w:sz w:val="22"/>
          <w:lang w:val="es-ES"/>
        </w:rPr>
      </w:pPr>
      <w:r w:rsidRPr="00BF7D67">
        <w:rPr>
          <w:sz w:val="22"/>
          <w:lang w:val="es-ES"/>
        </w:rPr>
        <w:t>El proponente, su representante legal, integrantes y equipo ofrecido no se encuentran incursos en causales constitucionales o legales de inhabilidad, incompatibilidad, prohibición o conflicto de interés que impidan participar o contratar.</w:t>
      </w:r>
    </w:p>
    <w:p w14:paraId="35C8E6CF" w14:textId="77777777" w:rsidR="00BB3897" w:rsidRPr="00BF7D67" w:rsidRDefault="00F00F39" w:rsidP="00943FA1">
      <w:pPr>
        <w:keepLines/>
        <w:numPr>
          <w:ilvl w:val="0"/>
          <w:numId w:val="1"/>
        </w:numPr>
        <w:jc w:val="both"/>
        <w:rPr>
          <w:sz w:val="22"/>
          <w:lang w:val="es-ES"/>
        </w:rPr>
      </w:pPr>
      <w:r w:rsidRPr="00BF7D67">
        <w:rPr>
          <w:sz w:val="22"/>
          <w:lang w:val="es-ES"/>
        </w:rPr>
        <w:t>No existe suspensión o cancelación de matrículas, tarjetas o inscripciones profesionales, ni sanción disciplinaria vigente que impida a los profesionales ofrecidos ejercer su profesión o asumir el rol propuesto.</w:t>
      </w:r>
    </w:p>
    <w:p w14:paraId="774B5A74" w14:textId="77777777" w:rsidR="00BB3897" w:rsidRPr="00BF7D67" w:rsidRDefault="00F00F39" w:rsidP="00943FA1">
      <w:pPr>
        <w:keepLines/>
        <w:numPr>
          <w:ilvl w:val="0"/>
          <w:numId w:val="1"/>
        </w:numPr>
        <w:jc w:val="both"/>
        <w:rPr>
          <w:sz w:val="22"/>
          <w:lang w:val="es-ES"/>
        </w:rPr>
      </w:pPr>
      <w:r w:rsidRPr="00BF7D67">
        <w:rPr>
          <w:sz w:val="22"/>
          <w:lang w:val="es-ES"/>
        </w:rPr>
        <w:t>Informaré inmediatamente a Teleantioquia cualquier inhabilidad, incompatibilidad, prohibición, sanción o conflicto de interés sobreviniente y adoptar las medidas que legal o contractualmente correspondan.</w:t>
      </w:r>
    </w:p>
    <w:p w14:paraId="20DA0A61" w14:textId="77777777" w:rsidR="00BB3897" w:rsidRPr="00BF7D67" w:rsidRDefault="00F00F39">
      <w:pPr>
        <w:keepNext/>
        <w:pBdr>
          <w:bottom w:val="single" w:sz="12" w:space="3" w:color="92D050"/>
        </w:pBdr>
        <w:spacing w:before="160" w:after="100"/>
        <w:jc w:val="center"/>
        <w:rPr>
          <w:sz w:val="22"/>
          <w:lang w:val="es-ES"/>
        </w:rPr>
      </w:pPr>
      <w:r w:rsidRPr="00BF7D67">
        <w:rPr>
          <w:b/>
          <w:sz w:val="22"/>
          <w:lang w:val="es-ES"/>
        </w:rPr>
        <w:lastRenderedPageBreak/>
        <w:t>2. CONOCIMIENTO, ACEPTACIÓN Y CONTENIDO DE LA OFERTA</w:t>
      </w:r>
    </w:p>
    <w:p w14:paraId="67CCF6D7" w14:textId="77777777" w:rsidR="00BB3897" w:rsidRPr="00BF7D67" w:rsidRDefault="00F00F39" w:rsidP="00943FA1">
      <w:pPr>
        <w:keepLines/>
        <w:numPr>
          <w:ilvl w:val="0"/>
          <w:numId w:val="1"/>
        </w:numPr>
        <w:jc w:val="both"/>
        <w:rPr>
          <w:sz w:val="22"/>
          <w:lang w:val="es-ES"/>
        </w:rPr>
      </w:pPr>
      <w:r w:rsidRPr="00BF7D67">
        <w:rPr>
          <w:sz w:val="22"/>
          <w:lang w:val="es-ES"/>
        </w:rPr>
        <w:t>He leído, comprendido y acepto integralmente la invitación pública, el Anexo Técnico, sus formatos, aclaraciones, respuestas, modificaciones y demás documentos del proceso. La oferta fue preparada con base en esas condiciones.</w:t>
      </w:r>
    </w:p>
    <w:p w14:paraId="3D267A83" w14:textId="77777777" w:rsidR="00BB3897" w:rsidRPr="00BF7D67" w:rsidRDefault="00F00F39" w:rsidP="00943FA1">
      <w:pPr>
        <w:keepLines/>
        <w:numPr>
          <w:ilvl w:val="0"/>
          <w:numId w:val="1"/>
        </w:numPr>
        <w:jc w:val="both"/>
        <w:rPr>
          <w:sz w:val="22"/>
          <w:lang w:val="es-ES"/>
        </w:rPr>
      </w:pPr>
      <w:r w:rsidRPr="00BF7D67">
        <w:rPr>
          <w:sz w:val="22"/>
          <w:lang w:val="es-ES"/>
        </w:rPr>
        <w:t>Conozco el objeto, alcance, obligaciones, fases, entregables, plazo de doce (12) meses, condiciones de pago, riesgos y condiciones técnicas, jurídicas, administrativas, financieras y operativas asociadas a la ejecución.</w:t>
      </w:r>
    </w:p>
    <w:p w14:paraId="0836B65B" w14:textId="77777777" w:rsidR="00BB3897" w:rsidRPr="00BF7D67" w:rsidRDefault="00F00F39" w:rsidP="00943FA1">
      <w:pPr>
        <w:keepLines/>
        <w:numPr>
          <w:ilvl w:val="0"/>
          <w:numId w:val="1"/>
        </w:numPr>
        <w:jc w:val="both"/>
        <w:rPr>
          <w:sz w:val="22"/>
          <w:lang w:val="es-ES"/>
        </w:rPr>
      </w:pPr>
      <w:r w:rsidRPr="00BF7D67">
        <w:rPr>
          <w:sz w:val="22"/>
          <w:lang w:val="es-ES"/>
        </w:rPr>
        <w:t>La oferta incluye todos los costos directos e indirectos, impuestos, tasas, contribuciones, deducciones, seguros, garantías, personal, equipos, desplazamientos, licencias de software y demás erogaciones necesarias para cumplir integralmente el objeto, sin perjuicio de los pagos que corresponda asumir expresamente a Teleantioquia.</w:t>
      </w:r>
    </w:p>
    <w:p w14:paraId="35FE6E77" w14:textId="77777777" w:rsidR="00BB3897" w:rsidRPr="00BF7D67" w:rsidRDefault="00F00F39" w:rsidP="00943FA1">
      <w:pPr>
        <w:keepLines/>
        <w:numPr>
          <w:ilvl w:val="0"/>
          <w:numId w:val="1"/>
        </w:numPr>
        <w:jc w:val="both"/>
        <w:rPr>
          <w:sz w:val="22"/>
          <w:lang w:val="es-ES"/>
        </w:rPr>
      </w:pPr>
      <w:r w:rsidRPr="00BF7D67">
        <w:rPr>
          <w:sz w:val="22"/>
          <w:lang w:val="es-ES"/>
        </w:rPr>
        <w:t>El valor consignado en el Formato 2 no supera el presupuesto oficial, incluye todas las especialidades solicitadas y discrimina el IVA conforme al régimen tributario aplicable.</w:t>
      </w:r>
    </w:p>
    <w:p w14:paraId="7CE0A7EA" w14:textId="77777777" w:rsidR="00BB3897" w:rsidRPr="00BF7D67" w:rsidRDefault="00F00F39" w:rsidP="00943FA1">
      <w:pPr>
        <w:keepLines/>
        <w:numPr>
          <w:ilvl w:val="0"/>
          <w:numId w:val="1"/>
        </w:numPr>
        <w:jc w:val="both"/>
        <w:rPr>
          <w:sz w:val="22"/>
          <w:lang w:val="es-ES"/>
        </w:rPr>
      </w:pPr>
      <w:r w:rsidRPr="00BF7D67">
        <w:rPr>
          <w:sz w:val="22"/>
          <w:lang w:val="es-ES"/>
        </w:rPr>
        <w:t>La oferta permanecerá vigente durante noventa (90) días calendario contados desde la fecha y hora límite para su presentación y mantendré vigente la garantía de seriedad durante ese término o sus ampliaciones.</w:t>
      </w:r>
    </w:p>
    <w:p w14:paraId="5196B04C" w14:textId="77777777" w:rsidR="00BB3897" w:rsidRPr="00BF7D67" w:rsidRDefault="00F00F39" w:rsidP="00943FA1">
      <w:pPr>
        <w:keepLines/>
        <w:numPr>
          <w:ilvl w:val="0"/>
          <w:numId w:val="1"/>
        </w:numPr>
        <w:jc w:val="both"/>
        <w:rPr>
          <w:sz w:val="22"/>
          <w:lang w:val="es-ES"/>
        </w:rPr>
      </w:pPr>
      <w:r w:rsidRPr="00BF7D67">
        <w:rPr>
          <w:sz w:val="22"/>
          <w:lang w:val="es-ES"/>
        </w:rPr>
        <w:t>El cronograma ofrecido coincide con el plazo contractual y contempla el desarrollo integral de las actividades, entregables, licenciamiento, permisos y acompañamiento previstos.</w:t>
      </w:r>
    </w:p>
    <w:p w14:paraId="1CF629DB" w14:textId="77777777" w:rsidR="00BB3897" w:rsidRPr="00BF7D67" w:rsidRDefault="00F00F39" w:rsidP="00943FA1">
      <w:pPr>
        <w:keepLines/>
        <w:numPr>
          <w:ilvl w:val="0"/>
          <w:numId w:val="1"/>
        </w:numPr>
        <w:jc w:val="both"/>
        <w:rPr>
          <w:sz w:val="22"/>
          <w:lang w:val="es-ES"/>
        </w:rPr>
      </w:pPr>
      <w:r w:rsidRPr="00BF7D67">
        <w:rPr>
          <w:sz w:val="22"/>
          <w:lang w:val="es-ES"/>
        </w:rPr>
        <w:t>La información, certificaciones y soportes aportados son auténticos, exactos, verificables y corresponden a circunstancias existentes antes del cierre. Autorizo a Teleantioquia a verificarlos directamente con sus emisores y ante las autoridades o bases de datos competentes.</w:t>
      </w:r>
    </w:p>
    <w:p w14:paraId="2AB06CA9" w14:textId="77777777" w:rsidR="00BB3897" w:rsidRPr="00BF7D67" w:rsidRDefault="00F00F39" w:rsidP="00943FA1">
      <w:pPr>
        <w:keepLines/>
        <w:numPr>
          <w:ilvl w:val="0"/>
          <w:numId w:val="1"/>
        </w:numPr>
        <w:jc w:val="both"/>
        <w:rPr>
          <w:sz w:val="22"/>
          <w:lang w:val="es-ES"/>
        </w:rPr>
      </w:pPr>
      <w:r w:rsidRPr="00BF7D67">
        <w:rPr>
          <w:sz w:val="22"/>
          <w:lang w:val="es-ES"/>
        </w:rPr>
        <w:t>Me obligo a suministrar oportunamente las aclaraciones y documentos subsanables que solicite Teleantioquia, sin modificar la oferta, mejorar sus factores de calificación ni acreditar hechos posteriores al cierre.</w:t>
      </w:r>
    </w:p>
    <w:p w14:paraId="4D45486A" w14:textId="77777777" w:rsidR="00BB3897" w:rsidRPr="00BF7D67" w:rsidRDefault="00F00F39">
      <w:pPr>
        <w:keepNext/>
        <w:pBdr>
          <w:bottom w:val="single" w:sz="12" w:space="3" w:color="92D050"/>
        </w:pBdr>
        <w:spacing w:before="160" w:after="100"/>
        <w:jc w:val="center"/>
        <w:rPr>
          <w:sz w:val="22"/>
          <w:lang w:val="es-ES"/>
        </w:rPr>
      </w:pPr>
      <w:r w:rsidRPr="00BF7D67">
        <w:rPr>
          <w:b/>
          <w:sz w:val="22"/>
          <w:lang w:val="es-ES"/>
        </w:rPr>
        <w:t>3. EXPERIENCIA Y EQUIPO OFRECIDO</w:t>
      </w:r>
    </w:p>
    <w:p w14:paraId="75F7ED1C" w14:textId="77777777" w:rsidR="00BB3897" w:rsidRPr="00BF7D67" w:rsidRDefault="00F00F39" w:rsidP="00943FA1">
      <w:pPr>
        <w:keepLines/>
        <w:numPr>
          <w:ilvl w:val="0"/>
          <w:numId w:val="1"/>
        </w:numPr>
        <w:jc w:val="both"/>
        <w:rPr>
          <w:sz w:val="22"/>
          <w:lang w:val="es-ES"/>
        </w:rPr>
      </w:pPr>
      <w:r w:rsidRPr="00BF7D67">
        <w:rPr>
          <w:sz w:val="22"/>
          <w:lang w:val="es-ES"/>
        </w:rPr>
        <w:t>La experiencia relacionada en el Formato 3 corresponde a contratos ejecutados y terminados, se encuentra respaldada por documentos idóneos y ha sido calculada considerando los porcentajes de participación y las reglas de conversión a SMMLV previstas en la invitación.</w:t>
      </w:r>
    </w:p>
    <w:p w14:paraId="43504CDF" w14:textId="77777777" w:rsidR="00BB3897" w:rsidRPr="00BF7D67" w:rsidRDefault="00F00F39" w:rsidP="00943FA1">
      <w:pPr>
        <w:keepLines/>
        <w:numPr>
          <w:ilvl w:val="0"/>
          <w:numId w:val="1"/>
        </w:numPr>
        <w:jc w:val="both"/>
        <w:rPr>
          <w:sz w:val="22"/>
          <w:lang w:val="es-ES"/>
        </w:rPr>
      </w:pPr>
      <w:r w:rsidRPr="00BF7D67">
        <w:rPr>
          <w:sz w:val="22"/>
          <w:lang w:val="es-ES"/>
        </w:rPr>
        <w:t>Los profesionales relacionados en el Formato 6 cumplen la formación, matrícula, experiencia, idoneidad y disponibilidad exigidas. Cada profesional conoce el objeto, alcance, plazo y obligaciones del contrato y ha autorizado su postulación.</w:t>
      </w:r>
    </w:p>
    <w:p w14:paraId="7AA1F108" w14:textId="77777777" w:rsidR="00BB3897" w:rsidRPr="00BF7D67" w:rsidRDefault="00F00F39" w:rsidP="00943FA1">
      <w:pPr>
        <w:keepLines/>
        <w:numPr>
          <w:ilvl w:val="0"/>
          <w:numId w:val="1"/>
        </w:numPr>
        <w:jc w:val="both"/>
        <w:rPr>
          <w:sz w:val="22"/>
          <w:lang w:val="es-ES"/>
        </w:rPr>
      </w:pPr>
      <w:r w:rsidRPr="00BF7D67">
        <w:rPr>
          <w:sz w:val="22"/>
          <w:lang w:val="es-ES"/>
        </w:rPr>
        <w:t>El equipo ofrecido participará efectivamente y suscribirá los productos de su especialidad. No será reemplazado, retirado ni se disminuirá su dedicación sin autorización previa y escrita de Teleantioquia; todo reemplazo acreditará condiciones iguales o superiores.</w:t>
      </w:r>
    </w:p>
    <w:p w14:paraId="31A8C0EF" w14:textId="77777777" w:rsidR="00BB3897" w:rsidRPr="00BF7D67" w:rsidRDefault="00F00F39" w:rsidP="00943FA1">
      <w:pPr>
        <w:keepLines/>
        <w:numPr>
          <w:ilvl w:val="0"/>
          <w:numId w:val="1"/>
        </w:numPr>
        <w:jc w:val="both"/>
        <w:rPr>
          <w:sz w:val="22"/>
          <w:lang w:val="es-ES"/>
        </w:rPr>
      </w:pPr>
      <w:r w:rsidRPr="00BF7D67">
        <w:rPr>
          <w:sz w:val="22"/>
          <w:lang w:val="es-ES"/>
        </w:rPr>
        <w:t>La participación de consultores o subcontratistas no limita ni traslada la responsabilidad integral del proponente frente a Teleantioquia.</w:t>
      </w:r>
    </w:p>
    <w:p w14:paraId="31FE626C" w14:textId="77777777" w:rsidR="00BB3897" w:rsidRPr="00BF7D67" w:rsidRDefault="00F00F39">
      <w:pPr>
        <w:keepNext/>
        <w:pBdr>
          <w:bottom w:val="single" w:sz="12" w:space="3" w:color="92D050"/>
        </w:pBdr>
        <w:spacing w:before="160" w:after="100"/>
        <w:jc w:val="center"/>
        <w:rPr>
          <w:sz w:val="22"/>
          <w:lang w:val="es-ES"/>
        </w:rPr>
      </w:pPr>
      <w:r w:rsidRPr="00BF7D67">
        <w:rPr>
          <w:b/>
          <w:sz w:val="22"/>
          <w:lang w:val="es-ES"/>
        </w:rPr>
        <w:t>4. INTEGRIDAD, TRANSPARENCIA Y ORIGEN DE RECURSOS</w:t>
      </w:r>
    </w:p>
    <w:p w14:paraId="07129BA9" w14:textId="77777777" w:rsidR="00BB3897" w:rsidRPr="00BF7D67" w:rsidRDefault="00F00F39" w:rsidP="00943FA1">
      <w:pPr>
        <w:keepLines/>
        <w:numPr>
          <w:ilvl w:val="0"/>
          <w:numId w:val="1"/>
        </w:numPr>
        <w:jc w:val="both"/>
        <w:rPr>
          <w:sz w:val="22"/>
          <w:lang w:val="es-ES"/>
        </w:rPr>
      </w:pPr>
      <w:r w:rsidRPr="00BF7D67">
        <w:rPr>
          <w:sz w:val="22"/>
          <w:lang w:val="es-ES"/>
        </w:rPr>
        <w:t>El proponente, sus administradores, representantes, socios no han incurrido, en relación con esta oferta, en acuerdos colusorios, prácticas restrictivas de la competencia, corrupción, fraude, soborno o cualquier conducta destinada a alterar la selección objetiva.</w:t>
      </w:r>
    </w:p>
    <w:p w14:paraId="6FEA4E60" w14:textId="77777777" w:rsidR="00BB3897" w:rsidRPr="00BF7D67" w:rsidRDefault="00F00F39" w:rsidP="00943FA1">
      <w:pPr>
        <w:keepLines/>
        <w:numPr>
          <w:ilvl w:val="0"/>
          <w:numId w:val="1"/>
        </w:numPr>
        <w:jc w:val="both"/>
        <w:rPr>
          <w:sz w:val="22"/>
          <w:lang w:val="es-ES"/>
        </w:rPr>
      </w:pPr>
      <w:r w:rsidRPr="00BF7D67">
        <w:rPr>
          <w:sz w:val="22"/>
          <w:lang w:val="es-ES"/>
        </w:rPr>
        <w:lastRenderedPageBreak/>
        <w:t>La actividad económica del proponente es lícita; sus recursos provienen de actividades lícitas y los recursos derivados de la relación con Teleantioquia no serán destinados a lavado de activos, financiación del terrorismo, financiación de la proliferación de armas de destrucción masiva ni otras actividades ilícitas.</w:t>
      </w:r>
    </w:p>
    <w:p w14:paraId="0ACDAA9F" w14:textId="77777777" w:rsidR="00BB3897" w:rsidRPr="00BF7D67" w:rsidRDefault="00F00F39" w:rsidP="00943FA1">
      <w:pPr>
        <w:keepLines/>
        <w:numPr>
          <w:ilvl w:val="0"/>
          <w:numId w:val="1"/>
        </w:numPr>
        <w:jc w:val="both"/>
        <w:rPr>
          <w:sz w:val="22"/>
          <w:lang w:val="es-ES"/>
        </w:rPr>
      </w:pPr>
      <w:r w:rsidRPr="00BF7D67">
        <w:rPr>
          <w:sz w:val="22"/>
          <w:lang w:val="es-ES"/>
        </w:rPr>
        <w:t>Conozco y acepto los controles del Programa de Transparencia y Ética Empresarial (PTEE), la Política de Cumplimiento y el Sistema de Autocontrol y Gestión del Riesgo Integral LA/FT/FP (SAGRILAFT) de Teleantioquia, y me comprometo a cumplirlos junto con mis empleados, consultores y subcontratistas.</w:t>
      </w:r>
    </w:p>
    <w:p w14:paraId="0F173EE7" w14:textId="77777777" w:rsidR="00BB3897" w:rsidRPr="00BF7D67" w:rsidRDefault="00F00F39" w:rsidP="00943FA1">
      <w:pPr>
        <w:keepLines/>
        <w:numPr>
          <w:ilvl w:val="0"/>
          <w:numId w:val="1"/>
        </w:numPr>
        <w:jc w:val="both"/>
        <w:rPr>
          <w:sz w:val="22"/>
          <w:lang w:val="es-ES"/>
        </w:rPr>
      </w:pPr>
      <w:r w:rsidRPr="00BF7D67">
        <w:rPr>
          <w:sz w:val="22"/>
          <w:lang w:val="es-ES"/>
        </w:rPr>
        <w:t>El proponente y las personas vinculadas a la oferta no se encuentran reportados en listas restrictivas vinculantes para Colombia ni tienen sentencia condenatoria en firme por corrupción, fraude o soborno. Autorizo las verificaciones de debida diligencia requeridas por Teleantioquia.</w:t>
      </w:r>
    </w:p>
    <w:p w14:paraId="09D4CCAF" w14:textId="77777777" w:rsidR="00BB3897" w:rsidRPr="00BF7D67" w:rsidRDefault="00F00F39" w:rsidP="00943FA1">
      <w:pPr>
        <w:keepLines/>
        <w:numPr>
          <w:ilvl w:val="0"/>
          <w:numId w:val="1"/>
        </w:numPr>
        <w:jc w:val="both"/>
        <w:rPr>
          <w:sz w:val="22"/>
          <w:lang w:val="es-ES"/>
        </w:rPr>
      </w:pPr>
      <w:r w:rsidRPr="00BF7D67">
        <w:rPr>
          <w:sz w:val="22"/>
          <w:lang w:val="es-ES"/>
        </w:rPr>
        <w:t>Suministraré de forma completa y oportuna la información solicitada para debida diligencia y comunicaré cualquier cambio relevante durante el proceso o la ejecución contractual.</w:t>
      </w:r>
    </w:p>
    <w:p w14:paraId="43BD01DB" w14:textId="77777777" w:rsidR="00BB3897" w:rsidRPr="00BF7D67" w:rsidRDefault="00F00F39">
      <w:pPr>
        <w:keepNext/>
        <w:pBdr>
          <w:bottom w:val="single" w:sz="12" w:space="3" w:color="92D050"/>
        </w:pBdr>
        <w:spacing w:before="160" w:after="100"/>
        <w:jc w:val="center"/>
        <w:rPr>
          <w:sz w:val="22"/>
          <w:lang w:val="es-ES"/>
        </w:rPr>
      </w:pPr>
      <w:r w:rsidRPr="00BF7D67">
        <w:rPr>
          <w:b/>
          <w:sz w:val="22"/>
          <w:lang w:val="es-ES"/>
        </w:rPr>
        <w:t>5. TRATAMIENTO DE DATOS PERSONALES Y COMUNICACIONES</w:t>
      </w:r>
    </w:p>
    <w:p w14:paraId="44FD15CF" w14:textId="77777777" w:rsidR="00BB3897" w:rsidRPr="00BF7D67" w:rsidRDefault="00F00F39" w:rsidP="00943FA1">
      <w:pPr>
        <w:keepLines/>
        <w:numPr>
          <w:ilvl w:val="0"/>
          <w:numId w:val="1"/>
        </w:numPr>
        <w:jc w:val="both"/>
        <w:rPr>
          <w:sz w:val="22"/>
          <w:lang w:val="es-ES"/>
        </w:rPr>
      </w:pPr>
      <w:r w:rsidRPr="00BF7D67">
        <w:rPr>
          <w:sz w:val="22"/>
          <w:lang w:val="es-ES"/>
        </w:rPr>
        <w:t>Autorizo a Teleantioquia, en los términos de la Ley 1581 de 2012 y sus normas reglamentarias, a recolectar, almacenar, usar, circular, consultar, verificar, transmitir, transferir y suprimir los datos personales suministrados para gestionar el proceso, verificar requisitos, adelantar debida diligencia, celebrar y ejecutar la relación contractual y cumplir obligaciones legales.</w:t>
      </w:r>
    </w:p>
    <w:p w14:paraId="3C3A8B94" w14:textId="77777777" w:rsidR="00BB3897" w:rsidRPr="00BF7D67" w:rsidRDefault="00F00F39" w:rsidP="00943FA1">
      <w:pPr>
        <w:keepLines/>
        <w:numPr>
          <w:ilvl w:val="0"/>
          <w:numId w:val="1"/>
        </w:numPr>
        <w:jc w:val="both"/>
        <w:rPr>
          <w:sz w:val="22"/>
          <w:lang w:val="es-ES"/>
        </w:rPr>
      </w:pPr>
      <w:r w:rsidRPr="00BF7D67">
        <w:rPr>
          <w:sz w:val="22"/>
          <w:lang w:val="es-ES"/>
        </w:rPr>
        <w:t>Declaro que cuento con autorización previa, expresa e informada de las personas cuyos datos personales aporto y que podré suministrar a Teleantioquia los soportes de dicha autorización cuando sean requeridos.</w:t>
      </w:r>
    </w:p>
    <w:p w14:paraId="73C92216" w14:textId="35B70348" w:rsidR="005B79E7" w:rsidRPr="00BF7D67" w:rsidRDefault="00F00F39" w:rsidP="005B79E7">
      <w:pPr>
        <w:keepLines/>
        <w:numPr>
          <w:ilvl w:val="0"/>
          <w:numId w:val="1"/>
        </w:numPr>
        <w:jc w:val="both"/>
        <w:rPr>
          <w:sz w:val="22"/>
          <w:lang w:val="es-ES"/>
        </w:rPr>
      </w:pPr>
      <w:r w:rsidRPr="00BF7D67">
        <w:rPr>
          <w:sz w:val="22"/>
          <w:lang w:val="es-ES"/>
        </w:rPr>
        <w:t>Acepto que las comunicaciones del proceso sean enviadas al correo electrónico registrado a continuación y me obligo a mantenerlo habilitado y a informar cualquier cambio.</w:t>
      </w:r>
    </w:p>
    <w:p w14:paraId="1FA125AC" w14:textId="18FA9A90" w:rsidR="005B79E7" w:rsidRPr="00BF7D67" w:rsidRDefault="005B79E7" w:rsidP="00480102">
      <w:pPr>
        <w:keepNext/>
        <w:pBdr>
          <w:bottom w:val="single" w:sz="12" w:space="3" w:color="92D050"/>
        </w:pBdr>
        <w:spacing w:before="160" w:after="100"/>
        <w:jc w:val="center"/>
        <w:rPr>
          <w:sz w:val="22"/>
          <w:lang w:val="es-ES"/>
        </w:rPr>
      </w:pPr>
      <w:r w:rsidRPr="00BF7D67">
        <w:rPr>
          <w:b/>
          <w:sz w:val="22"/>
          <w:lang w:val="es-ES"/>
        </w:rPr>
        <w:t>6. CRONOGRAMA</w:t>
      </w:r>
    </w:p>
    <w:p w14:paraId="5AAD2147" w14:textId="158E30E5" w:rsidR="006A4F2E" w:rsidRPr="00BF7D67" w:rsidRDefault="00480102" w:rsidP="005B79E7">
      <w:pPr>
        <w:keepLines/>
        <w:jc w:val="both"/>
        <w:rPr>
          <w:sz w:val="22"/>
          <w:lang w:val="es-ES"/>
        </w:rPr>
      </w:pPr>
      <w:r w:rsidRPr="00BF7D67">
        <w:rPr>
          <w:sz w:val="22"/>
          <w:lang w:val="es-ES"/>
        </w:rPr>
        <w:t>Declaro que el cronograma de actividades de la oferta para la ejecución integral de las especialidades, estudios y diseños; la gestión de permisos y licencias; el acompañamiento durante la obra; la coordinación de diseños; la elaboración de la programación y el presupuesto; y las demás actividades previstas en la invitación, será el siguiente. Asimismo, en caso de que esta propuesta resulte seleccionada, acepto que el plazo de ejecución contractual será de doce (12) meses, contados conforme a la invitación:</w:t>
      </w:r>
    </w:p>
    <w:p w14:paraId="646C3E9D" w14:textId="13D21A25" w:rsidR="00BA0F59" w:rsidRPr="00BA0F59" w:rsidRDefault="00BA0F59" w:rsidP="00BA0F59">
      <w:pPr>
        <w:keepLines/>
        <w:jc w:val="both"/>
        <w:rPr>
          <w:sz w:val="22"/>
          <w:lang w:val="es-E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7"/>
        <w:gridCol w:w="1326"/>
        <w:gridCol w:w="1565"/>
        <w:gridCol w:w="1425"/>
        <w:gridCol w:w="1014"/>
        <w:gridCol w:w="1535"/>
        <w:gridCol w:w="1918"/>
        <w:gridCol w:w="736"/>
      </w:tblGrid>
      <w:tr w:rsidR="001A691C" w:rsidRPr="00E761C7" w14:paraId="43F03D73" w14:textId="77777777" w:rsidTr="00E761C7">
        <w:trPr>
          <w:tblHeader/>
          <w:tblCellSpacing w:w="15" w:type="dxa"/>
        </w:trPr>
        <w:tc>
          <w:tcPr>
            <w:tcW w:w="0" w:type="auto"/>
            <w:vAlign w:val="center"/>
            <w:hideMark/>
          </w:tcPr>
          <w:p w14:paraId="27AAFBC8" w14:textId="77777777" w:rsidR="001A691C" w:rsidRPr="00E761C7" w:rsidRDefault="001A691C" w:rsidP="00BA0F59">
            <w:pPr>
              <w:keepLines/>
              <w:jc w:val="both"/>
              <w:rPr>
                <w:sz w:val="16"/>
                <w:szCs w:val="16"/>
                <w:lang w:val="es-ES"/>
              </w:rPr>
            </w:pPr>
            <w:r w:rsidRPr="00E761C7">
              <w:rPr>
                <w:sz w:val="16"/>
                <w:szCs w:val="16"/>
                <w:lang w:val="es-ES"/>
              </w:rPr>
              <w:t>Ítem</w:t>
            </w:r>
          </w:p>
        </w:tc>
        <w:tc>
          <w:tcPr>
            <w:tcW w:w="1296" w:type="dxa"/>
            <w:vAlign w:val="center"/>
            <w:hideMark/>
          </w:tcPr>
          <w:p w14:paraId="6589ECF7" w14:textId="77777777" w:rsidR="001A691C" w:rsidRPr="00E761C7" w:rsidRDefault="001A691C" w:rsidP="00BA0F59">
            <w:pPr>
              <w:keepLines/>
              <w:jc w:val="both"/>
              <w:rPr>
                <w:sz w:val="16"/>
                <w:szCs w:val="16"/>
                <w:lang w:val="es-ES"/>
              </w:rPr>
            </w:pPr>
            <w:r w:rsidRPr="00E761C7">
              <w:rPr>
                <w:sz w:val="16"/>
                <w:szCs w:val="16"/>
                <w:lang w:val="es-ES"/>
              </w:rPr>
              <w:t>Fase</w:t>
            </w:r>
          </w:p>
        </w:tc>
        <w:tc>
          <w:tcPr>
            <w:tcW w:w="0" w:type="auto"/>
            <w:vAlign w:val="center"/>
            <w:hideMark/>
          </w:tcPr>
          <w:p w14:paraId="77549A3E" w14:textId="77777777" w:rsidR="001A691C" w:rsidRPr="00E761C7" w:rsidRDefault="001A691C" w:rsidP="00BA0F59">
            <w:pPr>
              <w:keepLines/>
              <w:jc w:val="both"/>
              <w:rPr>
                <w:sz w:val="16"/>
                <w:szCs w:val="16"/>
                <w:lang w:val="es-ES"/>
              </w:rPr>
            </w:pPr>
            <w:r w:rsidRPr="00E761C7">
              <w:rPr>
                <w:sz w:val="16"/>
                <w:szCs w:val="16"/>
                <w:lang w:val="es-ES"/>
              </w:rPr>
              <w:t>Actividad o subactividad</w:t>
            </w:r>
          </w:p>
        </w:tc>
        <w:tc>
          <w:tcPr>
            <w:tcW w:w="0" w:type="auto"/>
            <w:vAlign w:val="center"/>
            <w:hideMark/>
          </w:tcPr>
          <w:p w14:paraId="03AE268D" w14:textId="77777777" w:rsidR="001A691C" w:rsidRPr="00E761C7" w:rsidRDefault="001A691C" w:rsidP="00BA0F59">
            <w:pPr>
              <w:keepLines/>
              <w:jc w:val="both"/>
              <w:rPr>
                <w:sz w:val="16"/>
                <w:szCs w:val="16"/>
                <w:lang w:val="es-ES"/>
              </w:rPr>
            </w:pPr>
            <w:r w:rsidRPr="00E761C7">
              <w:rPr>
                <w:sz w:val="16"/>
                <w:szCs w:val="16"/>
                <w:lang w:val="es-ES"/>
              </w:rPr>
              <w:t>Producto o entregable</w:t>
            </w:r>
          </w:p>
        </w:tc>
        <w:tc>
          <w:tcPr>
            <w:tcW w:w="0" w:type="auto"/>
            <w:vAlign w:val="center"/>
            <w:hideMark/>
          </w:tcPr>
          <w:p w14:paraId="4B09A399" w14:textId="77777777" w:rsidR="001A691C" w:rsidRPr="00E761C7" w:rsidRDefault="001A691C" w:rsidP="00BA0F59">
            <w:pPr>
              <w:keepLines/>
              <w:jc w:val="both"/>
              <w:rPr>
                <w:sz w:val="16"/>
                <w:szCs w:val="16"/>
                <w:lang w:val="es-ES"/>
              </w:rPr>
            </w:pPr>
            <w:r w:rsidRPr="00E761C7">
              <w:rPr>
                <w:sz w:val="16"/>
                <w:szCs w:val="16"/>
                <w:lang w:val="es-ES"/>
              </w:rPr>
              <w:t>Responsable</w:t>
            </w:r>
          </w:p>
        </w:tc>
        <w:tc>
          <w:tcPr>
            <w:tcW w:w="0" w:type="auto"/>
            <w:vAlign w:val="center"/>
            <w:hideMark/>
          </w:tcPr>
          <w:p w14:paraId="6B5D691A" w14:textId="77777777" w:rsidR="001A691C" w:rsidRPr="00E761C7" w:rsidRDefault="001A691C" w:rsidP="00BA0F59">
            <w:pPr>
              <w:keepLines/>
              <w:jc w:val="both"/>
              <w:rPr>
                <w:sz w:val="16"/>
                <w:szCs w:val="16"/>
                <w:lang w:val="es-ES"/>
              </w:rPr>
            </w:pPr>
            <w:r w:rsidRPr="00E761C7">
              <w:rPr>
                <w:sz w:val="16"/>
                <w:szCs w:val="16"/>
                <w:lang w:val="es-ES"/>
              </w:rPr>
              <w:t>Fecha estimada de inicio</w:t>
            </w:r>
          </w:p>
        </w:tc>
        <w:tc>
          <w:tcPr>
            <w:tcW w:w="0" w:type="auto"/>
            <w:vAlign w:val="center"/>
            <w:hideMark/>
          </w:tcPr>
          <w:p w14:paraId="79960387" w14:textId="77777777" w:rsidR="001A691C" w:rsidRPr="00E761C7" w:rsidRDefault="001A691C" w:rsidP="00BA0F59">
            <w:pPr>
              <w:keepLines/>
              <w:jc w:val="both"/>
              <w:rPr>
                <w:sz w:val="16"/>
                <w:szCs w:val="16"/>
                <w:lang w:val="es-ES"/>
              </w:rPr>
            </w:pPr>
            <w:r w:rsidRPr="00E761C7">
              <w:rPr>
                <w:sz w:val="16"/>
                <w:szCs w:val="16"/>
                <w:lang w:val="es-ES"/>
              </w:rPr>
              <w:t>Fecha estimada de terminación</w:t>
            </w:r>
          </w:p>
        </w:tc>
        <w:tc>
          <w:tcPr>
            <w:tcW w:w="0" w:type="auto"/>
            <w:vAlign w:val="center"/>
            <w:hideMark/>
          </w:tcPr>
          <w:p w14:paraId="0B124044" w14:textId="77777777" w:rsidR="001A691C" w:rsidRPr="00E761C7" w:rsidRDefault="001A691C" w:rsidP="00BA0F59">
            <w:pPr>
              <w:keepLines/>
              <w:jc w:val="both"/>
              <w:rPr>
                <w:sz w:val="16"/>
                <w:szCs w:val="16"/>
                <w:lang w:val="es-ES"/>
              </w:rPr>
            </w:pPr>
            <w:r w:rsidRPr="00E761C7">
              <w:rPr>
                <w:sz w:val="16"/>
                <w:szCs w:val="16"/>
                <w:lang w:val="es-ES"/>
              </w:rPr>
              <w:t>Duración</w:t>
            </w:r>
          </w:p>
        </w:tc>
      </w:tr>
      <w:tr w:rsidR="001A691C" w:rsidRPr="00E761C7" w14:paraId="726B0552" w14:textId="77777777" w:rsidTr="00E761C7">
        <w:trPr>
          <w:tblCellSpacing w:w="15" w:type="dxa"/>
        </w:trPr>
        <w:tc>
          <w:tcPr>
            <w:tcW w:w="0" w:type="auto"/>
            <w:vAlign w:val="center"/>
            <w:hideMark/>
          </w:tcPr>
          <w:p w14:paraId="7272480E" w14:textId="77777777" w:rsidR="001A691C" w:rsidRPr="00E761C7" w:rsidRDefault="001A691C" w:rsidP="00BA0F59">
            <w:pPr>
              <w:keepLines/>
              <w:jc w:val="both"/>
              <w:rPr>
                <w:sz w:val="16"/>
                <w:szCs w:val="16"/>
                <w:lang w:val="es-ES"/>
              </w:rPr>
            </w:pPr>
            <w:r w:rsidRPr="00E761C7">
              <w:rPr>
                <w:sz w:val="16"/>
                <w:szCs w:val="16"/>
                <w:lang w:val="es-ES"/>
              </w:rPr>
              <w:t>1</w:t>
            </w:r>
          </w:p>
        </w:tc>
        <w:tc>
          <w:tcPr>
            <w:tcW w:w="1296" w:type="dxa"/>
            <w:vAlign w:val="center"/>
            <w:hideMark/>
          </w:tcPr>
          <w:p w14:paraId="254334C7" w14:textId="77777777" w:rsidR="001A691C" w:rsidRPr="00E761C7" w:rsidRDefault="001A691C" w:rsidP="00BA0F59">
            <w:pPr>
              <w:keepLines/>
              <w:jc w:val="both"/>
              <w:rPr>
                <w:sz w:val="16"/>
                <w:szCs w:val="16"/>
                <w:lang w:val="es-ES"/>
              </w:rPr>
            </w:pPr>
            <w:r w:rsidRPr="00E761C7">
              <w:rPr>
                <w:sz w:val="16"/>
                <w:szCs w:val="16"/>
                <w:lang w:val="es-ES"/>
              </w:rPr>
              <w:t>Diagnóstico</w:t>
            </w:r>
          </w:p>
        </w:tc>
        <w:tc>
          <w:tcPr>
            <w:tcW w:w="0" w:type="auto"/>
            <w:vAlign w:val="center"/>
            <w:hideMark/>
          </w:tcPr>
          <w:p w14:paraId="1E4C7B28" w14:textId="77777777" w:rsidR="001A691C" w:rsidRPr="00E761C7" w:rsidRDefault="001A691C" w:rsidP="00BA0F59">
            <w:pPr>
              <w:keepLines/>
              <w:jc w:val="both"/>
              <w:rPr>
                <w:sz w:val="16"/>
                <w:szCs w:val="16"/>
                <w:lang w:val="es-ES"/>
              </w:rPr>
            </w:pPr>
          </w:p>
        </w:tc>
        <w:tc>
          <w:tcPr>
            <w:tcW w:w="0" w:type="auto"/>
            <w:vAlign w:val="center"/>
            <w:hideMark/>
          </w:tcPr>
          <w:p w14:paraId="771D5E3B" w14:textId="77777777" w:rsidR="001A691C" w:rsidRPr="00E761C7" w:rsidRDefault="001A691C" w:rsidP="00BA0F59">
            <w:pPr>
              <w:keepLines/>
              <w:jc w:val="both"/>
              <w:rPr>
                <w:sz w:val="16"/>
                <w:szCs w:val="16"/>
                <w:lang w:val="es-ES"/>
              </w:rPr>
            </w:pPr>
          </w:p>
        </w:tc>
        <w:tc>
          <w:tcPr>
            <w:tcW w:w="0" w:type="auto"/>
            <w:vAlign w:val="center"/>
            <w:hideMark/>
          </w:tcPr>
          <w:p w14:paraId="3CB5002F" w14:textId="77777777" w:rsidR="001A691C" w:rsidRPr="00E761C7" w:rsidRDefault="001A691C" w:rsidP="00BA0F59">
            <w:pPr>
              <w:keepLines/>
              <w:jc w:val="both"/>
              <w:rPr>
                <w:sz w:val="16"/>
                <w:szCs w:val="16"/>
                <w:lang w:val="es-ES"/>
              </w:rPr>
            </w:pPr>
          </w:p>
        </w:tc>
        <w:tc>
          <w:tcPr>
            <w:tcW w:w="0" w:type="auto"/>
            <w:vAlign w:val="center"/>
            <w:hideMark/>
          </w:tcPr>
          <w:p w14:paraId="302AF902" w14:textId="77777777" w:rsidR="001A691C" w:rsidRPr="00E761C7" w:rsidRDefault="001A691C" w:rsidP="00BA0F59">
            <w:pPr>
              <w:keepLines/>
              <w:jc w:val="both"/>
              <w:rPr>
                <w:sz w:val="16"/>
                <w:szCs w:val="16"/>
                <w:lang w:val="es-ES"/>
              </w:rPr>
            </w:pPr>
          </w:p>
        </w:tc>
        <w:tc>
          <w:tcPr>
            <w:tcW w:w="0" w:type="auto"/>
            <w:vAlign w:val="center"/>
            <w:hideMark/>
          </w:tcPr>
          <w:p w14:paraId="7B9F9891" w14:textId="77777777" w:rsidR="001A691C" w:rsidRPr="00E761C7" w:rsidRDefault="001A691C" w:rsidP="00BA0F59">
            <w:pPr>
              <w:keepLines/>
              <w:jc w:val="both"/>
              <w:rPr>
                <w:sz w:val="16"/>
                <w:szCs w:val="16"/>
                <w:lang w:val="es-ES"/>
              </w:rPr>
            </w:pPr>
          </w:p>
        </w:tc>
        <w:tc>
          <w:tcPr>
            <w:tcW w:w="0" w:type="auto"/>
            <w:vAlign w:val="center"/>
            <w:hideMark/>
          </w:tcPr>
          <w:p w14:paraId="34ACE086" w14:textId="77777777" w:rsidR="001A691C" w:rsidRPr="00E761C7" w:rsidRDefault="001A691C" w:rsidP="00BA0F59">
            <w:pPr>
              <w:keepLines/>
              <w:jc w:val="both"/>
              <w:rPr>
                <w:sz w:val="16"/>
                <w:szCs w:val="16"/>
                <w:lang w:val="es-ES"/>
              </w:rPr>
            </w:pPr>
          </w:p>
        </w:tc>
      </w:tr>
      <w:tr w:rsidR="001A691C" w:rsidRPr="00E761C7" w14:paraId="61097D4E" w14:textId="77777777" w:rsidTr="00E761C7">
        <w:trPr>
          <w:tblCellSpacing w:w="15" w:type="dxa"/>
        </w:trPr>
        <w:tc>
          <w:tcPr>
            <w:tcW w:w="0" w:type="auto"/>
            <w:vAlign w:val="center"/>
            <w:hideMark/>
          </w:tcPr>
          <w:p w14:paraId="0EB80052" w14:textId="77777777" w:rsidR="001A691C" w:rsidRPr="00E761C7" w:rsidRDefault="001A691C" w:rsidP="00BA0F59">
            <w:pPr>
              <w:keepLines/>
              <w:jc w:val="both"/>
              <w:rPr>
                <w:sz w:val="16"/>
                <w:szCs w:val="16"/>
                <w:lang w:val="es-ES"/>
              </w:rPr>
            </w:pPr>
            <w:r w:rsidRPr="00E761C7">
              <w:rPr>
                <w:sz w:val="16"/>
                <w:szCs w:val="16"/>
                <w:lang w:val="es-ES"/>
              </w:rPr>
              <w:t>2</w:t>
            </w:r>
          </w:p>
        </w:tc>
        <w:tc>
          <w:tcPr>
            <w:tcW w:w="1296" w:type="dxa"/>
            <w:vAlign w:val="center"/>
            <w:hideMark/>
          </w:tcPr>
          <w:p w14:paraId="43F1020F" w14:textId="77777777" w:rsidR="001A691C" w:rsidRPr="00E761C7" w:rsidRDefault="001A691C" w:rsidP="00BA0F59">
            <w:pPr>
              <w:keepLines/>
              <w:jc w:val="both"/>
              <w:rPr>
                <w:sz w:val="16"/>
                <w:szCs w:val="16"/>
                <w:lang w:val="es-ES"/>
              </w:rPr>
            </w:pPr>
            <w:r w:rsidRPr="00E761C7">
              <w:rPr>
                <w:sz w:val="16"/>
                <w:szCs w:val="16"/>
                <w:lang w:val="es-ES"/>
              </w:rPr>
              <w:t>Validación del anteproyecto</w:t>
            </w:r>
          </w:p>
        </w:tc>
        <w:tc>
          <w:tcPr>
            <w:tcW w:w="0" w:type="auto"/>
            <w:vAlign w:val="center"/>
            <w:hideMark/>
          </w:tcPr>
          <w:p w14:paraId="0FE8E31A" w14:textId="77777777" w:rsidR="001A691C" w:rsidRPr="00E761C7" w:rsidRDefault="001A691C" w:rsidP="00BA0F59">
            <w:pPr>
              <w:keepLines/>
              <w:jc w:val="both"/>
              <w:rPr>
                <w:sz w:val="16"/>
                <w:szCs w:val="16"/>
                <w:lang w:val="es-ES"/>
              </w:rPr>
            </w:pPr>
          </w:p>
        </w:tc>
        <w:tc>
          <w:tcPr>
            <w:tcW w:w="0" w:type="auto"/>
            <w:vAlign w:val="center"/>
            <w:hideMark/>
          </w:tcPr>
          <w:p w14:paraId="745D1444" w14:textId="77777777" w:rsidR="001A691C" w:rsidRPr="00E761C7" w:rsidRDefault="001A691C" w:rsidP="00BA0F59">
            <w:pPr>
              <w:keepLines/>
              <w:jc w:val="both"/>
              <w:rPr>
                <w:sz w:val="16"/>
                <w:szCs w:val="16"/>
                <w:lang w:val="es-ES"/>
              </w:rPr>
            </w:pPr>
          </w:p>
        </w:tc>
        <w:tc>
          <w:tcPr>
            <w:tcW w:w="0" w:type="auto"/>
            <w:vAlign w:val="center"/>
            <w:hideMark/>
          </w:tcPr>
          <w:p w14:paraId="31DF5AE8" w14:textId="77777777" w:rsidR="001A691C" w:rsidRPr="00E761C7" w:rsidRDefault="001A691C" w:rsidP="00BA0F59">
            <w:pPr>
              <w:keepLines/>
              <w:jc w:val="both"/>
              <w:rPr>
                <w:sz w:val="16"/>
                <w:szCs w:val="16"/>
                <w:lang w:val="es-ES"/>
              </w:rPr>
            </w:pPr>
          </w:p>
        </w:tc>
        <w:tc>
          <w:tcPr>
            <w:tcW w:w="0" w:type="auto"/>
            <w:vAlign w:val="center"/>
            <w:hideMark/>
          </w:tcPr>
          <w:p w14:paraId="3F3D16F8" w14:textId="77777777" w:rsidR="001A691C" w:rsidRPr="00E761C7" w:rsidRDefault="001A691C" w:rsidP="00BA0F59">
            <w:pPr>
              <w:keepLines/>
              <w:jc w:val="both"/>
              <w:rPr>
                <w:sz w:val="16"/>
                <w:szCs w:val="16"/>
                <w:lang w:val="es-ES"/>
              </w:rPr>
            </w:pPr>
          </w:p>
        </w:tc>
        <w:tc>
          <w:tcPr>
            <w:tcW w:w="0" w:type="auto"/>
            <w:vAlign w:val="center"/>
            <w:hideMark/>
          </w:tcPr>
          <w:p w14:paraId="25A70DC6" w14:textId="77777777" w:rsidR="001A691C" w:rsidRPr="00E761C7" w:rsidRDefault="001A691C" w:rsidP="00BA0F59">
            <w:pPr>
              <w:keepLines/>
              <w:jc w:val="both"/>
              <w:rPr>
                <w:sz w:val="16"/>
                <w:szCs w:val="16"/>
                <w:lang w:val="es-ES"/>
              </w:rPr>
            </w:pPr>
          </w:p>
        </w:tc>
        <w:tc>
          <w:tcPr>
            <w:tcW w:w="0" w:type="auto"/>
            <w:vAlign w:val="center"/>
            <w:hideMark/>
          </w:tcPr>
          <w:p w14:paraId="14C82B11" w14:textId="77777777" w:rsidR="001A691C" w:rsidRPr="00E761C7" w:rsidRDefault="001A691C" w:rsidP="00BA0F59">
            <w:pPr>
              <w:keepLines/>
              <w:jc w:val="both"/>
              <w:rPr>
                <w:sz w:val="16"/>
                <w:szCs w:val="16"/>
                <w:lang w:val="es-ES"/>
              </w:rPr>
            </w:pPr>
          </w:p>
        </w:tc>
      </w:tr>
      <w:tr w:rsidR="001A691C" w:rsidRPr="00E761C7" w14:paraId="22A7B1B3" w14:textId="77777777" w:rsidTr="00E761C7">
        <w:trPr>
          <w:tblCellSpacing w:w="15" w:type="dxa"/>
        </w:trPr>
        <w:tc>
          <w:tcPr>
            <w:tcW w:w="0" w:type="auto"/>
            <w:vAlign w:val="center"/>
            <w:hideMark/>
          </w:tcPr>
          <w:p w14:paraId="4418F81F" w14:textId="77777777" w:rsidR="001A691C" w:rsidRPr="00E761C7" w:rsidRDefault="001A691C" w:rsidP="00BA0F59">
            <w:pPr>
              <w:keepLines/>
              <w:jc w:val="both"/>
              <w:rPr>
                <w:sz w:val="16"/>
                <w:szCs w:val="16"/>
                <w:lang w:val="es-ES"/>
              </w:rPr>
            </w:pPr>
            <w:r w:rsidRPr="00E761C7">
              <w:rPr>
                <w:sz w:val="16"/>
                <w:szCs w:val="16"/>
                <w:lang w:val="es-ES"/>
              </w:rPr>
              <w:t>3</w:t>
            </w:r>
          </w:p>
        </w:tc>
        <w:tc>
          <w:tcPr>
            <w:tcW w:w="1296" w:type="dxa"/>
            <w:vAlign w:val="center"/>
            <w:hideMark/>
          </w:tcPr>
          <w:p w14:paraId="0CF38E7D" w14:textId="77777777" w:rsidR="001A691C" w:rsidRPr="00E761C7" w:rsidRDefault="001A691C" w:rsidP="00BA0F59">
            <w:pPr>
              <w:keepLines/>
              <w:jc w:val="both"/>
              <w:rPr>
                <w:sz w:val="16"/>
                <w:szCs w:val="16"/>
                <w:lang w:val="es-ES"/>
              </w:rPr>
            </w:pPr>
            <w:r w:rsidRPr="00E761C7">
              <w:rPr>
                <w:sz w:val="16"/>
                <w:szCs w:val="16"/>
                <w:lang w:val="es-ES"/>
              </w:rPr>
              <w:t>Estudios y diseños</w:t>
            </w:r>
          </w:p>
        </w:tc>
        <w:tc>
          <w:tcPr>
            <w:tcW w:w="0" w:type="auto"/>
            <w:vAlign w:val="center"/>
            <w:hideMark/>
          </w:tcPr>
          <w:p w14:paraId="76AE00FD" w14:textId="77777777" w:rsidR="001A691C" w:rsidRPr="00E761C7" w:rsidRDefault="001A691C" w:rsidP="00BA0F59">
            <w:pPr>
              <w:keepLines/>
              <w:jc w:val="both"/>
              <w:rPr>
                <w:sz w:val="16"/>
                <w:szCs w:val="16"/>
                <w:lang w:val="es-ES"/>
              </w:rPr>
            </w:pPr>
          </w:p>
        </w:tc>
        <w:tc>
          <w:tcPr>
            <w:tcW w:w="0" w:type="auto"/>
            <w:vAlign w:val="center"/>
            <w:hideMark/>
          </w:tcPr>
          <w:p w14:paraId="0C68D0DD" w14:textId="77777777" w:rsidR="001A691C" w:rsidRPr="00E761C7" w:rsidRDefault="001A691C" w:rsidP="00BA0F59">
            <w:pPr>
              <w:keepLines/>
              <w:jc w:val="both"/>
              <w:rPr>
                <w:sz w:val="16"/>
                <w:szCs w:val="16"/>
                <w:lang w:val="es-ES"/>
              </w:rPr>
            </w:pPr>
          </w:p>
        </w:tc>
        <w:tc>
          <w:tcPr>
            <w:tcW w:w="0" w:type="auto"/>
            <w:vAlign w:val="center"/>
            <w:hideMark/>
          </w:tcPr>
          <w:p w14:paraId="2C2177CB" w14:textId="77777777" w:rsidR="001A691C" w:rsidRPr="00E761C7" w:rsidRDefault="001A691C" w:rsidP="00BA0F59">
            <w:pPr>
              <w:keepLines/>
              <w:jc w:val="both"/>
              <w:rPr>
                <w:sz w:val="16"/>
                <w:szCs w:val="16"/>
                <w:lang w:val="es-ES"/>
              </w:rPr>
            </w:pPr>
          </w:p>
        </w:tc>
        <w:tc>
          <w:tcPr>
            <w:tcW w:w="0" w:type="auto"/>
            <w:vAlign w:val="center"/>
            <w:hideMark/>
          </w:tcPr>
          <w:p w14:paraId="0591E1D7" w14:textId="77777777" w:rsidR="001A691C" w:rsidRPr="00E761C7" w:rsidRDefault="001A691C" w:rsidP="00BA0F59">
            <w:pPr>
              <w:keepLines/>
              <w:jc w:val="both"/>
              <w:rPr>
                <w:sz w:val="16"/>
                <w:szCs w:val="16"/>
                <w:lang w:val="es-ES"/>
              </w:rPr>
            </w:pPr>
          </w:p>
        </w:tc>
        <w:tc>
          <w:tcPr>
            <w:tcW w:w="0" w:type="auto"/>
            <w:vAlign w:val="center"/>
            <w:hideMark/>
          </w:tcPr>
          <w:p w14:paraId="48919806" w14:textId="77777777" w:rsidR="001A691C" w:rsidRPr="00E761C7" w:rsidRDefault="001A691C" w:rsidP="00BA0F59">
            <w:pPr>
              <w:keepLines/>
              <w:jc w:val="both"/>
              <w:rPr>
                <w:sz w:val="16"/>
                <w:szCs w:val="16"/>
                <w:lang w:val="es-ES"/>
              </w:rPr>
            </w:pPr>
          </w:p>
        </w:tc>
        <w:tc>
          <w:tcPr>
            <w:tcW w:w="0" w:type="auto"/>
            <w:vAlign w:val="center"/>
            <w:hideMark/>
          </w:tcPr>
          <w:p w14:paraId="1481EA62" w14:textId="77777777" w:rsidR="001A691C" w:rsidRPr="00E761C7" w:rsidRDefault="001A691C" w:rsidP="00BA0F59">
            <w:pPr>
              <w:keepLines/>
              <w:jc w:val="both"/>
              <w:rPr>
                <w:sz w:val="16"/>
                <w:szCs w:val="16"/>
                <w:lang w:val="es-ES"/>
              </w:rPr>
            </w:pPr>
          </w:p>
        </w:tc>
      </w:tr>
      <w:tr w:rsidR="001A691C" w:rsidRPr="00E761C7" w14:paraId="42E63FA4" w14:textId="77777777" w:rsidTr="00E761C7">
        <w:trPr>
          <w:tblCellSpacing w:w="15" w:type="dxa"/>
        </w:trPr>
        <w:tc>
          <w:tcPr>
            <w:tcW w:w="0" w:type="auto"/>
            <w:vAlign w:val="center"/>
            <w:hideMark/>
          </w:tcPr>
          <w:p w14:paraId="1658F6CC" w14:textId="77777777" w:rsidR="001A691C" w:rsidRPr="00E761C7" w:rsidRDefault="001A691C" w:rsidP="00BA0F59">
            <w:pPr>
              <w:keepLines/>
              <w:jc w:val="both"/>
              <w:rPr>
                <w:sz w:val="16"/>
                <w:szCs w:val="16"/>
                <w:lang w:val="es-ES"/>
              </w:rPr>
            </w:pPr>
            <w:r w:rsidRPr="00E761C7">
              <w:rPr>
                <w:sz w:val="16"/>
                <w:szCs w:val="16"/>
                <w:lang w:val="es-ES"/>
              </w:rPr>
              <w:t>4</w:t>
            </w:r>
          </w:p>
        </w:tc>
        <w:tc>
          <w:tcPr>
            <w:tcW w:w="1296" w:type="dxa"/>
            <w:vAlign w:val="center"/>
            <w:hideMark/>
          </w:tcPr>
          <w:p w14:paraId="6E00B09F" w14:textId="77777777" w:rsidR="001A691C" w:rsidRPr="00E761C7" w:rsidRDefault="001A691C" w:rsidP="00BA0F59">
            <w:pPr>
              <w:keepLines/>
              <w:jc w:val="both"/>
              <w:rPr>
                <w:sz w:val="16"/>
                <w:szCs w:val="16"/>
                <w:lang w:val="es-ES"/>
              </w:rPr>
            </w:pPr>
            <w:r w:rsidRPr="00E761C7">
              <w:rPr>
                <w:sz w:val="16"/>
                <w:szCs w:val="16"/>
                <w:lang w:val="es-ES"/>
              </w:rPr>
              <w:t>Coordinación interdisciplinaria</w:t>
            </w:r>
          </w:p>
        </w:tc>
        <w:tc>
          <w:tcPr>
            <w:tcW w:w="0" w:type="auto"/>
            <w:vAlign w:val="center"/>
            <w:hideMark/>
          </w:tcPr>
          <w:p w14:paraId="2B84ACAA" w14:textId="77777777" w:rsidR="001A691C" w:rsidRPr="00E761C7" w:rsidRDefault="001A691C" w:rsidP="00BA0F59">
            <w:pPr>
              <w:keepLines/>
              <w:jc w:val="both"/>
              <w:rPr>
                <w:sz w:val="16"/>
                <w:szCs w:val="16"/>
                <w:lang w:val="es-ES"/>
              </w:rPr>
            </w:pPr>
          </w:p>
        </w:tc>
        <w:tc>
          <w:tcPr>
            <w:tcW w:w="0" w:type="auto"/>
            <w:vAlign w:val="center"/>
            <w:hideMark/>
          </w:tcPr>
          <w:p w14:paraId="1BE0B4A0" w14:textId="77777777" w:rsidR="001A691C" w:rsidRPr="00E761C7" w:rsidRDefault="001A691C" w:rsidP="00BA0F59">
            <w:pPr>
              <w:keepLines/>
              <w:jc w:val="both"/>
              <w:rPr>
                <w:sz w:val="16"/>
                <w:szCs w:val="16"/>
                <w:lang w:val="es-ES"/>
              </w:rPr>
            </w:pPr>
          </w:p>
        </w:tc>
        <w:tc>
          <w:tcPr>
            <w:tcW w:w="0" w:type="auto"/>
            <w:vAlign w:val="center"/>
            <w:hideMark/>
          </w:tcPr>
          <w:p w14:paraId="167E20D0" w14:textId="77777777" w:rsidR="001A691C" w:rsidRPr="00E761C7" w:rsidRDefault="001A691C" w:rsidP="00BA0F59">
            <w:pPr>
              <w:keepLines/>
              <w:jc w:val="both"/>
              <w:rPr>
                <w:sz w:val="16"/>
                <w:szCs w:val="16"/>
                <w:lang w:val="es-ES"/>
              </w:rPr>
            </w:pPr>
          </w:p>
        </w:tc>
        <w:tc>
          <w:tcPr>
            <w:tcW w:w="0" w:type="auto"/>
            <w:vAlign w:val="center"/>
            <w:hideMark/>
          </w:tcPr>
          <w:p w14:paraId="278B0898" w14:textId="77777777" w:rsidR="001A691C" w:rsidRPr="00E761C7" w:rsidRDefault="001A691C" w:rsidP="00BA0F59">
            <w:pPr>
              <w:keepLines/>
              <w:jc w:val="both"/>
              <w:rPr>
                <w:sz w:val="16"/>
                <w:szCs w:val="16"/>
                <w:lang w:val="es-ES"/>
              </w:rPr>
            </w:pPr>
          </w:p>
        </w:tc>
        <w:tc>
          <w:tcPr>
            <w:tcW w:w="0" w:type="auto"/>
            <w:vAlign w:val="center"/>
            <w:hideMark/>
          </w:tcPr>
          <w:p w14:paraId="1BD57CC6" w14:textId="77777777" w:rsidR="001A691C" w:rsidRPr="00E761C7" w:rsidRDefault="001A691C" w:rsidP="00BA0F59">
            <w:pPr>
              <w:keepLines/>
              <w:jc w:val="both"/>
              <w:rPr>
                <w:sz w:val="16"/>
                <w:szCs w:val="16"/>
                <w:lang w:val="es-ES"/>
              </w:rPr>
            </w:pPr>
          </w:p>
        </w:tc>
        <w:tc>
          <w:tcPr>
            <w:tcW w:w="0" w:type="auto"/>
            <w:vAlign w:val="center"/>
            <w:hideMark/>
          </w:tcPr>
          <w:p w14:paraId="68206B54" w14:textId="77777777" w:rsidR="001A691C" w:rsidRPr="00E761C7" w:rsidRDefault="001A691C" w:rsidP="00BA0F59">
            <w:pPr>
              <w:keepLines/>
              <w:jc w:val="both"/>
              <w:rPr>
                <w:sz w:val="16"/>
                <w:szCs w:val="16"/>
                <w:lang w:val="es-ES"/>
              </w:rPr>
            </w:pPr>
          </w:p>
        </w:tc>
      </w:tr>
      <w:tr w:rsidR="001A691C" w:rsidRPr="00E761C7" w14:paraId="264E36BE" w14:textId="77777777" w:rsidTr="00E761C7">
        <w:trPr>
          <w:tblCellSpacing w:w="15" w:type="dxa"/>
        </w:trPr>
        <w:tc>
          <w:tcPr>
            <w:tcW w:w="0" w:type="auto"/>
            <w:vAlign w:val="center"/>
            <w:hideMark/>
          </w:tcPr>
          <w:p w14:paraId="1624446E" w14:textId="77777777" w:rsidR="001A691C" w:rsidRPr="00E761C7" w:rsidRDefault="001A691C" w:rsidP="00BA0F59">
            <w:pPr>
              <w:keepLines/>
              <w:jc w:val="both"/>
              <w:rPr>
                <w:sz w:val="16"/>
                <w:szCs w:val="16"/>
                <w:lang w:val="es-ES"/>
              </w:rPr>
            </w:pPr>
            <w:r w:rsidRPr="00E761C7">
              <w:rPr>
                <w:sz w:val="16"/>
                <w:szCs w:val="16"/>
                <w:lang w:val="es-ES"/>
              </w:rPr>
              <w:t>5</w:t>
            </w:r>
          </w:p>
        </w:tc>
        <w:tc>
          <w:tcPr>
            <w:tcW w:w="1296" w:type="dxa"/>
            <w:vAlign w:val="center"/>
            <w:hideMark/>
          </w:tcPr>
          <w:p w14:paraId="0861FF3D" w14:textId="77777777" w:rsidR="001A691C" w:rsidRPr="00E761C7" w:rsidRDefault="001A691C" w:rsidP="00BA0F59">
            <w:pPr>
              <w:keepLines/>
              <w:jc w:val="both"/>
              <w:rPr>
                <w:sz w:val="16"/>
                <w:szCs w:val="16"/>
                <w:lang w:val="es-ES"/>
              </w:rPr>
            </w:pPr>
            <w:r w:rsidRPr="00E761C7">
              <w:rPr>
                <w:sz w:val="16"/>
                <w:szCs w:val="16"/>
                <w:lang w:val="es-ES"/>
              </w:rPr>
              <w:t>Licencias, permisos y autorizaciones</w:t>
            </w:r>
          </w:p>
        </w:tc>
        <w:tc>
          <w:tcPr>
            <w:tcW w:w="0" w:type="auto"/>
            <w:vAlign w:val="center"/>
            <w:hideMark/>
          </w:tcPr>
          <w:p w14:paraId="32898161" w14:textId="77777777" w:rsidR="001A691C" w:rsidRPr="00E761C7" w:rsidRDefault="001A691C" w:rsidP="00BA0F59">
            <w:pPr>
              <w:keepLines/>
              <w:jc w:val="both"/>
              <w:rPr>
                <w:sz w:val="16"/>
                <w:szCs w:val="16"/>
                <w:lang w:val="es-ES"/>
              </w:rPr>
            </w:pPr>
          </w:p>
        </w:tc>
        <w:tc>
          <w:tcPr>
            <w:tcW w:w="0" w:type="auto"/>
            <w:vAlign w:val="center"/>
            <w:hideMark/>
          </w:tcPr>
          <w:p w14:paraId="6035453F" w14:textId="77777777" w:rsidR="001A691C" w:rsidRPr="00E761C7" w:rsidRDefault="001A691C" w:rsidP="00BA0F59">
            <w:pPr>
              <w:keepLines/>
              <w:jc w:val="both"/>
              <w:rPr>
                <w:sz w:val="16"/>
                <w:szCs w:val="16"/>
                <w:lang w:val="es-ES"/>
              </w:rPr>
            </w:pPr>
          </w:p>
        </w:tc>
        <w:tc>
          <w:tcPr>
            <w:tcW w:w="0" w:type="auto"/>
            <w:vAlign w:val="center"/>
            <w:hideMark/>
          </w:tcPr>
          <w:p w14:paraId="76AE6803" w14:textId="77777777" w:rsidR="001A691C" w:rsidRPr="00E761C7" w:rsidRDefault="001A691C" w:rsidP="00BA0F59">
            <w:pPr>
              <w:keepLines/>
              <w:jc w:val="both"/>
              <w:rPr>
                <w:sz w:val="16"/>
                <w:szCs w:val="16"/>
                <w:lang w:val="es-ES"/>
              </w:rPr>
            </w:pPr>
          </w:p>
        </w:tc>
        <w:tc>
          <w:tcPr>
            <w:tcW w:w="0" w:type="auto"/>
            <w:vAlign w:val="center"/>
            <w:hideMark/>
          </w:tcPr>
          <w:p w14:paraId="7554B9FB" w14:textId="77777777" w:rsidR="001A691C" w:rsidRPr="00E761C7" w:rsidRDefault="001A691C" w:rsidP="00BA0F59">
            <w:pPr>
              <w:keepLines/>
              <w:jc w:val="both"/>
              <w:rPr>
                <w:sz w:val="16"/>
                <w:szCs w:val="16"/>
                <w:lang w:val="es-ES"/>
              </w:rPr>
            </w:pPr>
          </w:p>
        </w:tc>
        <w:tc>
          <w:tcPr>
            <w:tcW w:w="0" w:type="auto"/>
            <w:vAlign w:val="center"/>
            <w:hideMark/>
          </w:tcPr>
          <w:p w14:paraId="4E6FB77C" w14:textId="77777777" w:rsidR="001A691C" w:rsidRPr="00E761C7" w:rsidRDefault="001A691C" w:rsidP="00BA0F59">
            <w:pPr>
              <w:keepLines/>
              <w:jc w:val="both"/>
              <w:rPr>
                <w:sz w:val="16"/>
                <w:szCs w:val="16"/>
                <w:lang w:val="es-ES"/>
              </w:rPr>
            </w:pPr>
          </w:p>
        </w:tc>
        <w:tc>
          <w:tcPr>
            <w:tcW w:w="0" w:type="auto"/>
            <w:vAlign w:val="center"/>
            <w:hideMark/>
          </w:tcPr>
          <w:p w14:paraId="2EDF0011" w14:textId="77777777" w:rsidR="001A691C" w:rsidRPr="00E761C7" w:rsidRDefault="001A691C" w:rsidP="00BA0F59">
            <w:pPr>
              <w:keepLines/>
              <w:jc w:val="both"/>
              <w:rPr>
                <w:sz w:val="16"/>
                <w:szCs w:val="16"/>
                <w:lang w:val="es-ES"/>
              </w:rPr>
            </w:pPr>
          </w:p>
        </w:tc>
      </w:tr>
      <w:tr w:rsidR="001A691C" w:rsidRPr="001A691C" w14:paraId="19138030" w14:textId="77777777" w:rsidTr="00E761C7">
        <w:trPr>
          <w:tblCellSpacing w:w="15" w:type="dxa"/>
        </w:trPr>
        <w:tc>
          <w:tcPr>
            <w:tcW w:w="0" w:type="auto"/>
            <w:vAlign w:val="center"/>
            <w:hideMark/>
          </w:tcPr>
          <w:p w14:paraId="2196E10E" w14:textId="77777777" w:rsidR="001A691C" w:rsidRPr="00E761C7" w:rsidRDefault="001A691C" w:rsidP="00BA0F59">
            <w:pPr>
              <w:keepLines/>
              <w:jc w:val="both"/>
              <w:rPr>
                <w:sz w:val="16"/>
                <w:szCs w:val="16"/>
                <w:lang w:val="es-ES"/>
              </w:rPr>
            </w:pPr>
            <w:r w:rsidRPr="00E761C7">
              <w:rPr>
                <w:sz w:val="16"/>
                <w:szCs w:val="16"/>
                <w:lang w:val="es-ES"/>
              </w:rPr>
              <w:lastRenderedPageBreak/>
              <w:t>6</w:t>
            </w:r>
          </w:p>
        </w:tc>
        <w:tc>
          <w:tcPr>
            <w:tcW w:w="1296" w:type="dxa"/>
            <w:vAlign w:val="center"/>
            <w:hideMark/>
          </w:tcPr>
          <w:p w14:paraId="34449B3F" w14:textId="453F07B9" w:rsidR="001A691C" w:rsidRPr="00E761C7" w:rsidRDefault="001A691C" w:rsidP="00BA0F59">
            <w:pPr>
              <w:keepLines/>
              <w:jc w:val="both"/>
              <w:rPr>
                <w:sz w:val="16"/>
                <w:szCs w:val="16"/>
                <w:lang w:val="es-ES"/>
              </w:rPr>
            </w:pPr>
            <w:r>
              <w:rPr>
                <w:sz w:val="16"/>
                <w:szCs w:val="16"/>
                <w:lang w:val="es-ES"/>
              </w:rPr>
              <w:t>Entrega de información para la</w:t>
            </w:r>
            <w:r w:rsidRPr="00E761C7">
              <w:rPr>
                <w:sz w:val="16"/>
                <w:szCs w:val="16"/>
                <w:lang w:val="es-ES"/>
              </w:rPr>
              <w:t xml:space="preserve"> contratación de la obra</w:t>
            </w:r>
          </w:p>
        </w:tc>
        <w:tc>
          <w:tcPr>
            <w:tcW w:w="0" w:type="auto"/>
            <w:vAlign w:val="center"/>
            <w:hideMark/>
          </w:tcPr>
          <w:p w14:paraId="47048C77" w14:textId="77777777" w:rsidR="001A691C" w:rsidRPr="00E761C7" w:rsidRDefault="001A691C" w:rsidP="00BA0F59">
            <w:pPr>
              <w:keepLines/>
              <w:jc w:val="both"/>
              <w:rPr>
                <w:sz w:val="16"/>
                <w:szCs w:val="16"/>
                <w:lang w:val="es-ES"/>
              </w:rPr>
            </w:pPr>
          </w:p>
        </w:tc>
        <w:tc>
          <w:tcPr>
            <w:tcW w:w="0" w:type="auto"/>
            <w:vAlign w:val="center"/>
            <w:hideMark/>
          </w:tcPr>
          <w:p w14:paraId="148D7D23" w14:textId="77777777" w:rsidR="001A691C" w:rsidRPr="00E761C7" w:rsidRDefault="001A691C" w:rsidP="00BA0F59">
            <w:pPr>
              <w:keepLines/>
              <w:jc w:val="both"/>
              <w:rPr>
                <w:sz w:val="16"/>
                <w:szCs w:val="16"/>
                <w:lang w:val="es-ES"/>
              </w:rPr>
            </w:pPr>
          </w:p>
        </w:tc>
        <w:tc>
          <w:tcPr>
            <w:tcW w:w="0" w:type="auto"/>
            <w:vAlign w:val="center"/>
            <w:hideMark/>
          </w:tcPr>
          <w:p w14:paraId="13065B45" w14:textId="77777777" w:rsidR="001A691C" w:rsidRPr="00E761C7" w:rsidRDefault="001A691C" w:rsidP="00BA0F59">
            <w:pPr>
              <w:keepLines/>
              <w:jc w:val="both"/>
              <w:rPr>
                <w:sz w:val="16"/>
                <w:szCs w:val="16"/>
                <w:lang w:val="es-ES"/>
              </w:rPr>
            </w:pPr>
          </w:p>
        </w:tc>
        <w:tc>
          <w:tcPr>
            <w:tcW w:w="0" w:type="auto"/>
            <w:vAlign w:val="center"/>
            <w:hideMark/>
          </w:tcPr>
          <w:p w14:paraId="63FABD3C" w14:textId="77777777" w:rsidR="001A691C" w:rsidRPr="00E761C7" w:rsidRDefault="001A691C" w:rsidP="00BA0F59">
            <w:pPr>
              <w:keepLines/>
              <w:jc w:val="both"/>
              <w:rPr>
                <w:sz w:val="16"/>
                <w:szCs w:val="16"/>
                <w:lang w:val="es-ES"/>
              </w:rPr>
            </w:pPr>
          </w:p>
        </w:tc>
        <w:tc>
          <w:tcPr>
            <w:tcW w:w="0" w:type="auto"/>
            <w:vAlign w:val="center"/>
            <w:hideMark/>
          </w:tcPr>
          <w:p w14:paraId="253A9BC3" w14:textId="77777777" w:rsidR="001A691C" w:rsidRPr="00E761C7" w:rsidRDefault="001A691C" w:rsidP="00BA0F59">
            <w:pPr>
              <w:keepLines/>
              <w:jc w:val="both"/>
              <w:rPr>
                <w:sz w:val="16"/>
                <w:szCs w:val="16"/>
                <w:lang w:val="es-ES"/>
              </w:rPr>
            </w:pPr>
          </w:p>
        </w:tc>
        <w:tc>
          <w:tcPr>
            <w:tcW w:w="0" w:type="auto"/>
            <w:vAlign w:val="center"/>
            <w:hideMark/>
          </w:tcPr>
          <w:p w14:paraId="54765012" w14:textId="77777777" w:rsidR="001A691C" w:rsidRPr="00E761C7" w:rsidRDefault="001A691C" w:rsidP="00BA0F59">
            <w:pPr>
              <w:keepLines/>
              <w:jc w:val="both"/>
              <w:rPr>
                <w:sz w:val="16"/>
                <w:szCs w:val="16"/>
                <w:lang w:val="es-ES"/>
              </w:rPr>
            </w:pPr>
          </w:p>
        </w:tc>
      </w:tr>
      <w:tr w:rsidR="001A691C" w:rsidRPr="001A691C" w14:paraId="3D70E537" w14:textId="77777777" w:rsidTr="00E761C7">
        <w:trPr>
          <w:tblCellSpacing w:w="15" w:type="dxa"/>
        </w:trPr>
        <w:tc>
          <w:tcPr>
            <w:tcW w:w="0" w:type="auto"/>
            <w:vAlign w:val="center"/>
            <w:hideMark/>
          </w:tcPr>
          <w:p w14:paraId="1C29745A" w14:textId="77777777" w:rsidR="001A691C" w:rsidRPr="00E761C7" w:rsidRDefault="001A691C" w:rsidP="00BA0F59">
            <w:pPr>
              <w:keepLines/>
              <w:jc w:val="both"/>
              <w:rPr>
                <w:sz w:val="16"/>
                <w:szCs w:val="16"/>
                <w:lang w:val="es-ES"/>
              </w:rPr>
            </w:pPr>
            <w:r w:rsidRPr="00E761C7">
              <w:rPr>
                <w:sz w:val="16"/>
                <w:szCs w:val="16"/>
                <w:lang w:val="es-ES"/>
              </w:rPr>
              <w:t>7</w:t>
            </w:r>
          </w:p>
        </w:tc>
        <w:tc>
          <w:tcPr>
            <w:tcW w:w="1296" w:type="dxa"/>
            <w:vAlign w:val="center"/>
            <w:hideMark/>
          </w:tcPr>
          <w:p w14:paraId="7D615C09" w14:textId="77777777" w:rsidR="001A691C" w:rsidRPr="00E761C7" w:rsidRDefault="001A691C" w:rsidP="00BA0F59">
            <w:pPr>
              <w:keepLines/>
              <w:jc w:val="both"/>
              <w:rPr>
                <w:sz w:val="16"/>
                <w:szCs w:val="16"/>
                <w:lang w:val="es-ES"/>
              </w:rPr>
            </w:pPr>
            <w:r w:rsidRPr="00E761C7">
              <w:rPr>
                <w:sz w:val="16"/>
                <w:szCs w:val="16"/>
                <w:lang w:val="es-ES"/>
              </w:rPr>
              <w:t>Acompañamiento durante la ejecución de la obra</w:t>
            </w:r>
          </w:p>
        </w:tc>
        <w:tc>
          <w:tcPr>
            <w:tcW w:w="0" w:type="auto"/>
            <w:vAlign w:val="center"/>
            <w:hideMark/>
          </w:tcPr>
          <w:p w14:paraId="1B14C014" w14:textId="77777777" w:rsidR="001A691C" w:rsidRPr="00E761C7" w:rsidRDefault="001A691C" w:rsidP="00BA0F59">
            <w:pPr>
              <w:keepLines/>
              <w:jc w:val="both"/>
              <w:rPr>
                <w:sz w:val="16"/>
                <w:szCs w:val="16"/>
                <w:lang w:val="es-ES"/>
              </w:rPr>
            </w:pPr>
          </w:p>
        </w:tc>
        <w:tc>
          <w:tcPr>
            <w:tcW w:w="0" w:type="auto"/>
            <w:vAlign w:val="center"/>
            <w:hideMark/>
          </w:tcPr>
          <w:p w14:paraId="06198E05" w14:textId="77777777" w:rsidR="001A691C" w:rsidRPr="00E761C7" w:rsidRDefault="001A691C" w:rsidP="00BA0F59">
            <w:pPr>
              <w:keepLines/>
              <w:jc w:val="both"/>
              <w:rPr>
                <w:sz w:val="16"/>
                <w:szCs w:val="16"/>
                <w:lang w:val="es-ES"/>
              </w:rPr>
            </w:pPr>
          </w:p>
        </w:tc>
        <w:tc>
          <w:tcPr>
            <w:tcW w:w="0" w:type="auto"/>
            <w:vAlign w:val="center"/>
            <w:hideMark/>
          </w:tcPr>
          <w:p w14:paraId="1D6A05A0" w14:textId="77777777" w:rsidR="001A691C" w:rsidRPr="00E761C7" w:rsidRDefault="001A691C" w:rsidP="00BA0F59">
            <w:pPr>
              <w:keepLines/>
              <w:jc w:val="both"/>
              <w:rPr>
                <w:sz w:val="16"/>
                <w:szCs w:val="16"/>
                <w:lang w:val="es-ES"/>
              </w:rPr>
            </w:pPr>
          </w:p>
        </w:tc>
        <w:tc>
          <w:tcPr>
            <w:tcW w:w="0" w:type="auto"/>
            <w:vAlign w:val="center"/>
            <w:hideMark/>
          </w:tcPr>
          <w:p w14:paraId="016CF31F" w14:textId="77777777" w:rsidR="001A691C" w:rsidRPr="00E761C7" w:rsidRDefault="001A691C" w:rsidP="00BA0F59">
            <w:pPr>
              <w:keepLines/>
              <w:jc w:val="both"/>
              <w:rPr>
                <w:sz w:val="16"/>
                <w:szCs w:val="16"/>
                <w:lang w:val="es-ES"/>
              </w:rPr>
            </w:pPr>
          </w:p>
        </w:tc>
        <w:tc>
          <w:tcPr>
            <w:tcW w:w="0" w:type="auto"/>
            <w:vAlign w:val="center"/>
            <w:hideMark/>
          </w:tcPr>
          <w:p w14:paraId="4BB7A821" w14:textId="77777777" w:rsidR="001A691C" w:rsidRPr="00E761C7" w:rsidRDefault="001A691C" w:rsidP="00BA0F59">
            <w:pPr>
              <w:keepLines/>
              <w:jc w:val="both"/>
              <w:rPr>
                <w:sz w:val="16"/>
                <w:szCs w:val="16"/>
                <w:lang w:val="es-ES"/>
              </w:rPr>
            </w:pPr>
          </w:p>
        </w:tc>
        <w:tc>
          <w:tcPr>
            <w:tcW w:w="0" w:type="auto"/>
            <w:vAlign w:val="center"/>
            <w:hideMark/>
          </w:tcPr>
          <w:p w14:paraId="5FB9D8D9" w14:textId="77777777" w:rsidR="001A691C" w:rsidRPr="00E761C7" w:rsidRDefault="001A691C" w:rsidP="00BA0F59">
            <w:pPr>
              <w:keepLines/>
              <w:jc w:val="both"/>
              <w:rPr>
                <w:sz w:val="16"/>
                <w:szCs w:val="16"/>
                <w:lang w:val="es-ES"/>
              </w:rPr>
            </w:pPr>
          </w:p>
        </w:tc>
      </w:tr>
      <w:tr w:rsidR="001A691C" w:rsidRPr="001A691C" w14:paraId="0890279F" w14:textId="77777777" w:rsidTr="00E761C7">
        <w:trPr>
          <w:tblCellSpacing w:w="15" w:type="dxa"/>
        </w:trPr>
        <w:tc>
          <w:tcPr>
            <w:tcW w:w="0" w:type="auto"/>
            <w:vAlign w:val="center"/>
            <w:hideMark/>
          </w:tcPr>
          <w:p w14:paraId="2F1645AD" w14:textId="77777777" w:rsidR="001A691C" w:rsidRPr="00E761C7" w:rsidRDefault="001A691C" w:rsidP="00BA0F59">
            <w:pPr>
              <w:keepLines/>
              <w:jc w:val="both"/>
              <w:rPr>
                <w:sz w:val="16"/>
                <w:szCs w:val="16"/>
                <w:lang w:val="es-ES"/>
              </w:rPr>
            </w:pPr>
            <w:r w:rsidRPr="00E761C7">
              <w:rPr>
                <w:sz w:val="16"/>
                <w:szCs w:val="16"/>
                <w:lang w:val="es-ES"/>
              </w:rPr>
              <w:t>8</w:t>
            </w:r>
          </w:p>
        </w:tc>
        <w:tc>
          <w:tcPr>
            <w:tcW w:w="1296" w:type="dxa"/>
            <w:vAlign w:val="center"/>
            <w:hideMark/>
          </w:tcPr>
          <w:p w14:paraId="047BB766" w14:textId="77777777" w:rsidR="001A691C" w:rsidRPr="00E761C7" w:rsidRDefault="001A691C" w:rsidP="00BA0F59">
            <w:pPr>
              <w:keepLines/>
              <w:jc w:val="both"/>
              <w:rPr>
                <w:sz w:val="16"/>
                <w:szCs w:val="16"/>
                <w:lang w:val="es-ES"/>
              </w:rPr>
            </w:pPr>
            <w:r w:rsidRPr="00E761C7">
              <w:rPr>
                <w:sz w:val="16"/>
                <w:szCs w:val="16"/>
                <w:lang w:val="es-ES"/>
              </w:rPr>
              <w:t>Entrega final y puesta en operación</w:t>
            </w:r>
          </w:p>
        </w:tc>
        <w:tc>
          <w:tcPr>
            <w:tcW w:w="0" w:type="auto"/>
            <w:vAlign w:val="center"/>
            <w:hideMark/>
          </w:tcPr>
          <w:p w14:paraId="1937645A" w14:textId="77777777" w:rsidR="001A691C" w:rsidRPr="00E761C7" w:rsidRDefault="001A691C" w:rsidP="00BA0F59">
            <w:pPr>
              <w:keepLines/>
              <w:jc w:val="both"/>
              <w:rPr>
                <w:sz w:val="16"/>
                <w:szCs w:val="16"/>
                <w:lang w:val="es-ES"/>
              </w:rPr>
            </w:pPr>
          </w:p>
        </w:tc>
        <w:tc>
          <w:tcPr>
            <w:tcW w:w="0" w:type="auto"/>
            <w:vAlign w:val="center"/>
            <w:hideMark/>
          </w:tcPr>
          <w:p w14:paraId="7D118F2F" w14:textId="77777777" w:rsidR="001A691C" w:rsidRPr="00E761C7" w:rsidRDefault="001A691C" w:rsidP="00BA0F59">
            <w:pPr>
              <w:keepLines/>
              <w:jc w:val="both"/>
              <w:rPr>
                <w:sz w:val="16"/>
                <w:szCs w:val="16"/>
                <w:lang w:val="es-ES"/>
              </w:rPr>
            </w:pPr>
          </w:p>
        </w:tc>
        <w:tc>
          <w:tcPr>
            <w:tcW w:w="0" w:type="auto"/>
            <w:vAlign w:val="center"/>
            <w:hideMark/>
          </w:tcPr>
          <w:p w14:paraId="25AEEAA6" w14:textId="77777777" w:rsidR="001A691C" w:rsidRPr="00E761C7" w:rsidRDefault="001A691C" w:rsidP="00BA0F59">
            <w:pPr>
              <w:keepLines/>
              <w:jc w:val="both"/>
              <w:rPr>
                <w:sz w:val="16"/>
                <w:szCs w:val="16"/>
                <w:lang w:val="es-ES"/>
              </w:rPr>
            </w:pPr>
          </w:p>
        </w:tc>
        <w:tc>
          <w:tcPr>
            <w:tcW w:w="0" w:type="auto"/>
            <w:vAlign w:val="center"/>
            <w:hideMark/>
          </w:tcPr>
          <w:p w14:paraId="5BE01E23" w14:textId="77777777" w:rsidR="001A691C" w:rsidRPr="00E761C7" w:rsidRDefault="001A691C" w:rsidP="00BA0F59">
            <w:pPr>
              <w:keepLines/>
              <w:jc w:val="both"/>
              <w:rPr>
                <w:sz w:val="16"/>
                <w:szCs w:val="16"/>
                <w:lang w:val="es-ES"/>
              </w:rPr>
            </w:pPr>
          </w:p>
        </w:tc>
        <w:tc>
          <w:tcPr>
            <w:tcW w:w="0" w:type="auto"/>
            <w:vAlign w:val="center"/>
            <w:hideMark/>
          </w:tcPr>
          <w:p w14:paraId="3FF0FFC1" w14:textId="77777777" w:rsidR="001A691C" w:rsidRPr="00E761C7" w:rsidRDefault="001A691C" w:rsidP="00BA0F59">
            <w:pPr>
              <w:keepLines/>
              <w:jc w:val="both"/>
              <w:rPr>
                <w:sz w:val="16"/>
                <w:szCs w:val="16"/>
                <w:lang w:val="es-ES"/>
              </w:rPr>
            </w:pPr>
          </w:p>
        </w:tc>
        <w:tc>
          <w:tcPr>
            <w:tcW w:w="0" w:type="auto"/>
            <w:vAlign w:val="center"/>
            <w:hideMark/>
          </w:tcPr>
          <w:p w14:paraId="1B905D31" w14:textId="77777777" w:rsidR="001A691C" w:rsidRPr="00E761C7" w:rsidRDefault="001A691C" w:rsidP="00BA0F59">
            <w:pPr>
              <w:keepLines/>
              <w:jc w:val="both"/>
              <w:rPr>
                <w:sz w:val="16"/>
                <w:szCs w:val="16"/>
                <w:lang w:val="es-ES"/>
              </w:rPr>
            </w:pPr>
          </w:p>
        </w:tc>
      </w:tr>
      <w:tr w:rsidR="001A691C" w:rsidRPr="001A691C" w14:paraId="7A5C613D" w14:textId="77777777" w:rsidTr="00E761C7">
        <w:trPr>
          <w:tblCellSpacing w:w="15" w:type="dxa"/>
        </w:trPr>
        <w:tc>
          <w:tcPr>
            <w:tcW w:w="0" w:type="auto"/>
            <w:vAlign w:val="center"/>
            <w:hideMark/>
          </w:tcPr>
          <w:p w14:paraId="1D4CB889" w14:textId="77777777" w:rsidR="001A691C" w:rsidRPr="00E761C7" w:rsidRDefault="001A691C" w:rsidP="00BA0F59">
            <w:pPr>
              <w:keepLines/>
              <w:jc w:val="both"/>
              <w:rPr>
                <w:sz w:val="16"/>
                <w:szCs w:val="16"/>
                <w:lang w:val="es-ES"/>
              </w:rPr>
            </w:pPr>
            <w:r w:rsidRPr="00E761C7">
              <w:rPr>
                <w:sz w:val="16"/>
                <w:szCs w:val="16"/>
                <w:lang w:val="es-ES"/>
              </w:rPr>
              <w:t>9</w:t>
            </w:r>
          </w:p>
        </w:tc>
        <w:tc>
          <w:tcPr>
            <w:tcW w:w="1296" w:type="dxa"/>
            <w:vAlign w:val="center"/>
            <w:hideMark/>
          </w:tcPr>
          <w:p w14:paraId="235014F8" w14:textId="7BF2D232" w:rsidR="001A691C" w:rsidRPr="00E761C7" w:rsidRDefault="001A691C" w:rsidP="00BA0F59">
            <w:pPr>
              <w:keepLines/>
              <w:jc w:val="both"/>
              <w:rPr>
                <w:sz w:val="16"/>
                <w:szCs w:val="16"/>
                <w:lang w:val="es-ES"/>
              </w:rPr>
            </w:pPr>
            <w:r>
              <w:rPr>
                <w:sz w:val="16"/>
                <w:szCs w:val="16"/>
                <w:lang w:val="es-ES"/>
              </w:rPr>
              <w:t>Entrega de documentos para modificación de RPH</w:t>
            </w:r>
          </w:p>
        </w:tc>
        <w:tc>
          <w:tcPr>
            <w:tcW w:w="0" w:type="auto"/>
            <w:vAlign w:val="center"/>
            <w:hideMark/>
          </w:tcPr>
          <w:p w14:paraId="52414695" w14:textId="77777777" w:rsidR="001A691C" w:rsidRPr="00E761C7" w:rsidRDefault="001A691C" w:rsidP="00BA0F59">
            <w:pPr>
              <w:keepLines/>
              <w:jc w:val="both"/>
              <w:rPr>
                <w:sz w:val="16"/>
                <w:szCs w:val="16"/>
                <w:lang w:val="es-ES"/>
              </w:rPr>
            </w:pPr>
          </w:p>
        </w:tc>
        <w:tc>
          <w:tcPr>
            <w:tcW w:w="0" w:type="auto"/>
            <w:vAlign w:val="center"/>
            <w:hideMark/>
          </w:tcPr>
          <w:p w14:paraId="2D3DAFD3" w14:textId="77777777" w:rsidR="001A691C" w:rsidRPr="00E761C7" w:rsidRDefault="001A691C" w:rsidP="00BA0F59">
            <w:pPr>
              <w:keepLines/>
              <w:jc w:val="both"/>
              <w:rPr>
                <w:sz w:val="16"/>
                <w:szCs w:val="16"/>
                <w:lang w:val="es-ES"/>
              </w:rPr>
            </w:pPr>
          </w:p>
        </w:tc>
        <w:tc>
          <w:tcPr>
            <w:tcW w:w="0" w:type="auto"/>
            <w:vAlign w:val="center"/>
            <w:hideMark/>
          </w:tcPr>
          <w:p w14:paraId="328F087F" w14:textId="77777777" w:rsidR="001A691C" w:rsidRPr="00E761C7" w:rsidRDefault="001A691C" w:rsidP="00BA0F59">
            <w:pPr>
              <w:keepLines/>
              <w:jc w:val="both"/>
              <w:rPr>
                <w:sz w:val="16"/>
                <w:szCs w:val="16"/>
                <w:lang w:val="es-ES"/>
              </w:rPr>
            </w:pPr>
          </w:p>
        </w:tc>
        <w:tc>
          <w:tcPr>
            <w:tcW w:w="0" w:type="auto"/>
            <w:vAlign w:val="center"/>
            <w:hideMark/>
          </w:tcPr>
          <w:p w14:paraId="71A20D2D" w14:textId="77777777" w:rsidR="001A691C" w:rsidRPr="00E761C7" w:rsidRDefault="001A691C" w:rsidP="00BA0F59">
            <w:pPr>
              <w:keepLines/>
              <w:jc w:val="both"/>
              <w:rPr>
                <w:sz w:val="16"/>
                <w:szCs w:val="16"/>
                <w:lang w:val="es-ES"/>
              </w:rPr>
            </w:pPr>
          </w:p>
        </w:tc>
        <w:tc>
          <w:tcPr>
            <w:tcW w:w="0" w:type="auto"/>
            <w:vAlign w:val="center"/>
            <w:hideMark/>
          </w:tcPr>
          <w:p w14:paraId="70E05CF3" w14:textId="77777777" w:rsidR="001A691C" w:rsidRPr="00E761C7" w:rsidRDefault="001A691C" w:rsidP="00BA0F59">
            <w:pPr>
              <w:keepLines/>
              <w:jc w:val="both"/>
              <w:rPr>
                <w:sz w:val="16"/>
                <w:szCs w:val="16"/>
                <w:lang w:val="es-ES"/>
              </w:rPr>
            </w:pPr>
          </w:p>
        </w:tc>
        <w:tc>
          <w:tcPr>
            <w:tcW w:w="0" w:type="auto"/>
            <w:vAlign w:val="center"/>
            <w:hideMark/>
          </w:tcPr>
          <w:p w14:paraId="6A5ABBCE" w14:textId="77777777" w:rsidR="001A691C" w:rsidRPr="00E761C7" w:rsidRDefault="001A691C" w:rsidP="00BA0F59">
            <w:pPr>
              <w:keepLines/>
              <w:jc w:val="both"/>
              <w:rPr>
                <w:sz w:val="16"/>
                <w:szCs w:val="16"/>
                <w:lang w:val="es-ES"/>
              </w:rPr>
            </w:pPr>
          </w:p>
        </w:tc>
      </w:tr>
    </w:tbl>
    <w:p w14:paraId="0E96875B" w14:textId="77777777" w:rsidR="00D50839" w:rsidRDefault="00D50839" w:rsidP="00D50839">
      <w:pPr>
        <w:keepLines/>
        <w:jc w:val="center"/>
        <w:rPr>
          <w:sz w:val="22"/>
          <w:lang w:val="es-ES"/>
        </w:rPr>
      </w:pPr>
    </w:p>
    <w:p w14:paraId="1D37E1F6" w14:textId="77777777" w:rsidR="0053402D" w:rsidRDefault="0053402D" w:rsidP="00D50839">
      <w:pPr>
        <w:keepLines/>
        <w:jc w:val="center"/>
        <w:rPr>
          <w:sz w:val="22"/>
          <w:lang w:val="es-ES"/>
        </w:rPr>
      </w:pPr>
    </w:p>
    <w:p w14:paraId="68F5845A" w14:textId="77777777" w:rsidR="0053402D" w:rsidRDefault="0053402D" w:rsidP="00D50839">
      <w:pPr>
        <w:keepLines/>
        <w:jc w:val="center"/>
        <w:rPr>
          <w:sz w:val="22"/>
          <w:lang w:val="es-ES"/>
        </w:rPr>
      </w:pPr>
    </w:p>
    <w:p w14:paraId="450B65B5" w14:textId="03E4509F" w:rsidR="00BA0F59" w:rsidRPr="00BA0F59" w:rsidRDefault="00BA0F59" w:rsidP="00D50839">
      <w:pPr>
        <w:keepLines/>
        <w:jc w:val="center"/>
        <w:rPr>
          <w:sz w:val="22"/>
          <w:lang w:val="es-ES"/>
        </w:rPr>
      </w:pPr>
      <w:r w:rsidRPr="00BA0F59">
        <w:rPr>
          <w:sz w:val="22"/>
          <w:lang w:val="es-ES"/>
        </w:rPr>
        <w:t>PROGRAMACIÓN MENSUAL</w:t>
      </w:r>
    </w:p>
    <w:p w14:paraId="6149B708" w14:textId="77777777" w:rsidR="00BA0F59" w:rsidRDefault="00BA0F59" w:rsidP="00BA0F59">
      <w:pPr>
        <w:keepLines/>
        <w:jc w:val="both"/>
        <w:rPr>
          <w:sz w:val="22"/>
          <w:lang w:val="es-ES"/>
        </w:rPr>
      </w:pPr>
      <w:r w:rsidRPr="00BA0F59">
        <w:rPr>
          <w:sz w:val="22"/>
          <w:lang w:val="es-ES"/>
        </w:rPr>
        <w:t>El proponente deberá marcar los meses durante los cuales ejecutará cada actividad, utilizando una barra, sombreado o símbolo claramente identificable.</w:t>
      </w:r>
    </w:p>
    <w:p w14:paraId="2E093725" w14:textId="77777777" w:rsidR="00D50839" w:rsidRPr="00BA0F59" w:rsidRDefault="00D50839" w:rsidP="00BA0F59">
      <w:pPr>
        <w:keepLines/>
        <w:jc w:val="both"/>
        <w:rPr>
          <w:sz w:val="22"/>
          <w:lang w:val="es-ES"/>
        </w:rPr>
      </w:pPr>
    </w:p>
    <w:tbl>
      <w:tblPr>
        <w:tblW w:w="1001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7"/>
        <w:gridCol w:w="3416"/>
        <w:gridCol w:w="496"/>
        <w:gridCol w:w="496"/>
        <w:gridCol w:w="496"/>
        <w:gridCol w:w="496"/>
        <w:gridCol w:w="496"/>
        <w:gridCol w:w="496"/>
        <w:gridCol w:w="496"/>
        <w:gridCol w:w="496"/>
        <w:gridCol w:w="496"/>
        <w:gridCol w:w="571"/>
        <w:gridCol w:w="571"/>
        <w:gridCol w:w="586"/>
      </w:tblGrid>
      <w:tr w:rsidR="00BA0F59" w:rsidRPr="00D50839" w14:paraId="373F7E1E" w14:textId="77777777" w:rsidTr="00D50839">
        <w:trPr>
          <w:tblHeader/>
          <w:tblCellSpacing w:w="15" w:type="dxa"/>
        </w:trPr>
        <w:tc>
          <w:tcPr>
            <w:tcW w:w="0" w:type="auto"/>
            <w:vAlign w:val="center"/>
            <w:hideMark/>
          </w:tcPr>
          <w:p w14:paraId="63FF856C" w14:textId="77777777" w:rsidR="00BA0F59" w:rsidRPr="00D50839" w:rsidRDefault="00BA0F59" w:rsidP="00BA0F59">
            <w:pPr>
              <w:keepLines/>
              <w:jc w:val="both"/>
              <w:rPr>
                <w:sz w:val="16"/>
                <w:szCs w:val="16"/>
                <w:lang w:val="es-ES"/>
              </w:rPr>
            </w:pPr>
            <w:r w:rsidRPr="00D50839">
              <w:rPr>
                <w:sz w:val="16"/>
                <w:szCs w:val="16"/>
                <w:lang w:val="es-ES"/>
              </w:rPr>
              <w:t>Ítem</w:t>
            </w:r>
          </w:p>
        </w:tc>
        <w:tc>
          <w:tcPr>
            <w:tcW w:w="3386" w:type="dxa"/>
            <w:vAlign w:val="center"/>
            <w:hideMark/>
          </w:tcPr>
          <w:p w14:paraId="5CAE6011" w14:textId="77777777" w:rsidR="00BA0F59" w:rsidRPr="00D50839" w:rsidRDefault="00BA0F59" w:rsidP="00BA0F59">
            <w:pPr>
              <w:keepLines/>
              <w:jc w:val="both"/>
              <w:rPr>
                <w:sz w:val="16"/>
                <w:szCs w:val="16"/>
                <w:lang w:val="es-ES"/>
              </w:rPr>
            </w:pPr>
            <w:r w:rsidRPr="00D50839">
              <w:rPr>
                <w:sz w:val="16"/>
                <w:szCs w:val="16"/>
                <w:lang w:val="es-ES"/>
              </w:rPr>
              <w:t>Actividad</w:t>
            </w:r>
          </w:p>
        </w:tc>
        <w:tc>
          <w:tcPr>
            <w:tcW w:w="0" w:type="auto"/>
            <w:vAlign w:val="center"/>
            <w:hideMark/>
          </w:tcPr>
          <w:p w14:paraId="28A8523B" w14:textId="77777777" w:rsidR="00BA0F59" w:rsidRPr="00D50839" w:rsidRDefault="00BA0F59" w:rsidP="00BA0F59">
            <w:pPr>
              <w:keepLines/>
              <w:jc w:val="both"/>
              <w:rPr>
                <w:sz w:val="16"/>
                <w:szCs w:val="16"/>
                <w:lang w:val="es-ES"/>
              </w:rPr>
            </w:pPr>
            <w:r w:rsidRPr="00D50839">
              <w:rPr>
                <w:sz w:val="16"/>
                <w:szCs w:val="16"/>
                <w:lang w:val="es-ES"/>
              </w:rPr>
              <w:t>Mes 1</w:t>
            </w:r>
          </w:p>
        </w:tc>
        <w:tc>
          <w:tcPr>
            <w:tcW w:w="0" w:type="auto"/>
            <w:vAlign w:val="center"/>
            <w:hideMark/>
          </w:tcPr>
          <w:p w14:paraId="5C67640B" w14:textId="77777777" w:rsidR="00BA0F59" w:rsidRPr="00D50839" w:rsidRDefault="00BA0F59" w:rsidP="00BA0F59">
            <w:pPr>
              <w:keepLines/>
              <w:jc w:val="both"/>
              <w:rPr>
                <w:sz w:val="16"/>
                <w:szCs w:val="16"/>
                <w:lang w:val="es-ES"/>
              </w:rPr>
            </w:pPr>
            <w:r w:rsidRPr="00D50839">
              <w:rPr>
                <w:sz w:val="16"/>
                <w:szCs w:val="16"/>
                <w:lang w:val="es-ES"/>
              </w:rPr>
              <w:t>Mes 2</w:t>
            </w:r>
          </w:p>
        </w:tc>
        <w:tc>
          <w:tcPr>
            <w:tcW w:w="0" w:type="auto"/>
            <w:vAlign w:val="center"/>
            <w:hideMark/>
          </w:tcPr>
          <w:p w14:paraId="0575E632" w14:textId="77777777" w:rsidR="00BA0F59" w:rsidRPr="00D50839" w:rsidRDefault="00BA0F59" w:rsidP="00BA0F59">
            <w:pPr>
              <w:keepLines/>
              <w:jc w:val="both"/>
              <w:rPr>
                <w:sz w:val="16"/>
                <w:szCs w:val="16"/>
                <w:lang w:val="es-ES"/>
              </w:rPr>
            </w:pPr>
            <w:r w:rsidRPr="00D50839">
              <w:rPr>
                <w:sz w:val="16"/>
                <w:szCs w:val="16"/>
                <w:lang w:val="es-ES"/>
              </w:rPr>
              <w:t>Mes 3</w:t>
            </w:r>
          </w:p>
        </w:tc>
        <w:tc>
          <w:tcPr>
            <w:tcW w:w="0" w:type="auto"/>
            <w:vAlign w:val="center"/>
            <w:hideMark/>
          </w:tcPr>
          <w:p w14:paraId="170CCABB" w14:textId="77777777" w:rsidR="00BA0F59" w:rsidRPr="00D50839" w:rsidRDefault="00BA0F59" w:rsidP="00BA0F59">
            <w:pPr>
              <w:keepLines/>
              <w:jc w:val="both"/>
              <w:rPr>
                <w:sz w:val="16"/>
                <w:szCs w:val="16"/>
                <w:lang w:val="es-ES"/>
              </w:rPr>
            </w:pPr>
            <w:r w:rsidRPr="00D50839">
              <w:rPr>
                <w:sz w:val="16"/>
                <w:szCs w:val="16"/>
                <w:lang w:val="es-ES"/>
              </w:rPr>
              <w:t>Mes 4</w:t>
            </w:r>
          </w:p>
        </w:tc>
        <w:tc>
          <w:tcPr>
            <w:tcW w:w="0" w:type="auto"/>
            <w:vAlign w:val="center"/>
            <w:hideMark/>
          </w:tcPr>
          <w:p w14:paraId="60CA351C" w14:textId="77777777" w:rsidR="00BA0F59" w:rsidRPr="00D50839" w:rsidRDefault="00BA0F59" w:rsidP="00BA0F59">
            <w:pPr>
              <w:keepLines/>
              <w:jc w:val="both"/>
              <w:rPr>
                <w:sz w:val="16"/>
                <w:szCs w:val="16"/>
                <w:lang w:val="es-ES"/>
              </w:rPr>
            </w:pPr>
            <w:r w:rsidRPr="00D50839">
              <w:rPr>
                <w:sz w:val="16"/>
                <w:szCs w:val="16"/>
                <w:lang w:val="es-ES"/>
              </w:rPr>
              <w:t>Mes 5</w:t>
            </w:r>
          </w:p>
        </w:tc>
        <w:tc>
          <w:tcPr>
            <w:tcW w:w="0" w:type="auto"/>
            <w:vAlign w:val="center"/>
            <w:hideMark/>
          </w:tcPr>
          <w:p w14:paraId="48645075" w14:textId="77777777" w:rsidR="00BA0F59" w:rsidRPr="00D50839" w:rsidRDefault="00BA0F59" w:rsidP="00BA0F59">
            <w:pPr>
              <w:keepLines/>
              <w:jc w:val="both"/>
              <w:rPr>
                <w:sz w:val="16"/>
                <w:szCs w:val="16"/>
                <w:lang w:val="es-ES"/>
              </w:rPr>
            </w:pPr>
            <w:r w:rsidRPr="00D50839">
              <w:rPr>
                <w:sz w:val="16"/>
                <w:szCs w:val="16"/>
                <w:lang w:val="es-ES"/>
              </w:rPr>
              <w:t>Mes 6</w:t>
            </w:r>
          </w:p>
        </w:tc>
        <w:tc>
          <w:tcPr>
            <w:tcW w:w="0" w:type="auto"/>
            <w:vAlign w:val="center"/>
            <w:hideMark/>
          </w:tcPr>
          <w:p w14:paraId="4B6F77D0" w14:textId="77777777" w:rsidR="00BA0F59" w:rsidRPr="00D50839" w:rsidRDefault="00BA0F59" w:rsidP="00BA0F59">
            <w:pPr>
              <w:keepLines/>
              <w:jc w:val="both"/>
              <w:rPr>
                <w:sz w:val="16"/>
                <w:szCs w:val="16"/>
                <w:lang w:val="es-ES"/>
              </w:rPr>
            </w:pPr>
            <w:r w:rsidRPr="00D50839">
              <w:rPr>
                <w:sz w:val="16"/>
                <w:szCs w:val="16"/>
                <w:lang w:val="es-ES"/>
              </w:rPr>
              <w:t>Mes 7</w:t>
            </w:r>
          </w:p>
        </w:tc>
        <w:tc>
          <w:tcPr>
            <w:tcW w:w="0" w:type="auto"/>
            <w:vAlign w:val="center"/>
            <w:hideMark/>
          </w:tcPr>
          <w:p w14:paraId="0E544234" w14:textId="77777777" w:rsidR="00BA0F59" w:rsidRPr="00D50839" w:rsidRDefault="00BA0F59" w:rsidP="00BA0F59">
            <w:pPr>
              <w:keepLines/>
              <w:jc w:val="both"/>
              <w:rPr>
                <w:sz w:val="16"/>
                <w:szCs w:val="16"/>
                <w:lang w:val="es-ES"/>
              </w:rPr>
            </w:pPr>
            <w:r w:rsidRPr="00D50839">
              <w:rPr>
                <w:sz w:val="16"/>
                <w:szCs w:val="16"/>
                <w:lang w:val="es-ES"/>
              </w:rPr>
              <w:t>Mes 8</w:t>
            </w:r>
          </w:p>
        </w:tc>
        <w:tc>
          <w:tcPr>
            <w:tcW w:w="0" w:type="auto"/>
            <w:vAlign w:val="center"/>
            <w:hideMark/>
          </w:tcPr>
          <w:p w14:paraId="517C7DFC" w14:textId="77777777" w:rsidR="00BA0F59" w:rsidRPr="00D50839" w:rsidRDefault="00BA0F59" w:rsidP="00BA0F59">
            <w:pPr>
              <w:keepLines/>
              <w:jc w:val="both"/>
              <w:rPr>
                <w:sz w:val="16"/>
                <w:szCs w:val="16"/>
                <w:lang w:val="es-ES"/>
              </w:rPr>
            </w:pPr>
            <w:r w:rsidRPr="00D50839">
              <w:rPr>
                <w:sz w:val="16"/>
                <w:szCs w:val="16"/>
                <w:lang w:val="es-ES"/>
              </w:rPr>
              <w:t>Mes 9</w:t>
            </w:r>
          </w:p>
        </w:tc>
        <w:tc>
          <w:tcPr>
            <w:tcW w:w="0" w:type="auto"/>
            <w:vAlign w:val="center"/>
            <w:hideMark/>
          </w:tcPr>
          <w:p w14:paraId="2FFA161F" w14:textId="77777777" w:rsidR="00BA0F59" w:rsidRPr="00D50839" w:rsidRDefault="00BA0F59" w:rsidP="00BA0F59">
            <w:pPr>
              <w:keepLines/>
              <w:jc w:val="both"/>
              <w:rPr>
                <w:sz w:val="16"/>
                <w:szCs w:val="16"/>
                <w:lang w:val="es-ES"/>
              </w:rPr>
            </w:pPr>
            <w:r w:rsidRPr="00D50839">
              <w:rPr>
                <w:sz w:val="16"/>
                <w:szCs w:val="16"/>
                <w:lang w:val="es-ES"/>
              </w:rPr>
              <w:t>Mes 10</w:t>
            </w:r>
          </w:p>
        </w:tc>
        <w:tc>
          <w:tcPr>
            <w:tcW w:w="0" w:type="auto"/>
            <w:vAlign w:val="center"/>
            <w:hideMark/>
          </w:tcPr>
          <w:p w14:paraId="282F7A7B" w14:textId="77777777" w:rsidR="00BA0F59" w:rsidRPr="00D50839" w:rsidRDefault="00BA0F59" w:rsidP="00BA0F59">
            <w:pPr>
              <w:keepLines/>
              <w:jc w:val="both"/>
              <w:rPr>
                <w:sz w:val="16"/>
                <w:szCs w:val="16"/>
                <w:lang w:val="es-ES"/>
              </w:rPr>
            </w:pPr>
            <w:r w:rsidRPr="00D50839">
              <w:rPr>
                <w:sz w:val="16"/>
                <w:szCs w:val="16"/>
                <w:lang w:val="es-ES"/>
              </w:rPr>
              <w:t>Mes 11</w:t>
            </w:r>
          </w:p>
        </w:tc>
        <w:tc>
          <w:tcPr>
            <w:tcW w:w="0" w:type="auto"/>
            <w:vAlign w:val="center"/>
            <w:hideMark/>
          </w:tcPr>
          <w:p w14:paraId="407A84A5" w14:textId="77777777" w:rsidR="00BA0F59" w:rsidRPr="00D50839" w:rsidRDefault="00BA0F59" w:rsidP="00BA0F59">
            <w:pPr>
              <w:keepLines/>
              <w:jc w:val="both"/>
              <w:rPr>
                <w:sz w:val="16"/>
                <w:szCs w:val="16"/>
                <w:lang w:val="es-ES"/>
              </w:rPr>
            </w:pPr>
            <w:r w:rsidRPr="00D50839">
              <w:rPr>
                <w:sz w:val="16"/>
                <w:szCs w:val="16"/>
                <w:lang w:val="es-ES"/>
              </w:rPr>
              <w:t>Mes 12</w:t>
            </w:r>
          </w:p>
        </w:tc>
      </w:tr>
      <w:tr w:rsidR="00BA0F59" w:rsidRPr="00D50839" w14:paraId="5B2AE6F6" w14:textId="77777777" w:rsidTr="00D50839">
        <w:trPr>
          <w:tblCellSpacing w:w="15" w:type="dxa"/>
        </w:trPr>
        <w:tc>
          <w:tcPr>
            <w:tcW w:w="0" w:type="auto"/>
            <w:vAlign w:val="center"/>
            <w:hideMark/>
          </w:tcPr>
          <w:p w14:paraId="19D60604" w14:textId="77777777" w:rsidR="00BA0F59" w:rsidRPr="00D50839" w:rsidRDefault="00BA0F59" w:rsidP="00BA0F59">
            <w:pPr>
              <w:keepLines/>
              <w:jc w:val="both"/>
              <w:rPr>
                <w:sz w:val="16"/>
                <w:szCs w:val="16"/>
                <w:lang w:val="es-ES"/>
              </w:rPr>
            </w:pPr>
            <w:r w:rsidRPr="00D50839">
              <w:rPr>
                <w:sz w:val="16"/>
                <w:szCs w:val="16"/>
                <w:lang w:val="es-ES"/>
              </w:rPr>
              <w:t>1</w:t>
            </w:r>
          </w:p>
        </w:tc>
        <w:tc>
          <w:tcPr>
            <w:tcW w:w="3386" w:type="dxa"/>
            <w:vAlign w:val="center"/>
            <w:hideMark/>
          </w:tcPr>
          <w:p w14:paraId="42B17502" w14:textId="77777777" w:rsidR="00BA0F59" w:rsidRPr="00D50839" w:rsidRDefault="00BA0F59" w:rsidP="00BA0F59">
            <w:pPr>
              <w:keepLines/>
              <w:jc w:val="both"/>
              <w:rPr>
                <w:sz w:val="16"/>
                <w:szCs w:val="16"/>
                <w:lang w:val="es-ES"/>
              </w:rPr>
            </w:pPr>
            <w:r w:rsidRPr="00D50839">
              <w:rPr>
                <w:sz w:val="16"/>
                <w:szCs w:val="16"/>
                <w:lang w:val="es-ES"/>
              </w:rPr>
              <w:t>Diagnóstico</w:t>
            </w:r>
          </w:p>
        </w:tc>
        <w:tc>
          <w:tcPr>
            <w:tcW w:w="0" w:type="auto"/>
            <w:vAlign w:val="center"/>
            <w:hideMark/>
          </w:tcPr>
          <w:p w14:paraId="2CE2B85A" w14:textId="77777777" w:rsidR="00BA0F59" w:rsidRPr="00D50839" w:rsidRDefault="00BA0F59" w:rsidP="00BA0F59">
            <w:pPr>
              <w:keepLines/>
              <w:jc w:val="both"/>
              <w:rPr>
                <w:sz w:val="16"/>
                <w:szCs w:val="16"/>
                <w:lang w:val="es-ES"/>
              </w:rPr>
            </w:pPr>
          </w:p>
        </w:tc>
        <w:tc>
          <w:tcPr>
            <w:tcW w:w="0" w:type="auto"/>
            <w:vAlign w:val="center"/>
            <w:hideMark/>
          </w:tcPr>
          <w:p w14:paraId="10C71A62" w14:textId="77777777" w:rsidR="00BA0F59" w:rsidRPr="00D50839" w:rsidRDefault="00BA0F59" w:rsidP="00BA0F59">
            <w:pPr>
              <w:keepLines/>
              <w:jc w:val="both"/>
              <w:rPr>
                <w:sz w:val="16"/>
                <w:szCs w:val="16"/>
                <w:lang w:val="es-ES"/>
              </w:rPr>
            </w:pPr>
          </w:p>
        </w:tc>
        <w:tc>
          <w:tcPr>
            <w:tcW w:w="0" w:type="auto"/>
            <w:vAlign w:val="center"/>
            <w:hideMark/>
          </w:tcPr>
          <w:p w14:paraId="414BD23B" w14:textId="77777777" w:rsidR="00BA0F59" w:rsidRPr="00D50839" w:rsidRDefault="00BA0F59" w:rsidP="00BA0F59">
            <w:pPr>
              <w:keepLines/>
              <w:jc w:val="both"/>
              <w:rPr>
                <w:sz w:val="16"/>
                <w:szCs w:val="16"/>
                <w:lang w:val="es-ES"/>
              </w:rPr>
            </w:pPr>
          </w:p>
        </w:tc>
        <w:tc>
          <w:tcPr>
            <w:tcW w:w="0" w:type="auto"/>
            <w:vAlign w:val="center"/>
            <w:hideMark/>
          </w:tcPr>
          <w:p w14:paraId="14CCF6DB" w14:textId="77777777" w:rsidR="00BA0F59" w:rsidRPr="00D50839" w:rsidRDefault="00BA0F59" w:rsidP="00BA0F59">
            <w:pPr>
              <w:keepLines/>
              <w:jc w:val="both"/>
              <w:rPr>
                <w:sz w:val="16"/>
                <w:szCs w:val="16"/>
                <w:lang w:val="es-ES"/>
              </w:rPr>
            </w:pPr>
          </w:p>
        </w:tc>
        <w:tc>
          <w:tcPr>
            <w:tcW w:w="0" w:type="auto"/>
            <w:vAlign w:val="center"/>
            <w:hideMark/>
          </w:tcPr>
          <w:p w14:paraId="1626E5BC" w14:textId="77777777" w:rsidR="00BA0F59" w:rsidRPr="00D50839" w:rsidRDefault="00BA0F59" w:rsidP="00BA0F59">
            <w:pPr>
              <w:keepLines/>
              <w:jc w:val="both"/>
              <w:rPr>
                <w:sz w:val="16"/>
                <w:szCs w:val="16"/>
                <w:lang w:val="es-ES"/>
              </w:rPr>
            </w:pPr>
          </w:p>
        </w:tc>
        <w:tc>
          <w:tcPr>
            <w:tcW w:w="0" w:type="auto"/>
            <w:vAlign w:val="center"/>
            <w:hideMark/>
          </w:tcPr>
          <w:p w14:paraId="6D481D48" w14:textId="77777777" w:rsidR="00BA0F59" w:rsidRPr="00D50839" w:rsidRDefault="00BA0F59" w:rsidP="00BA0F59">
            <w:pPr>
              <w:keepLines/>
              <w:jc w:val="both"/>
              <w:rPr>
                <w:sz w:val="16"/>
                <w:szCs w:val="16"/>
                <w:lang w:val="es-ES"/>
              </w:rPr>
            </w:pPr>
          </w:p>
        </w:tc>
        <w:tc>
          <w:tcPr>
            <w:tcW w:w="0" w:type="auto"/>
            <w:vAlign w:val="center"/>
            <w:hideMark/>
          </w:tcPr>
          <w:p w14:paraId="02985802" w14:textId="77777777" w:rsidR="00BA0F59" w:rsidRPr="00D50839" w:rsidRDefault="00BA0F59" w:rsidP="00BA0F59">
            <w:pPr>
              <w:keepLines/>
              <w:jc w:val="both"/>
              <w:rPr>
                <w:sz w:val="16"/>
                <w:szCs w:val="16"/>
                <w:lang w:val="es-ES"/>
              </w:rPr>
            </w:pPr>
          </w:p>
        </w:tc>
        <w:tc>
          <w:tcPr>
            <w:tcW w:w="0" w:type="auto"/>
            <w:vAlign w:val="center"/>
            <w:hideMark/>
          </w:tcPr>
          <w:p w14:paraId="2974FA27" w14:textId="77777777" w:rsidR="00BA0F59" w:rsidRPr="00D50839" w:rsidRDefault="00BA0F59" w:rsidP="00BA0F59">
            <w:pPr>
              <w:keepLines/>
              <w:jc w:val="both"/>
              <w:rPr>
                <w:sz w:val="16"/>
                <w:szCs w:val="16"/>
                <w:lang w:val="es-ES"/>
              </w:rPr>
            </w:pPr>
          </w:p>
        </w:tc>
        <w:tc>
          <w:tcPr>
            <w:tcW w:w="0" w:type="auto"/>
            <w:vAlign w:val="center"/>
            <w:hideMark/>
          </w:tcPr>
          <w:p w14:paraId="07AD7135" w14:textId="77777777" w:rsidR="00BA0F59" w:rsidRPr="00D50839" w:rsidRDefault="00BA0F59" w:rsidP="00BA0F59">
            <w:pPr>
              <w:keepLines/>
              <w:jc w:val="both"/>
              <w:rPr>
                <w:sz w:val="16"/>
                <w:szCs w:val="16"/>
                <w:lang w:val="es-ES"/>
              </w:rPr>
            </w:pPr>
          </w:p>
        </w:tc>
        <w:tc>
          <w:tcPr>
            <w:tcW w:w="0" w:type="auto"/>
            <w:vAlign w:val="center"/>
            <w:hideMark/>
          </w:tcPr>
          <w:p w14:paraId="23DCA9DD" w14:textId="77777777" w:rsidR="00BA0F59" w:rsidRPr="00D50839" w:rsidRDefault="00BA0F59" w:rsidP="00BA0F59">
            <w:pPr>
              <w:keepLines/>
              <w:jc w:val="both"/>
              <w:rPr>
                <w:sz w:val="16"/>
                <w:szCs w:val="16"/>
                <w:lang w:val="es-ES"/>
              </w:rPr>
            </w:pPr>
          </w:p>
        </w:tc>
        <w:tc>
          <w:tcPr>
            <w:tcW w:w="0" w:type="auto"/>
            <w:vAlign w:val="center"/>
            <w:hideMark/>
          </w:tcPr>
          <w:p w14:paraId="636D522F" w14:textId="77777777" w:rsidR="00BA0F59" w:rsidRPr="00D50839" w:rsidRDefault="00BA0F59" w:rsidP="00BA0F59">
            <w:pPr>
              <w:keepLines/>
              <w:jc w:val="both"/>
              <w:rPr>
                <w:sz w:val="16"/>
                <w:szCs w:val="16"/>
                <w:lang w:val="es-ES"/>
              </w:rPr>
            </w:pPr>
          </w:p>
        </w:tc>
        <w:tc>
          <w:tcPr>
            <w:tcW w:w="0" w:type="auto"/>
            <w:vAlign w:val="center"/>
            <w:hideMark/>
          </w:tcPr>
          <w:p w14:paraId="73F6B92D" w14:textId="77777777" w:rsidR="00BA0F59" w:rsidRPr="00D50839" w:rsidRDefault="00BA0F59" w:rsidP="00BA0F59">
            <w:pPr>
              <w:keepLines/>
              <w:jc w:val="both"/>
              <w:rPr>
                <w:sz w:val="16"/>
                <w:szCs w:val="16"/>
                <w:lang w:val="es-ES"/>
              </w:rPr>
            </w:pPr>
          </w:p>
        </w:tc>
      </w:tr>
      <w:tr w:rsidR="00BA0F59" w:rsidRPr="00D50839" w14:paraId="28FB29AD" w14:textId="77777777" w:rsidTr="00D50839">
        <w:trPr>
          <w:tblCellSpacing w:w="15" w:type="dxa"/>
        </w:trPr>
        <w:tc>
          <w:tcPr>
            <w:tcW w:w="0" w:type="auto"/>
            <w:vAlign w:val="center"/>
            <w:hideMark/>
          </w:tcPr>
          <w:p w14:paraId="17EB4FB3" w14:textId="77777777" w:rsidR="00BA0F59" w:rsidRPr="00D50839" w:rsidRDefault="00BA0F59" w:rsidP="00BA0F59">
            <w:pPr>
              <w:keepLines/>
              <w:jc w:val="both"/>
              <w:rPr>
                <w:sz w:val="16"/>
                <w:szCs w:val="16"/>
                <w:lang w:val="es-ES"/>
              </w:rPr>
            </w:pPr>
            <w:r w:rsidRPr="00D50839">
              <w:rPr>
                <w:sz w:val="16"/>
                <w:szCs w:val="16"/>
                <w:lang w:val="es-ES"/>
              </w:rPr>
              <w:t>2</w:t>
            </w:r>
          </w:p>
        </w:tc>
        <w:tc>
          <w:tcPr>
            <w:tcW w:w="3386" w:type="dxa"/>
            <w:vAlign w:val="center"/>
            <w:hideMark/>
          </w:tcPr>
          <w:p w14:paraId="395D41D2" w14:textId="77777777" w:rsidR="00BA0F59" w:rsidRPr="00D50839" w:rsidRDefault="00BA0F59" w:rsidP="00BA0F59">
            <w:pPr>
              <w:keepLines/>
              <w:jc w:val="both"/>
              <w:rPr>
                <w:sz w:val="16"/>
                <w:szCs w:val="16"/>
                <w:lang w:val="es-ES"/>
              </w:rPr>
            </w:pPr>
            <w:r w:rsidRPr="00D50839">
              <w:rPr>
                <w:sz w:val="16"/>
                <w:szCs w:val="16"/>
                <w:lang w:val="es-ES"/>
              </w:rPr>
              <w:t>Validación del anteproyecto</w:t>
            </w:r>
          </w:p>
        </w:tc>
        <w:tc>
          <w:tcPr>
            <w:tcW w:w="0" w:type="auto"/>
            <w:vAlign w:val="center"/>
            <w:hideMark/>
          </w:tcPr>
          <w:p w14:paraId="49B2ED2E" w14:textId="77777777" w:rsidR="00BA0F59" w:rsidRPr="00D50839" w:rsidRDefault="00BA0F59" w:rsidP="00BA0F59">
            <w:pPr>
              <w:keepLines/>
              <w:jc w:val="both"/>
              <w:rPr>
                <w:sz w:val="16"/>
                <w:szCs w:val="16"/>
                <w:lang w:val="es-ES"/>
              </w:rPr>
            </w:pPr>
          </w:p>
        </w:tc>
        <w:tc>
          <w:tcPr>
            <w:tcW w:w="0" w:type="auto"/>
            <w:vAlign w:val="center"/>
            <w:hideMark/>
          </w:tcPr>
          <w:p w14:paraId="7041DA05" w14:textId="77777777" w:rsidR="00BA0F59" w:rsidRPr="00D50839" w:rsidRDefault="00BA0F59" w:rsidP="00BA0F59">
            <w:pPr>
              <w:keepLines/>
              <w:jc w:val="both"/>
              <w:rPr>
                <w:sz w:val="16"/>
                <w:szCs w:val="16"/>
                <w:lang w:val="es-ES"/>
              </w:rPr>
            </w:pPr>
          </w:p>
        </w:tc>
        <w:tc>
          <w:tcPr>
            <w:tcW w:w="0" w:type="auto"/>
            <w:vAlign w:val="center"/>
            <w:hideMark/>
          </w:tcPr>
          <w:p w14:paraId="2955E9A1" w14:textId="77777777" w:rsidR="00BA0F59" w:rsidRPr="00D50839" w:rsidRDefault="00BA0F59" w:rsidP="00BA0F59">
            <w:pPr>
              <w:keepLines/>
              <w:jc w:val="both"/>
              <w:rPr>
                <w:sz w:val="16"/>
                <w:szCs w:val="16"/>
                <w:lang w:val="es-ES"/>
              </w:rPr>
            </w:pPr>
          </w:p>
        </w:tc>
        <w:tc>
          <w:tcPr>
            <w:tcW w:w="0" w:type="auto"/>
            <w:vAlign w:val="center"/>
            <w:hideMark/>
          </w:tcPr>
          <w:p w14:paraId="5FF08A0C" w14:textId="77777777" w:rsidR="00BA0F59" w:rsidRPr="00D50839" w:rsidRDefault="00BA0F59" w:rsidP="00BA0F59">
            <w:pPr>
              <w:keepLines/>
              <w:jc w:val="both"/>
              <w:rPr>
                <w:sz w:val="16"/>
                <w:szCs w:val="16"/>
                <w:lang w:val="es-ES"/>
              </w:rPr>
            </w:pPr>
          </w:p>
        </w:tc>
        <w:tc>
          <w:tcPr>
            <w:tcW w:w="0" w:type="auto"/>
            <w:vAlign w:val="center"/>
            <w:hideMark/>
          </w:tcPr>
          <w:p w14:paraId="29ECCFEB" w14:textId="77777777" w:rsidR="00BA0F59" w:rsidRPr="00D50839" w:rsidRDefault="00BA0F59" w:rsidP="00BA0F59">
            <w:pPr>
              <w:keepLines/>
              <w:jc w:val="both"/>
              <w:rPr>
                <w:sz w:val="16"/>
                <w:szCs w:val="16"/>
                <w:lang w:val="es-ES"/>
              </w:rPr>
            </w:pPr>
          </w:p>
        </w:tc>
        <w:tc>
          <w:tcPr>
            <w:tcW w:w="0" w:type="auto"/>
            <w:vAlign w:val="center"/>
            <w:hideMark/>
          </w:tcPr>
          <w:p w14:paraId="7CF130E0" w14:textId="77777777" w:rsidR="00BA0F59" w:rsidRPr="00D50839" w:rsidRDefault="00BA0F59" w:rsidP="00BA0F59">
            <w:pPr>
              <w:keepLines/>
              <w:jc w:val="both"/>
              <w:rPr>
                <w:sz w:val="16"/>
                <w:szCs w:val="16"/>
                <w:lang w:val="es-ES"/>
              </w:rPr>
            </w:pPr>
          </w:p>
        </w:tc>
        <w:tc>
          <w:tcPr>
            <w:tcW w:w="0" w:type="auto"/>
            <w:vAlign w:val="center"/>
            <w:hideMark/>
          </w:tcPr>
          <w:p w14:paraId="4BECFEA8" w14:textId="77777777" w:rsidR="00BA0F59" w:rsidRPr="00D50839" w:rsidRDefault="00BA0F59" w:rsidP="00BA0F59">
            <w:pPr>
              <w:keepLines/>
              <w:jc w:val="both"/>
              <w:rPr>
                <w:sz w:val="16"/>
                <w:szCs w:val="16"/>
                <w:lang w:val="es-ES"/>
              </w:rPr>
            </w:pPr>
          </w:p>
        </w:tc>
        <w:tc>
          <w:tcPr>
            <w:tcW w:w="0" w:type="auto"/>
            <w:vAlign w:val="center"/>
            <w:hideMark/>
          </w:tcPr>
          <w:p w14:paraId="5DF2417B" w14:textId="77777777" w:rsidR="00BA0F59" w:rsidRPr="00D50839" w:rsidRDefault="00BA0F59" w:rsidP="00BA0F59">
            <w:pPr>
              <w:keepLines/>
              <w:jc w:val="both"/>
              <w:rPr>
                <w:sz w:val="16"/>
                <w:szCs w:val="16"/>
                <w:lang w:val="es-ES"/>
              </w:rPr>
            </w:pPr>
          </w:p>
        </w:tc>
        <w:tc>
          <w:tcPr>
            <w:tcW w:w="0" w:type="auto"/>
            <w:vAlign w:val="center"/>
            <w:hideMark/>
          </w:tcPr>
          <w:p w14:paraId="31C6EC58" w14:textId="77777777" w:rsidR="00BA0F59" w:rsidRPr="00D50839" w:rsidRDefault="00BA0F59" w:rsidP="00BA0F59">
            <w:pPr>
              <w:keepLines/>
              <w:jc w:val="both"/>
              <w:rPr>
                <w:sz w:val="16"/>
                <w:szCs w:val="16"/>
                <w:lang w:val="es-ES"/>
              </w:rPr>
            </w:pPr>
          </w:p>
        </w:tc>
        <w:tc>
          <w:tcPr>
            <w:tcW w:w="0" w:type="auto"/>
            <w:vAlign w:val="center"/>
            <w:hideMark/>
          </w:tcPr>
          <w:p w14:paraId="3765AB95" w14:textId="77777777" w:rsidR="00BA0F59" w:rsidRPr="00D50839" w:rsidRDefault="00BA0F59" w:rsidP="00BA0F59">
            <w:pPr>
              <w:keepLines/>
              <w:jc w:val="both"/>
              <w:rPr>
                <w:sz w:val="16"/>
                <w:szCs w:val="16"/>
                <w:lang w:val="es-ES"/>
              </w:rPr>
            </w:pPr>
          </w:p>
        </w:tc>
        <w:tc>
          <w:tcPr>
            <w:tcW w:w="0" w:type="auto"/>
            <w:vAlign w:val="center"/>
            <w:hideMark/>
          </w:tcPr>
          <w:p w14:paraId="52745522" w14:textId="77777777" w:rsidR="00BA0F59" w:rsidRPr="00D50839" w:rsidRDefault="00BA0F59" w:rsidP="00BA0F59">
            <w:pPr>
              <w:keepLines/>
              <w:jc w:val="both"/>
              <w:rPr>
                <w:sz w:val="16"/>
                <w:szCs w:val="16"/>
                <w:lang w:val="es-ES"/>
              </w:rPr>
            </w:pPr>
          </w:p>
        </w:tc>
        <w:tc>
          <w:tcPr>
            <w:tcW w:w="0" w:type="auto"/>
            <w:vAlign w:val="center"/>
            <w:hideMark/>
          </w:tcPr>
          <w:p w14:paraId="53F2E9AB" w14:textId="77777777" w:rsidR="00BA0F59" w:rsidRPr="00D50839" w:rsidRDefault="00BA0F59" w:rsidP="00BA0F59">
            <w:pPr>
              <w:keepLines/>
              <w:jc w:val="both"/>
              <w:rPr>
                <w:sz w:val="16"/>
                <w:szCs w:val="16"/>
                <w:lang w:val="es-ES"/>
              </w:rPr>
            </w:pPr>
          </w:p>
        </w:tc>
      </w:tr>
      <w:tr w:rsidR="00BA0F59" w:rsidRPr="001A691C" w14:paraId="7EF2B59E" w14:textId="77777777" w:rsidTr="00D50839">
        <w:trPr>
          <w:tblCellSpacing w:w="15" w:type="dxa"/>
        </w:trPr>
        <w:tc>
          <w:tcPr>
            <w:tcW w:w="0" w:type="auto"/>
            <w:vAlign w:val="center"/>
            <w:hideMark/>
          </w:tcPr>
          <w:p w14:paraId="467AA28C" w14:textId="77777777" w:rsidR="00BA0F59" w:rsidRPr="00D50839" w:rsidRDefault="00BA0F59" w:rsidP="00BA0F59">
            <w:pPr>
              <w:keepLines/>
              <w:jc w:val="both"/>
              <w:rPr>
                <w:sz w:val="16"/>
                <w:szCs w:val="16"/>
                <w:lang w:val="es-ES"/>
              </w:rPr>
            </w:pPr>
            <w:r w:rsidRPr="00D50839">
              <w:rPr>
                <w:sz w:val="16"/>
                <w:szCs w:val="16"/>
                <w:lang w:val="es-ES"/>
              </w:rPr>
              <w:t>3</w:t>
            </w:r>
          </w:p>
        </w:tc>
        <w:tc>
          <w:tcPr>
            <w:tcW w:w="3386" w:type="dxa"/>
            <w:vAlign w:val="center"/>
            <w:hideMark/>
          </w:tcPr>
          <w:p w14:paraId="69BAA063" w14:textId="77777777" w:rsidR="00BA0F59" w:rsidRPr="00D50839" w:rsidRDefault="00BA0F59" w:rsidP="00BA0F59">
            <w:pPr>
              <w:keepLines/>
              <w:jc w:val="both"/>
              <w:rPr>
                <w:sz w:val="16"/>
                <w:szCs w:val="16"/>
                <w:lang w:val="es-ES"/>
              </w:rPr>
            </w:pPr>
            <w:r w:rsidRPr="00D50839">
              <w:rPr>
                <w:sz w:val="16"/>
                <w:szCs w:val="16"/>
                <w:lang w:val="es-ES"/>
              </w:rPr>
              <w:t>Elaboración de estudios y diseños</w:t>
            </w:r>
          </w:p>
        </w:tc>
        <w:tc>
          <w:tcPr>
            <w:tcW w:w="0" w:type="auto"/>
            <w:vAlign w:val="center"/>
            <w:hideMark/>
          </w:tcPr>
          <w:p w14:paraId="37A7D367" w14:textId="77777777" w:rsidR="00BA0F59" w:rsidRPr="00D50839" w:rsidRDefault="00BA0F59" w:rsidP="00BA0F59">
            <w:pPr>
              <w:keepLines/>
              <w:jc w:val="both"/>
              <w:rPr>
                <w:sz w:val="16"/>
                <w:szCs w:val="16"/>
                <w:lang w:val="es-ES"/>
              </w:rPr>
            </w:pPr>
          </w:p>
        </w:tc>
        <w:tc>
          <w:tcPr>
            <w:tcW w:w="0" w:type="auto"/>
            <w:vAlign w:val="center"/>
            <w:hideMark/>
          </w:tcPr>
          <w:p w14:paraId="3C65DD4D" w14:textId="77777777" w:rsidR="00BA0F59" w:rsidRPr="00D50839" w:rsidRDefault="00BA0F59" w:rsidP="00BA0F59">
            <w:pPr>
              <w:keepLines/>
              <w:jc w:val="both"/>
              <w:rPr>
                <w:sz w:val="16"/>
                <w:szCs w:val="16"/>
                <w:lang w:val="es-ES"/>
              </w:rPr>
            </w:pPr>
          </w:p>
        </w:tc>
        <w:tc>
          <w:tcPr>
            <w:tcW w:w="0" w:type="auto"/>
            <w:vAlign w:val="center"/>
            <w:hideMark/>
          </w:tcPr>
          <w:p w14:paraId="2AE7A65F" w14:textId="77777777" w:rsidR="00BA0F59" w:rsidRPr="00D50839" w:rsidRDefault="00BA0F59" w:rsidP="00BA0F59">
            <w:pPr>
              <w:keepLines/>
              <w:jc w:val="both"/>
              <w:rPr>
                <w:sz w:val="16"/>
                <w:szCs w:val="16"/>
                <w:lang w:val="es-ES"/>
              </w:rPr>
            </w:pPr>
          </w:p>
        </w:tc>
        <w:tc>
          <w:tcPr>
            <w:tcW w:w="0" w:type="auto"/>
            <w:vAlign w:val="center"/>
            <w:hideMark/>
          </w:tcPr>
          <w:p w14:paraId="13E6445C" w14:textId="77777777" w:rsidR="00BA0F59" w:rsidRPr="00D50839" w:rsidRDefault="00BA0F59" w:rsidP="00BA0F59">
            <w:pPr>
              <w:keepLines/>
              <w:jc w:val="both"/>
              <w:rPr>
                <w:sz w:val="16"/>
                <w:szCs w:val="16"/>
                <w:lang w:val="es-ES"/>
              </w:rPr>
            </w:pPr>
          </w:p>
        </w:tc>
        <w:tc>
          <w:tcPr>
            <w:tcW w:w="0" w:type="auto"/>
            <w:vAlign w:val="center"/>
            <w:hideMark/>
          </w:tcPr>
          <w:p w14:paraId="03D93998" w14:textId="77777777" w:rsidR="00BA0F59" w:rsidRPr="00D50839" w:rsidRDefault="00BA0F59" w:rsidP="00BA0F59">
            <w:pPr>
              <w:keepLines/>
              <w:jc w:val="both"/>
              <w:rPr>
                <w:sz w:val="16"/>
                <w:szCs w:val="16"/>
                <w:lang w:val="es-ES"/>
              </w:rPr>
            </w:pPr>
          </w:p>
        </w:tc>
        <w:tc>
          <w:tcPr>
            <w:tcW w:w="0" w:type="auto"/>
            <w:vAlign w:val="center"/>
            <w:hideMark/>
          </w:tcPr>
          <w:p w14:paraId="3F832A3A" w14:textId="77777777" w:rsidR="00BA0F59" w:rsidRPr="00D50839" w:rsidRDefault="00BA0F59" w:rsidP="00BA0F59">
            <w:pPr>
              <w:keepLines/>
              <w:jc w:val="both"/>
              <w:rPr>
                <w:sz w:val="16"/>
                <w:szCs w:val="16"/>
                <w:lang w:val="es-ES"/>
              </w:rPr>
            </w:pPr>
          </w:p>
        </w:tc>
        <w:tc>
          <w:tcPr>
            <w:tcW w:w="0" w:type="auto"/>
            <w:vAlign w:val="center"/>
            <w:hideMark/>
          </w:tcPr>
          <w:p w14:paraId="25F7BAC7" w14:textId="77777777" w:rsidR="00BA0F59" w:rsidRPr="00D50839" w:rsidRDefault="00BA0F59" w:rsidP="00BA0F59">
            <w:pPr>
              <w:keepLines/>
              <w:jc w:val="both"/>
              <w:rPr>
                <w:sz w:val="16"/>
                <w:szCs w:val="16"/>
                <w:lang w:val="es-ES"/>
              </w:rPr>
            </w:pPr>
          </w:p>
        </w:tc>
        <w:tc>
          <w:tcPr>
            <w:tcW w:w="0" w:type="auto"/>
            <w:vAlign w:val="center"/>
            <w:hideMark/>
          </w:tcPr>
          <w:p w14:paraId="2BC5379D" w14:textId="77777777" w:rsidR="00BA0F59" w:rsidRPr="00D50839" w:rsidRDefault="00BA0F59" w:rsidP="00BA0F59">
            <w:pPr>
              <w:keepLines/>
              <w:jc w:val="both"/>
              <w:rPr>
                <w:sz w:val="16"/>
                <w:szCs w:val="16"/>
                <w:lang w:val="es-ES"/>
              </w:rPr>
            </w:pPr>
          </w:p>
        </w:tc>
        <w:tc>
          <w:tcPr>
            <w:tcW w:w="0" w:type="auto"/>
            <w:vAlign w:val="center"/>
            <w:hideMark/>
          </w:tcPr>
          <w:p w14:paraId="47F35B46" w14:textId="77777777" w:rsidR="00BA0F59" w:rsidRPr="00D50839" w:rsidRDefault="00BA0F59" w:rsidP="00BA0F59">
            <w:pPr>
              <w:keepLines/>
              <w:jc w:val="both"/>
              <w:rPr>
                <w:sz w:val="16"/>
                <w:szCs w:val="16"/>
                <w:lang w:val="es-ES"/>
              </w:rPr>
            </w:pPr>
          </w:p>
        </w:tc>
        <w:tc>
          <w:tcPr>
            <w:tcW w:w="0" w:type="auto"/>
            <w:vAlign w:val="center"/>
            <w:hideMark/>
          </w:tcPr>
          <w:p w14:paraId="5E017314" w14:textId="77777777" w:rsidR="00BA0F59" w:rsidRPr="00D50839" w:rsidRDefault="00BA0F59" w:rsidP="00BA0F59">
            <w:pPr>
              <w:keepLines/>
              <w:jc w:val="both"/>
              <w:rPr>
                <w:sz w:val="16"/>
                <w:szCs w:val="16"/>
                <w:lang w:val="es-ES"/>
              </w:rPr>
            </w:pPr>
          </w:p>
        </w:tc>
        <w:tc>
          <w:tcPr>
            <w:tcW w:w="0" w:type="auto"/>
            <w:vAlign w:val="center"/>
            <w:hideMark/>
          </w:tcPr>
          <w:p w14:paraId="78A8C09F" w14:textId="77777777" w:rsidR="00BA0F59" w:rsidRPr="00D50839" w:rsidRDefault="00BA0F59" w:rsidP="00BA0F59">
            <w:pPr>
              <w:keepLines/>
              <w:jc w:val="both"/>
              <w:rPr>
                <w:sz w:val="16"/>
                <w:szCs w:val="16"/>
                <w:lang w:val="es-ES"/>
              </w:rPr>
            </w:pPr>
          </w:p>
        </w:tc>
        <w:tc>
          <w:tcPr>
            <w:tcW w:w="0" w:type="auto"/>
            <w:vAlign w:val="center"/>
            <w:hideMark/>
          </w:tcPr>
          <w:p w14:paraId="7CF2855A" w14:textId="77777777" w:rsidR="00BA0F59" w:rsidRPr="00D50839" w:rsidRDefault="00BA0F59" w:rsidP="00BA0F59">
            <w:pPr>
              <w:keepLines/>
              <w:jc w:val="both"/>
              <w:rPr>
                <w:sz w:val="16"/>
                <w:szCs w:val="16"/>
                <w:lang w:val="es-ES"/>
              </w:rPr>
            </w:pPr>
          </w:p>
        </w:tc>
      </w:tr>
      <w:tr w:rsidR="00BA0F59" w:rsidRPr="00D50839" w14:paraId="60A0A636" w14:textId="77777777" w:rsidTr="00D50839">
        <w:trPr>
          <w:tblCellSpacing w:w="15" w:type="dxa"/>
        </w:trPr>
        <w:tc>
          <w:tcPr>
            <w:tcW w:w="0" w:type="auto"/>
            <w:vAlign w:val="center"/>
            <w:hideMark/>
          </w:tcPr>
          <w:p w14:paraId="402E6C34" w14:textId="77777777" w:rsidR="00BA0F59" w:rsidRPr="00D50839" w:rsidRDefault="00BA0F59" w:rsidP="00BA0F59">
            <w:pPr>
              <w:keepLines/>
              <w:jc w:val="both"/>
              <w:rPr>
                <w:sz w:val="16"/>
                <w:szCs w:val="16"/>
                <w:lang w:val="es-ES"/>
              </w:rPr>
            </w:pPr>
            <w:r w:rsidRPr="00D50839">
              <w:rPr>
                <w:sz w:val="16"/>
                <w:szCs w:val="16"/>
                <w:lang w:val="es-ES"/>
              </w:rPr>
              <w:t>4</w:t>
            </w:r>
          </w:p>
        </w:tc>
        <w:tc>
          <w:tcPr>
            <w:tcW w:w="3386" w:type="dxa"/>
            <w:vAlign w:val="center"/>
            <w:hideMark/>
          </w:tcPr>
          <w:p w14:paraId="4FF9DFD4" w14:textId="77777777" w:rsidR="00BA0F59" w:rsidRPr="00D50839" w:rsidRDefault="00BA0F59" w:rsidP="00BA0F59">
            <w:pPr>
              <w:keepLines/>
              <w:jc w:val="both"/>
              <w:rPr>
                <w:sz w:val="16"/>
                <w:szCs w:val="16"/>
                <w:lang w:val="es-ES"/>
              </w:rPr>
            </w:pPr>
            <w:r w:rsidRPr="00D50839">
              <w:rPr>
                <w:sz w:val="16"/>
                <w:szCs w:val="16"/>
                <w:lang w:val="es-ES"/>
              </w:rPr>
              <w:t>Coordinación interdisciplinaria</w:t>
            </w:r>
          </w:p>
        </w:tc>
        <w:tc>
          <w:tcPr>
            <w:tcW w:w="0" w:type="auto"/>
            <w:vAlign w:val="center"/>
            <w:hideMark/>
          </w:tcPr>
          <w:p w14:paraId="400CB928" w14:textId="77777777" w:rsidR="00BA0F59" w:rsidRPr="00D50839" w:rsidRDefault="00BA0F59" w:rsidP="00BA0F59">
            <w:pPr>
              <w:keepLines/>
              <w:jc w:val="both"/>
              <w:rPr>
                <w:sz w:val="16"/>
                <w:szCs w:val="16"/>
                <w:lang w:val="es-ES"/>
              </w:rPr>
            </w:pPr>
          </w:p>
        </w:tc>
        <w:tc>
          <w:tcPr>
            <w:tcW w:w="0" w:type="auto"/>
            <w:vAlign w:val="center"/>
            <w:hideMark/>
          </w:tcPr>
          <w:p w14:paraId="43281803" w14:textId="77777777" w:rsidR="00BA0F59" w:rsidRPr="00D50839" w:rsidRDefault="00BA0F59" w:rsidP="00BA0F59">
            <w:pPr>
              <w:keepLines/>
              <w:jc w:val="both"/>
              <w:rPr>
                <w:sz w:val="16"/>
                <w:szCs w:val="16"/>
                <w:lang w:val="es-ES"/>
              </w:rPr>
            </w:pPr>
          </w:p>
        </w:tc>
        <w:tc>
          <w:tcPr>
            <w:tcW w:w="0" w:type="auto"/>
            <w:vAlign w:val="center"/>
            <w:hideMark/>
          </w:tcPr>
          <w:p w14:paraId="742DF4D1" w14:textId="77777777" w:rsidR="00BA0F59" w:rsidRPr="00D50839" w:rsidRDefault="00BA0F59" w:rsidP="00BA0F59">
            <w:pPr>
              <w:keepLines/>
              <w:jc w:val="both"/>
              <w:rPr>
                <w:sz w:val="16"/>
                <w:szCs w:val="16"/>
                <w:lang w:val="es-ES"/>
              </w:rPr>
            </w:pPr>
          </w:p>
        </w:tc>
        <w:tc>
          <w:tcPr>
            <w:tcW w:w="0" w:type="auto"/>
            <w:vAlign w:val="center"/>
            <w:hideMark/>
          </w:tcPr>
          <w:p w14:paraId="2215EBF1" w14:textId="77777777" w:rsidR="00BA0F59" w:rsidRPr="00D50839" w:rsidRDefault="00BA0F59" w:rsidP="00BA0F59">
            <w:pPr>
              <w:keepLines/>
              <w:jc w:val="both"/>
              <w:rPr>
                <w:sz w:val="16"/>
                <w:szCs w:val="16"/>
                <w:lang w:val="es-ES"/>
              </w:rPr>
            </w:pPr>
          </w:p>
        </w:tc>
        <w:tc>
          <w:tcPr>
            <w:tcW w:w="0" w:type="auto"/>
            <w:vAlign w:val="center"/>
            <w:hideMark/>
          </w:tcPr>
          <w:p w14:paraId="3E093353" w14:textId="77777777" w:rsidR="00BA0F59" w:rsidRPr="00D50839" w:rsidRDefault="00BA0F59" w:rsidP="00BA0F59">
            <w:pPr>
              <w:keepLines/>
              <w:jc w:val="both"/>
              <w:rPr>
                <w:sz w:val="16"/>
                <w:szCs w:val="16"/>
                <w:lang w:val="es-ES"/>
              </w:rPr>
            </w:pPr>
          </w:p>
        </w:tc>
        <w:tc>
          <w:tcPr>
            <w:tcW w:w="0" w:type="auto"/>
            <w:vAlign w:val="center"/>
            <w:hideMark/>
          </w:tcPr>
          <w:p w14:paraId="0202C887" w14:textId="77777777" w:rsidR="00BA0F59" w:rsidRPr="00D50839" w:rsidRDefault="00BA0F59" w:rsidP="00BA0F59">
            <w:pPr>
              <w:keepLines/>
              <w:jc w:val="both"/>
              <w:rPr>
                <w:sz w:val="16"/>
                <w:szCs w:val="16"/>
                <w:lang w:val="es-ES"/>
              </w:rPr>
            </w:pPr>
          </w:p>
        </w:tc>
        <w:tc>
          <w:tcPr>
            <w:tcW w:w="0" w:type="auto"/>
            <w:vAlign w:val="center"/>
            <w:hideMark/>
          </w:tcPr>
          <w:p w14:paraId="3FD3A08F" w14:textId="77777777" w:rsidR="00BA0F59" w:rsidRPr="00D50839" w:rsidRDefault="00BA0F59" w:rsidP="00BA0F59">
            <w:pPr>
              <w:keepLines/>
              <w:jc w:val="both"/>
              <w:rPr>
                <w:sz w:val="16"/>
                <w:szCs w:val="16"/>
                <w:lang w:val="es-ES"/>
              </w:rPr>
            </w:pPr>
          </w:p>
        </w:tc>
        <w:tc>
          <w:tcPr>
            <w:tcW w:w="0" w:type="auto"/>
            <w:vAlign w:val="center"/>
            <w:hideMark/>
          </w:tcPr>
          <w:p w14:paraId="34C36CA9" w14:textId="77777777" w:rsidR="00BA0F59" w:rsidRPr="00D50839" w:rsidRDefault="00BA0F59" w:rsidP="00BA0F59">
            <w:pPr>
              <w:keepLines/>
              <w:jc w:val="both"/>
              <w:rPr>
                <w:sz w:val="16"/>
                <w:szCs w:val="16"/>
                <w:lang w:val="es-ES"/>
              </w:rPr>
            </w:pPr>
          </w:p>
        </w:tc>
        <w:tc>
          <w:tcPr>
            <w:tcW w:w="0" w:type="auto"/>
            <w:vAlign w:val="center"/>
            <w:hideMark/>
          </w:tcPr>
          <w:p w14:paraId="482C70A7" w14:textId="77777777" w:rsidR="00BA0F59" w:rsidRPr="00D50839" w:rsidRDefault="00BA0F59" w:rsidP="00BA0F59">
            <w:pPr>
              <w:keepLines/>
              <w:jc w:val="both"/>
              <w:rPr>
                <w:sz w:val="16"/>
                <w:szCs w:val="16"/>
                <w:lang w:val="es-ES"/>
              </w:rPr>
            </w:pPr>
          </w:p>
        </w:tc>
        <w:tc>
          <w:tcPr>
            <w:tcW w:w="0" w:type="auto"/>
            <w:vAlign w:val="center"/>
            <w:hideMark/>
          </w:tcPr>
          <w:p w14:paraId="6BEA87AA" w14:textId="77777777" w:rsidR="00BA0F59" w:rsidRPr="00D50839" w:rsidRDefault="00BA0F59" w:rsidP="00BA0F59">
            <w:pPr>
              <w:keepLines/>
              <w:jc w:val="both"/>
              <w:rPr>
                <w:sz w:val="16"/>
                <w:szCs w:val="16"/>
                <w:lang w:val="es-ES"/>
              </w:rPr>
            </w:pPr>
          </w:p>
        </w:tc>
        <w:tc>
          <w:tcPr>
            <w:tcW w:w="0" w:type="auto"/>
            <w:vAlign w:val="center"/>
            <w:hideMark/>
          </w:tcPr>
          <w:p w14:paraId="1F636C29" w14:textId="77777777" w:rsidR="00BA0F59" w:rsidRPr="00D50839" w:rsidRDefault="00BA0F59" w:rsidP="00BA0F59">
            <w:pPr>
              <w:keepLines/>
              <w:jc w:val="both"/>
              <w:rPr>
                <w:sz w:val="16"/>
                <w:szCs w:val="16"/>
                <w:lang w:val="es-ES"/>
              </w:rPr>
            </w:pPr>
          </w:p>
        </w:tc>
        <w:tc>
          <w:tcPr>
            <w:tcW w:w="0" w:type="auto"/>
            <w:vAlign w:val="center"/>
            <w:hideMark/>
          </w:tcPr>
          <w:p w14:paraId="44392DD9" w14:textId="77777777" w:rsidR="00BA0F59" w:rsidRPr="00D50839" w:rsidRDefault="00BA0F59" w:rsidP="00BA0F59">
            <w:pPr>
              <w:keepLines/>
              <w:jc w:val="both"/>
              <w:rPr>
                <w:sz w:val="16"/>
                <w:szCs w:val="16"/>
                <w:lang w:val="es-ES"/>
              </w:rPr>
            </w:pPr>
          </w:p>
        </w:tc>
      </w:tr>
      <w:tr w:rsidR="00BA0F59" w:rsidRPr="001A691C" w14:paraId="4BA143B2" w14:textId="77777777" w:rsidTr="00D50839">
        <w:trPr>
          <w:tblCellSpacing w:w="15" w:type="dxa"/>
        </w:trPr>
        <w:tc>
          <w:tcPr>
            <w:tcW w:w="0" w:type="auto"/>
            <w:vAlign w:val="center"/>
            <w:hideMark/>
          </w:tcPr>
          <w:p w14:paraId="0E15514B" w14:textId="77777777" w:rsidR="00BA0F59" w:rsidRPr="00D50839" w:rsidRDefault="00BA0F59" w:rsidP="00BA0F59">
            <w:pPr>
              <w:keepLines/>
              <w:jc w:val="both"/>
              <w:rPr>
                <w:sz w:val="16"/>
                <w:szCs w:val="16"/>
                <w:lang w:val="es-ES"/>
              </w:rPr>
            </w:pPr>
            <w:r w:rsidRPr="00D50839">
              <w:rPr>
                <w:sz w:val="16"/>
                <w:szCs w:val="16"/>
                <w:lang w:val="es-ES"/>
              </w:rPr>
              <w:t>5</w:t>
            </w:r>
          </w:p>
        </w:tc>
        <w:tc>
          <w:tcPr>
            <w:tcW w:w="3386" w:type="dxa"/>
            <w:vAlign w:val="center"/>
            <w:hideMark/>
          </w:tcPr>
          <w:p w14:paraId="62DC5E65" w14:textId="77777777" w:rsidR="00BA0F59" w:rsidRPr="00D50839" w:rsidRDefault="00BA0F59" w:rsidP="00BA0F59">
            <w:pPr>
              <w:keepLines/>
              <w:jc w:val="both"/>
              <w:rPr>
                <w:sz w:val="16"/>
                <w:szCs w:val="16"/>
                <w:lang w:val="es-ES"/>
              </w:rPr>
            </w:pPr>
            <w:r w:rsidRPr="00D50839">
              <w:rPr>
                <w:sz w:val="16"/>
                <w:szCs w:val="16"/>
                <w:lang w:val="es-ES"/>
              </w:rPr>
              <w:t>Gestión de licencias, permisos y autorizaciones</w:t>
            </w:r>
          </w:p>
        </w:tc>
        <w:tc>
          <w:tcPr>
            <w:tcW w:w="0" w:type="auto"/>
            <w:vAlign w:val="center"/>
            <w:hideMark/>
          </w:tcPr>
          <w:p w14:paraId="3B1E32B7" w14:textId="77777777" w:rsidR="00BA0F59" w:rsidRPr="00D50839" w:rsidRDefault="00BA0F59" w:rsidP="00BA0F59">
            <w:pPr>
              <w:keepLines/>
              <w:jc w:val="both"/>
              <w:rPr>
                <w:sz w:val="16"/>
                <w:szCs w:val="16"/>
                <w:lang w:val="es-ES"/>
              </w:rPr>
            </w:pPr>
          </w:p>
        </w:tc>
        <w:tc>
          <w:tcPr>
            <w:tcW w:w="0" w:type="auto"/>
            <w:vAlign w:val="center"/>
            <w:hideMark/>
          </w:tcPr>
          <w:p w14:paraId="108C7126" w14:textId="77777777" w:rsidR="00BA0F59" w:rsidRPr="00D50839" w:rsidRDefault="00BA0F59" w:rsidP="00BA0F59">
            <w:pPr>
              <w:keepLines/>
              <w:jc w:val="both"/>
              <w:rPr>
                <w:sz w:val="16"/>
                <w:szCs w:val="16"/>
                <w:lang w:val="es-ES"/>
              </w:rPr>
            </w:pPr>
          </w:p>
        </w:tc>
        <w:tc>
          <w:tcPr>
            <w:tcW w:w="0" w:type="auto"/>
            <w:vAlign w:val="center"/>
            <w:hideMark/>
          </w:tcPr>
          <w:p w14:paraId="76DD6A09" w14:textId="77777777" w:rsidR="00BA0F59" w:rsidRPr="00D50839" w:rsidRDefault="00BA0F59" w:rsidP="00BA0F59">
            <w:pPr>
              <w:keepLines/>
              <w:jc w:val="both"/>
              <w:rPr>
                <w:sz w:val="16"/>
                <w:szCs w:val="16"/>
                <w:lang w:val="es-ES"/>
              </w:rPr>
            </w:pPr>
          </w:p>
        </w:tc>
        <w:tc>
          <w:tcPr>
            <w:tcW w:w="0" w:type="auto"/>
            <w:vAlign w:val="center"/>
            <w:hideMark/>
          </w:tcPr>
          <w:p w14:paraId="2739D40E" w14:textId="77777777" w:rsidR="00BA0F59" w:rsidRPr="00D50839" w:rsidRDefault="00BA0F59" w:rsidP="00BA0F59">
            <w:pPr>
              <w:keepLines/>
              <w:jc w:val="both"/>
              <w:rPr>
                <w:sz w:val="16"/>
                <w:szCs w:val="16"/>
                <w:lang w:val="es-ES"/>
              </w:rPr>
            </w:pPr>
          </w:p>
        </w:tc>
        <w:tc>
          <w:tcPr>
            <w:tcW w:w="0" w:type="auto"/>
            <w:vAlign w:val="center"/>
            <w:hideMark/>
          </w:tcPr>
          <w:p w14:paraId="7088EF6E" w14:textId="77777777" w:rsidR="00BA0F59" w:rsidRPr="00D50839" w:rsidRDefault="00BA0F59" w:rsidP="00BA0F59">
            <w:pPr>
              <w:keepLines/>
              <w:jc w:val="both"/>
              <w:rPr>
                <w:sz w:val="16"/>
                <w:szCs w:val="16"/>
                <w:lang w:val="es-ES"/>
              </w:rPr>
            </w:pPr>
          </w:p>
        </w:tc>
        <w:tc>
          <w:tcPr>
            <w:tcW w:w="0" w:type="auto"/>
            <w:vAlign w:val="center"/>
            <w:hideMark/>
          </w:tcPr>
          <w:p w14:paraId="505640B4" w14:textId="77777777" w:rsidR="00BA0F59" w:rsidRPr="00D50839" w:rsidRDefault="00BA0F59" w:rsidP="00BA0F59">
            <w:pPr>
              <w:keepLines/>
              <w:jc w:val="both"/>
              <w:rPr>
                <w:sz w:val="16"/>
                <w:szCs w:val="16"/>
                <w:lang w:val="es-ES"/>
              </w:rPr>
            </w:pPr>
          </w:p>
        </w:tc>
        <w:tc>
          <w:tcPr>
            <w:tcW w:w="0" w:type="auto"/>
            <w:vAlign w:val="center"/>
            <w:hideMark/>
          </w:tcPr>
          <w:p w14:paraId="17FD08E4" w14:textId="77777777" w:rsidR="00BA0F59" w:rsidRPr="00D50839" w:rsidRDefault="00BA0F59" w:rsidP="00BA0F59">
            <w:pPr>
              <w:keepLines/>
              <w:jc w:val="both"/>
              <w:rPr>
                <w:sz w:val="16"/>
                <w:szCs w:val="16"/>
                <w:lang w:val="es-ES"/>
              </w:rPr>
            </w:pPr>
          </w:p>
        </w:tc>
        <w:tc>
          <w:tcPr>
            <w:tcW w:w="0" w:type="auto"/>
            <w:vAlign w:val="center"/>
            <w:hideMark/>
          </w:tcPr>
          <w:p w14:paraId="614AE1F3" w14:textId="77777777" w:rsidR="00BA0F59" w:rsidRPr="00D50839" w:rsidRDefault="00BA0F59" w:rsidP="00BA0F59">
            <w:pPr>
              <w:keepLines/>
              <w:jc w:val="both"/>
              <w:rPr>
                <w:sz w:val="16"/>
                <w:szCs w:val="16"/>
                <w:lang w:val="es-ES"/>
              </w:rPr>
            </w:pPr>
          </w:p>
        </w:tc>
        <w:tc>
          <w:tcPr>
            <w:tcW w:w="0" w:type="auto"/>
            <w:vAlign w:val="center"/>
            <w:hideMark/>
          </w:tcPr>
          <w:p w14:paraId="10CB204A" w14:textId="77777777" w:rsidR="00BA0F59" w:rsidRPr="00D50839" w:rsidRDefault="00BA0F59" w:rsidP="00BA0F59">
            <w:pPr>
              <w:keepLines/>
              <w:jc w:val="both"/>
              <w:rPr>
                <w:sz w:val="16"/>
                <w:szCs w:val="16"/>
                <w:lang w:val="es-ES"/>
              </w:rPr>
            </w:pPr>
          </w:p>
        </w:tc>
        <w:tc>
          <w:tcPr>
            <w:tcW w:w="0" w:type="auto"/>
            <w:vAlign w:val="center"/>
            <w:hideMark/>
          </w:tcPr>
          <w:p w14:paraId="5BA277C5" w14:textId="77777777" w:rsidR="00BA0F59" w:rsidRPr="00D50839" w:rsidRDefault="00BA0F59" w:rsidP="00BA0F59">
            <w:pPr>
              <w:keepLines/>
              <w:jc w:val="both"/>
              <w:rPr>
                <w:sz w:val="16"/>
                <w:szCs w:val="16"/>
                <w:lang w:val="es-ES"/>
              </w:rPr>
            </w:pPr>
          </w:p>
        </w:tc>
        <w:tc>
          <w:tcPr>
            <w:tcW w:w="0" w:type="auto"/>
            <w:vAlign w:val="center"/>
            <w:hideMark/>
          </w:tcPr>
          <w:p w14:paraId="02D9A5F3" w14:textId="77777777" w:rsidR="00BA0F59" w:rsidRPr="00D50839" w:rsidRDefault="00BA0F59" w:rsidP="00BA0F59">
            <w:pPr>
              <w:keepLines/>
              <w:jc w:val="both"/>
              <w:rPr>
                <w:sz w:val="16"/>
                <w:szCs w:val="16"/>
                <w:lang w:val="es-ES"/>
              </w:rPr>
            </w:pPr>
          </w:p>
        </w:tc>
        <w:tc>
          <w:tcPr>
            <w:tcW w:w="0" w:type="auto"/>
            <w:vAlign w:val="center"/>
            <w:hideMark/>
          </w:tcPr>
          <w:p w14:paraId="72C00589" w14:textId="77777777" w:rsidR="00BA0F59" w:rsidRPr="00D50839" w:rsidRDefault="00BA0F59" w:rsidP="00BA0F59">
            <w:pPr>
              <w:keepLines/>
              <w:jc w:val="both"/>
              <w:rPr>
                <w:sz w:val="16"/>
                <w:szCs w:val="16"/>
                <w:lang w:val="es-ES"/>
              </w:rPr>
            </w:pPr>
          </w:p>
        </w:tc>
      </w:tr>
      <w:tr w:rsidR="00BA0F59" w:rsidRPr="001A691C" w14:paraId="49B19132" w14:textId="77777777" w:rsidTr="00D50839">
        <w:trPr>
          <w:tblCellSpacing w:w="15" w:type="dxa"/>
        </w:trPr>
        <w:tc>
          <w:tcPr>
            <w:tcW w:w="0" w:type="auto"/>
            <w:vAlign w:val="center"/>
            <w:hideMark/>
          </w:tcPr>
          <w:p w14:paraId="04AED5DD" w14:textId="77777777" w:rsidR="00BA0F59" w:rsidRPr="00D50839" w:rsidRDefault="00BA0F59" w:rsidP="00BA0F59">
            <w:pPr>
              <w:keepLines/>
              <w:jc w:val="both"/>
              <w:rPr>
                <w:sz w:val="16"/>
                <w:szCs w:val="16"/>
                <w:lang w:val="es-ES"/>
              </w:rPr>
            </w:pPr>
            <w:r w:rsidRPr="00D50839">
              <w:rPr>
                <w:sz w:val="16"/>
                <w:szCs w:val="16"/>
                <w:lang w:val="es-ES"/>
              </w:rPr>
              <w:t>6</w:t>
            </w:r>
          </w:p>
        </w:tc>
        <w:tc>
          <w:tcPr>
            <w:tcW w:w="3386" w:type="dxa"/>
            <w:vAlign w:val="center"/>
            <w:hideMark/>
          </w:tcPr>
          <w:p w14:paraId="424F3CBA" w14:textId="77777777" w:rsidR="00BA0F59" w:rsidRPr="00D50839" w:rsidRDefault="00BA0F59" w:rsidP="00BA0F59">
            <w:pPr>
              <w:keepLines/>
              <w:jc w:val="both"/>
              <w:rPr>
                <w:sz w:val="16"/>
                <w:szCs w:val="16"/>
                <w:lang w:val="es-ES"/>
              </w:rPr>
            </w:pPr>
            <w:r w:rsidRPr="00D50839">
              <w:rPr>
                <w:sz w:val="16"/>
                <w:szCs w:val="16"/>
                <w:lang w:val="es-ES"/>
              </w:rPr>
              <w:t>Apoyo a la estructuración y contratación de la obra</w:t>
            </w:r>
          </w:p>
        </w:tc>
        <w:tc>
          <w:tcPr>
            <w:tcW w:w="0" w:type="auto"/>
            <w:vAlign w:val="center"/>
            <w:hideMark/>
          </w:tcPr>
          <w:p w14:paraId="74D9834F" w14:textId="77777777" w:rsidR="00BA0F59" w:rsidRPr="00D50839" w:rsidRDefault="00BA0F59" w:rsidP="00BA0F59">
            <w:pPr>
              <w:keepLines/>
              <w:jc w:val="both"/>
              <w:rPr>
                <w:sz w:val="16"/>
                <w:szCs w:val="16"/>
                <w:lang w:val="es-ES"/>
              </w:rPr>
            </w:pPr>
          </w:p>
        </w:tc>
        <w:tc>
          <w:tcPr>
            <w:tcW w:w="0" w:type="auto"/>
            <w:vAlign w:val="center"/>
            <w:hideMark/>
          </w:tcPr>
          <w:p w14:paraId="578F6270" w14:textId="77777777" w:rsidR="00BA0F59" w:rsidRPr="00D50839" w:rsidRDefault="00BA0F59" w:rsidP="00BA0F59">
            <w:pPr>
              <w:keepLines/>
              <w:jc w:val="both"/>
              <w:rPr>
                <w:sz w:val="16"/>
                <w:szCs w:val="16"/>
                <w:lang w:val="es-ES"/>
              </w:rPr>
            </w:pPr>
          </w:p>
        </w:tc>
        <w:tc>
          <w:tcPr>
            <w:tcW w:w="0" w:type="auto"/>
            <w:vAlign w:val="center"/>
            <w:hideMark/>
          </w:tcPr>
          <w:p w14:paraId="32C03C61" w14:textId="77777777" w:rsidR="00BA0F59" w:rsidRPr="00D50839" w:rsidRDefault="00BA0F59" w:rsidP="00BA0F59">
            <w:pPr>
              <w:keepLines/>
              <w:jc w:val="both"/>
              <w:rPr>
                <w:sz w:val="16"/>
                <w:szCs w:val="16"/>
                <w:lang w:val="es-ES"/>
              </w:rPr>
            </w:pPr>
          </w:p>
        </w:tc>
        <w:tc>
          <w:tcPr>
            <w:tcW w:w="0" w:type="auto"/>
            <w:vAlign w:val="center"/>
            <w:hideMark/>
          </w:tcPr>
          <w:p w14:paraId="13D918FA" w14:textId="77777777" w:rsidR="00BA0F59" w:rsidRPr="00D50839" w:rsidRDefault="00BA0F59" w:rsidP="00BA0F59">
            <w:pPr>
              <w:keepLines/>
              <w:jc w:val="both"/>
              <w:rPr>
                <w:sz w:val="16"/>
                <w:szCs w:val="16"/>
                <w:lang w:val="es-ES"/>
              </w:rPr>
            </w:pPr>
          </w:p>
        </w:tc>
        <w:tc>
          <w:tcPr>
            <w:tcW w:w="0" w:type="auto"/>
            <w:vAlign w:val="center"/>
            <w:hideMark/>
          </w:tcPr>
          <w:p w14:paraId="0A9FEA18" w14:textId="77777777" w:rsidR="00BA0F59" w:rsidRPr="00D50839" w:rsidRDefault="00BA0F59" w:rsidP="00BA0F59">
            <w:pPr>
              <w:keepLines/>
              <w:jc w:val="both"/>
              <w:rPr>
                <w:sz w:val="16"/>
                <w:szCs w:val="16"/>
                <w:lang w:val="es-ES"/>
              </w:rPr>
            </w:pPr>
          </w:p>
        </w:tc>
        <w:tc>
          <w:tcPr>
            <w:tcW w:w="0" w:type="auto"/>
            <w:vAlign w:val="center"/>
            <w:hideMark/>
          </w:tcPr>
          <w:p w14:paraId="33E441D5" w14:textId="77777777" w:rsidR="00BA0F59" w:rsidRPr="00D50839" w:rsidRDefault="00BA0F59" w:rsidP="00BA0F59">
            <w:pPr>
              <w:keepLines/>
              <w:jc w:val="both"/>
              <w:rPr>
                <w:sz w:val="16"/>
                <w:szCs w:val="16"/>
                <w:lang w:val="es-ES"/>
              </w:rPr>
            </w:pPr>
          </w:p>
        </w:tc>
        <w:tc>
          <w:tcPr>
            <w:tcW w:w="0" w:type="auto"/>
            <w:vAlign w:val="center"/>
            <w:hideMark/>
          </w:tcPr>
          <w:p w14:paraId="56BE5B2C" w14:textId="77777777" w:rsidR="00BA0F59" w:rsidRPr="00D50839" w:rsidRDefault="00BA0F59" w:rsidP="00BA0F59">
            <w:pPr>
              <w:keepLines/>
              <w:jc w:val="both"/>
              <w:rPr>
                <w:sz w:val="16"/>
                <w:szCs w:val="16"/>
                <w:lang w:val="es-ES"/>
              </w:rPr>
            </w:pPr>
          </w:p>
        </w:tc>
        <w:tc>
          <w:tcPr>
            <w:tcW w:w="0" w:type="auto"/>
            <w:vAlign w:val="center"/>
            <w:hideMark/>
          </w:tcPr>
          <w:p w14:paraId="5FBC9C2C" w14:textId="77777777" w:rsidR="00BA0F59" w:rsidRPr="00D50839" w:rsidRDefault="00BA0F59" w:rsidP="00BA0F59">
            <w:pPr>
              <w:keepLines/>
              <w:jc w:val="both"/>
              <w:rPr>
                <w:sz w:val="16"/>
                <w:szCs w:val="16"/>
                <w:lang w:val="es-ES"/>
              </w:rPr>
            </w:pPr>
          </w:p>
        </w:tc>
        <w:tc>
          <w:tcPr>
            <w:tcW w:w="0" w:type="auto"/>
            <w:vAlign w:val="center"/>
            <w:hideMark/>
          </w:tcPr>
          <w:p w14:paraId="61C0211E" w14:textId="77777777" w:rsidR="00BA0F59" w:rsidRPr="00D50839" w:rsidRDefault="00BA0F59" w:rsidP="00BA0F59">
            <w:pPr>
              <w:keepLines/>
              <w:jc w:val="both"/>
              <w:rPr>
                <w:sz w:val="16"/>
                <w:szCs w:val="16"/>
                <w:lang w:val="es-ES"/>
              </w:rPr>
            </w:pPr>
          </w:p>
        </w:tc>
        <w:tc>
          <w:tcPr>
            <w:tcW w:w="0" w:type="auto"/>
            <w:vAlign w:val="center"/>
            <w:hideMark/>
          </w:tcPr>
          <w:p w14:paraId="22C373A3" w14:textId="77777777" w:rsidR="00BA0F59" w:rsidRPr="00D50839" w:rsidRDefault="00BA0F59" w:rsidP="00BA0F59">
            <w:pPr>
              <w:keepLines/>
              <w:jc w:val="both"/>
              <w:rPr>
                <w:sz w:val="16"/>
                <w:szCs w:val="16"/>
                <w:lang w:val="es-ES"/>
              </w:rPr>
            </w:pPr>
          </w:p>
        </w:tc>
        <w:tc>
          <w:tcPr>
            <w:tcW w:w="0" w:type="auto"/>
            <w:vAlign w:val="center"/>
            <w:hideMark/>
          </w:tcPr>
          <w:p w14:paraId="3F37F1BB" w14:textId="77777777" w:rsidR="00BA0F59" w:rsidRPr="00D50839" w:rsidRDefault="00BA0F59" w:rsidP="00BA0F59">
            <w:pPr>
              <w:keepLines/>
              <w:jc w:val="both"/>
              <w:rPr>
                <w:sz w:val="16"/>
                <w:szCs w:val="16"/>
                <w:lang w:val="es-ES"/>
              </w:rPr>
            </w:pPr>
          </w:p>
        </w:tc>
        <w:tc>
          <w:tcPr>
            <w:tcW w:w="0" w:type="auto"/>
            <w:vAlign w:val="center"/>
            <w:hideMark/>
          </w:tcPr>
          <w:p w14:paraId="604171A4" w14:textId="77777777" w:rsidR="00BA0F59" w:rsidRPr="00D50839" w:rsidRDefault="00BA0F59" w:rsidP="00BA0F59">
            <w:pPr>
              <w:keepLines/>
              <w:jc w:val="both"/>
              <w:rPr>
                <w:sz w:val="16"/>
                <w:szCs w:val="16"/>
                <w:lang w:val="es-ES"/>
              </w:rPr>
            </w:pPr>
          </w:p>
        </w:tc>
      </w:tr>
      <w:tr w:rsidR="00BA0F59" w:rsidRPr="001A691C" w14:paraId="2B8BF087" w14:textId="77777777" w:rsidTr="00D50839">
        <w:trPr>
          <w:tblCellSpacing w:w="15" w:type="dxa"/>
        </w:trPr>
        <w:tc>
          <w:tcPr>
            <w:tcW w:w="0" w:type="auto"/>
            <w:vAlign w:val="center"/>
            <w:hideMark/>
          </w:tcPr>
          <w:p w14:paraId="3C1C053A" w14:textId="77777777" w:rsidR="00BA0F59" w:rsidRPr="00D50839" w:rsidRDefault="00BA0F59" w:rsidP="00BA0F59">
            <w:pPr>
              <w:keepLines/>
              <w:jc w:val="both"/>
              <w:rPr>
                <w:sz w:val="16"/>
                <w:szCs w:val="16"/>
                <w:lang w:val="es-ES"/>
              </w:rPr>
            </w:pPr>
            <w:r w:rsidRPr="00D50839">
              <w:rPr>
                <w:sz w:val="16"/>
                <w:szCs w:val="16"/>
                <w:lang w:val="es-ES"/>
              </w:rPr>
              <w:t>7</w:t>
            </w:r>
          </w:p>
        </w:tc>
        <w:tc>
          <w:tcPr>
            <w:tcW w:w="3386" w:type="dxa"/>
            <w:vAlign w:val="center"/>
            <w:hideMark/>
          </w:tcPr>
          <w:p w14:paraId="1A0168A6" w14:textId="77777777" w:rsidR="00BA0F59" w:rsidRPr="00D50839" w:rsidRDefault="00BA0F59" w:rsidP="00BA0F59">
            <w:pPr>
              <w:keepLines/>
              <w:jc w:val="both"/>
              <w:rPr>
                <w:sz w:val="16"/>
                <w:szCs w:val="16"/>
                <w:lang w:val="es-ES"/>
              </w:rPr>
            </w:pPr>
            <w:r w:rsidRPr="00D50839">
              <w:rPr>
                <w:sz w:val="16"/>
                <w:szCs w:val="16"/>
                <w:lang w:val="es-ES"/>
              </w:rPr>
              <w:t>Acompañamiento técnico durante la obra</w:t>
            </w:r>
          </w:p>
        </w:tc>
        <w:tc>
          <w:tcPr>
            <w:tcW w:w="0" w:type="auto"/>
            <w:vAlign w:val="center"/>
            <w:hideMark/>
          </w:tcPr>
          <w:p w14:paraId="43187555" w14:textId="77777777" w:rsidR="00BA0F59" w:rsidRPr="00D50839" w:rsidRDefault="00BA0F59" w:rsidP="00BA0F59">
            <w:pPr>
              <w:keepLines/>
              <w:jc w:val="both"/>
              <w:rPr>
                <w:sz w:val="16"/>
                <w:szCs w:val="16"/>
                <w:lang w:val="es-ES"/>
              </w:rPr>
            </w:pPr>
          </w:p>
        </w:tc>
        <w:tc>
          <w:tcPr>
            <w:tcW w:w="0" w:type="auto"/>
            <w:vAlign w:val="center"/>
            <w:hideMark/>
          </w:tcPr>
          <w:p w14:paraId="1C5A0D3B" w14:textId="77777777" w:rsidR="00BA0F59" w:rsidRPr="00D50839" w:rsidRDefault="00BA0F59" w:rsidP="00BA0F59">
            <w:pPr>
              <w:keepLines/>
              <w:jc w:val="both"/>
              <w:rPr>
                <w:sz w:val="16"/>
                <w:szCs w:val="16"/>
                <w:lang w:val="es-ES"/>
              </w:rPr>
            </w:pPr>
          </w:p>
        </w:tc>
        <w:tc>
          <w:tcPr>
            <w:tcW w:w="0" w:type="auto"/>
            <w:vAlign w:val="center"/>
            <w:hideMark/>
          </w:tcPr>
          <w:p w14:paraId="45BA519F" w14:textId="77777777" w:rsidR="00BA0F59" w:rsidRPr="00D50839" w:rsidRDefault="00BA0F59" w:rsidP="00BA0F59">
            <w:pPr>
              <w:keepLines/>
              <w:jc w:val="both"/>
              <w:rPr>
                <w:sz w:val="16"/>
                <w:szCs w:val="16"/>
                <w:lang w:val="es-ES"/>
              </w:rPr>
            </w:pPr>
          </w:p>
        </w:tc>
        <w:tc>
          <w:tcPr>
            <w:tcW w:w="0" w:type="auto"/>
            <w:vAlign w:val="center"/>
            <w:hideMark/>
          </w:tcPr>
          <w:p w14:paraId="17DA1BA7" w14:textId="77777777" w:rsidR="00BA0F59" w:rsidRPr="00D50839" w:rsidRDefault="00BA0F59" w:rsidP="00BA0F59">
            <w:pPr>
              <w:keepLines/>
              <w:jc w:val="both"/>
              <w:rPr>
                <w:sz w:val="16"/>
                <w:szCs w:val="16"/>
                <w:lang w:val="es-ES"/>
              </w:rPr>
            </w:pPr>
          </w:p>
        </w:tc>
        <w:tc>
          <w:tcPr>
            <w:tcW w:w="0" w:type="auto"/>
            <w:vAlign w:val="center"/>
            <w:hideMark/>
          </w:tcPr>
          <w:p w14:paraId="256395CF" w14:textId="77777777" w:rsidR="00BA0F59" w:rsidRPr="00D50839" w:rsidRDefault="00BA0F59" w:rsidP="00BA0F59">
            <w:pPr>
              <w:keepLines/>
              <w:jc w:val="both"/>
              <w:rPr>
                <w:sz w:val="16"/>
                <w:szCs w:val="16"/>
                <w:lang w:val="es-ES"/>
              </w:rPr>
            </w:pPr>
          </w:p>
        </w:tc>
        <w:tc>
          <w:tcPr>
            <w:tcW w:w="0" w:type="auto"/>
            <w:vAlign w:val="center"/>
            <w:hideMark/>
          </w:tcPr>
          <w:p w14:paraId="7876EC41" w14:textId="77777777" w:rsidR="00BA0F59" w:rsidRPr="00D50839" w:rsidRDefault="00BA0F59" w:rsidP="00BA0F59">
            <w:pPr>
              <w:keepLines/>
              <w:jc w:val="both"/>
              <w:rPr>
                <w:sz w:val="16"/>
                <w:szCs w:val="16"/>
                <w:lang w:val="es-ES"/>
              </w:rPr>
            </w:pPr>
          </w:p>
        </w:tc>
        <w:tc>
          <w:tcPr>
            <w:tcW w:w="0" w:type="auto"/>
            <w:vAlign w:val="center"/>
            <w:hideMark/>
          </w:tcPr>
          <w:p w14:paraId="05527373" w14:textId="77777777" w:rsidR="00BA0F59" w:rsidRPr="00D50839" w:rsidRDefault="00BA0F59" w:rsidP="00BA0F59">
            <w:pPr>
              <w:keepLines/>
              <w:jc w:val="both"/>
              <w:rPr>
                <w:sz w:val="16"/>
                <w:szCs w:val="16"/>
                <w:lang w:val="es-ES"/>
              </w:rPr>
            </w:pPr>
          </w:p>
        </w:tc>
        <w:tc>
          <w:tcPr>
            <w:tcW w:w="0" w:type="auto"/>
            <w:vAlign w:val="center"/>
            <w:hideMark/>
          </w:tcPr>
          <w:p w14:paraId="4723C397" w14:textId="77777777" w:rsidR="00BA0F59" w:rsidRPr="00D50839" w:rsidRDefault="00BA0F59" w:rsidP="00BA0F59">
            <w:pPr>
              <w:keepLines/>
              <w:jc w:val="both"/>
              <w:rPr>
                <w:sz w:val="16"/>
                <w:szCs w:val="16"/>
                <w:lang w:val="es-ES"/>
              </w:rPr>
            </w:pPr>
          </w:p>
        </w:tc>
        <w:tc>
          <w:tcPr>
            <w:tcW w:w="0" w:type="auto"/>
            <w:vAlign w:val="center"/>
            <w:hideMark/>
          </w:tcPr>
          <w:p w14:paraId="42135644" w14:textId="77777777" w:rsidR="00BA0F59" w:rsidRPr="00D50839" w:rsidRDefault="00BA0F59" w:rsidP="00BA0F59">
            <w:pPr>
              <w:keepLines/>
              <w:jc w:val="both"/>
              <w:rPr>
                <w:sz w:val="16"/>
                <w:szCs w:val="16"/>
                <w:lang w:val="es-ES"/>
              </w:rPr>
            </w:pPr>
          </w:p>
        </w:tc>
        <w:tc>
          <w:tcPr>
            <w:tcW w:w="0" w:type="auto"/>
            <w:vAlign w:val="center"/>
            <w:hideMark/>
          </w:tcPr>
          <w:p w14:paraId="7AE14372" w14:textId="77777777" w:rsidR="00BA0F59" w:rsidRPr="00D50839" w:rsidRDefault="00BA0F59" w:rsidP="00BA0F59">
            <w:pPr>
              <w:keepLines/>
              <w:jc w:val="both"/>
              <w:rPr>
                <w:sz w:val="16"/>
                <w:szCs w:val="16"/>
                <w:lang w:val="es-ES"/>
              </w:rPr>
            </w:pPr>
          </w:p>
        </w:tc>
        <w:tc>
          <w:tcPr>
            <w:tcW w:w="0" w:type="auto"/>
            <w:vAlign w:val="center"/>
            <w:hideMark/>
          </w:tcPr>
          <w:p w14:paraId="2EE556F7" w14:textId="77777777" w:rsidR="00BA0F59" w:rsidRPr="00D50839" w:rsidRDefault="00BA0F59" w:rsidP="00BA0F59">
            <w:pPr>
              <w:keepLines/>
              <w:jc w:val="both"/>
              <w:rPr>
                <w:sz w:val="16"/>
                <w:szCs w:val="16"/>
                <w:lang w:val="es-ES"/>
              </w:rPr>
            </w:pPr>
          </w:p>
        </w:tc>
        <w:tc>
          <w:tcPr>
            <w:tcW w:w="0" w:type="auto"/>
            <w:vAlign w:val="center"/>
            <w:hideMark/>
          </w:tcPr>
          <w:p w14:paraId="2F460072" w14:textId="77777777" w:rsidR="00BA0F59" w:rsidRPr="00D50839" w:rsidRDefault="00BA0F59" w:rsidP="00BA0F59">
            <w:pPr>
              <w:keepLines/>
              <w:jc w:val="both"/>
              <w:rPr>
                <w:sz w:val="16"/>
                <w:szCs w:val="16"/>
                <w:lang w:val="es-ES"/>
              </w:rPr>
            </w:pPr>
          </w:p>
        </w:tc>
      </w:tr>
      <w:tr w:rsidR="00BA0F59" w:rsidRPr="001A691C" w14:paraId="4F99C871" w14:textId="77777777" w:rsidTr="00D50839">
        <w:trPr>
          <w:tblCellSpacing w:w="15" w:type="dxa"/>
        </w:trPr>
        <w:tc>
          <w:tcPr>
            <w:tcW w:w="0" w:type="auto"/>
            <w:vAlign w:val="center"/>
            <w:hideMark/>
          </w:tcPr>
          <w:p w14:paraId="32974016" w14:textId="77777777" w:rsidR="00BA0F59" w:rsidRPr="00D50839" w:rsidRDefault="00BA0F59" w:rsidP="00BA0F59">
            <w:pPr>
              <w:keepLines/>
              <w:jc w:val="both"/>
              <w:rPr>
                <w:sz w:val="16"/>
                <w:szCs w:val="16"/>
                <w:lang w:val="es-ES"/>
              </w:rPr>
            </w:pPr>
            <w:r w:rsidRPr="00D50839">
              <w:rPr>
                <w:sz w:val="16"/>
                <w:szCs w:val="16"/>
                <w:lang w:val="es-ES"/>
              </w:rPr>
              <w:t>8</w:t>
            </w:r>
          </w:p>
        </w:tc>
        <w:tc>
          <w:tcPr>
            <w:tcW w:w="3386" w:type="dxa"/>
            <w:vAlign w:val="center"/>
            <w:hideMark/>
          </w:tcPr>
          <w:p w14:paraId="6F826C0C" w14:textId="402425BA" w:rsidR="00BA0F59" w:rsidRPr="00D50839" w:rsidRDefault="00BA0F59" w:rsidP="00BA0F59">
            <w:pPr>
              <w:keepLines/>
              <w:jc w:val="both"/>
              <w:rPr>
                <w:sz w:val="16"/>
                <w:szCs w:val="16"/>
                <w:lang w:val="es-ES"/>
              </w:rPr>
            </w:pPr>
            <w:r w:rsidRPr="00D50839">
              <w:rPr>
                <w:sz w:val="16"/>
                <w:szCs w:val="16"/>
                <w:lang w:val="es-ES"/>
              </w:rPr>
              <w:t xml:space="preserve">Entrega de </w:t>
            </w:r>
            <w:r w:rsidR="0053402D">
              <w:rPr>
                <w:sz w:val="16"/>
                <w:szCs w:val="16"/>
                <w:lang w:val="es-ES"/>
              </w:rPr>
              <w:t>informes</w:t>
            </w:r>
            <w:r w:rsidRPr="00D50839">
              <w:rPr>
                <w:sz w:val="16"/>
                <w:szCs w:val="16"/>
                <w:lang w:val="es-ES"/>
              </w:rPr>
              <w:t xml:space="preserve"> </w:t>
            </w:r>
            <w:r w:rsidR="0053402D">
              <w:rPr>
                <w:sz w:val="16"/>
                <w:szCs w:val="16"/>
                <w:lang w:val="es-ES"/>
              </w:rPr>
              <w:t>para la</w:t>
            </w:r>
            <w:r w:rsidRPr="00D50839">
              <w:rPr>
                <w:sz w:val="16"/>
                <w:szCs w:val="16"/>
                <w:lang w:val="es-ES"/>
              </w:rPr>
              <w:t xml:space="preserve"> puesta en operación</w:t>
            </w:r>
          </w:p>
        </w:tc>
        <w:tc>
          <w:tcPr>
            <w:tcW w:w="0" w:type="auto"/>
            <w:vAlign w:val="center"/>
            <w:hideMark/>
          </w:tcPr>
          <w:p w14:paraId="79780350" w14:textId="77777777" w:rsidR="00BA0F59" w:rsidRPr="00D50839" w:rsidRDefault="00BA0F59" w:rsidP="00BA0F59">
            <w:pPr>
              <w:keepLines/>
              <w:jc w:val="both"/>
              <w:rPr>
                <w:sz w:val="16"/>
                <w:szCs w:val="16"/>
                <w:lang w:val="es-ES"/>
              </w:rPr>
            </w:pPr>
          </w:p>
        </w:tc>
        <w:tc>
          <w:tcPr>
            <w:tcW w:w="0" w:type="auto"/>
            <w:vAlign w:val="center"/>
            <w:hideMark/>
          </w:tcPr>
          <w:p w14:paraId="0C24171E" w14:textId="77777777" w:rsidR="00BA0F59" w:rsidRPr="00D50839" w:rsidRDefault="00BA0F59" w:rsidP="00BA0F59">
            <w:pPr>
              <w:keepLines/>
              <w:jc w:val="both"/>
              <w:rPr>
                <w:sz w:val="16"/>
                <w:szCs w:val="16"/>
                <w:lang w:val="es-ES"/>
              </w:rPr>
            </w:pPr>
          </w:p>
        </w:tc>
        <w:tc>
          <w:tcPr>
            <w:tcW w:w="0" w:type="auto"/>
            <w:vAlign w:val="center"/>
            <w:hideMark/>
          </w:tcPr>
          <w:p w14:paraId="5F978189" w14:textId="77777777" w:rsidR="00BA0F59" w:rsidRPr="00D50839" w:rsidRDefault="00BA0F59" w:rsidP="00BA0F59">
            <w:pPr>
              <w:keepLines/>
              <w:jc w:val="both"/>
              <w:rPr>
                <w:sz w:val="16"/>
                <w:szCs w:val="16"/>
                <w:lang w:val="es-ES"/>
              </w:rPr>
            </w:pPr>
          </w:p>
        </w:tc>
        <w:tc>
          <w:tcPr>
            <w:tcW w:w="0" w:type="auto"/>
            <w:vAlign w:val="center"/>
            <w:hideMark/>
          </w:tcPr>
          <w:p w14:paraId="525141FB" w14:textId="77777777" w:rsidR="00BA0F59" w:rsidRPr="00D50839" w:rsidRDefault="00BA0F59" w:rsidP="00BA0F59">
            <w:pPr>
              <w:keepLines/>
              <w:jc w:val="both"/>
              <w:rPr>
                <w:sz w:val="16"/>
                <w:szCs w:val="16"/>
                <w:lang w:val="es-ES"/>
              </w:rPr>
            </w:pPr>
          </w:p>
        </w:tc>
        <w:tc>
          <w:tcPr>
            <w:tcW w:w="0" w:type="auto"/>
            <w:vAlign w:val="center"/>
            <w:hideMark/>
          </w:tcPr>
          <w:p w14:paraId="125D1287" w14:textId="77777777" w:rsidR="00BA0F59" w:rsidRPr="00D50839" w:rsidRDefault="00BA0F59" w:rsidP="00BA0F59">
            <w:pPr>
              <w:keepLines/>
              <w:jc w:val="both"/>
              <w:rPr>
                <w:sz w:val="16"/>
                <w:szCs w:val="16"/>
                <w:lang w:val="es-ES"/>
              </w:rPr>
            </w:pPr>
          </w:p>
        </w:tc>
        <w:tc>
          <w:tcPr>
            <w:tcW w:w="0" w:type="auto"/>
            <w:vAlign w:val="center"/>
            <w:hideMark/>
          </w:tcPr>
          <w:p w14:paraId="179C7E71" w14:textId="77777777" w:rsidR="00BA0F59" w:rsidRPr="00D50839" w:rsidRDefault="00BA0F59" w:rsidP="00BA0F59">
            <w:pPr>
              <w:keepLines/>
              <w:jc w:val="both"/>
              <w:rPr>
                <w:sz w:val="16"/>
                <w:szCs w:val="16"/>
                <w:lang w:val="es-ES"/>
              </w:rPr>
            </w:pPr>
          </w:p>
        </w:tc>
        <w:tc>
          <w:tcPr>
            <w:tcW w:w="0" w:type="auto"/>
            <w:vAlign w:val="center"/>
            <w:hideMark/>
          </w:tcPr>
          <w:p w14:paraId="69AB6DC5" w14:textId="77777777" w:rsidR="00BA0F59" w:rsidRPr="00D50839" w:rsidRDefault="00BA0F59" w:rsidP="00BA0F59">
            <w:pPr>
              <w:keepLines/>
              <w:jc w:val="both"/>
              <w:rPr>
                <w:sz w:val="16"/>
                <w:szCs w:val="16"/>
                <w:lang w:val="es-ES"/>
              </w:rPr>
            </w:pPr>
          </w:p>
        </w:tc>
        <w:tc>
          <w:tcPr>
            <w:tcW w:w="0" w:type="auto"/>
            <w:vAlign w:val="center"/>
            <w:hideMark/>
          </w:tcPr>
          <w:p w14:paraId="709F0BA9" w14:textId="77777777" w:rsidR="00BA0F59" w:rsidRPr="00D50839" w:rsidRDefault="00BA0F59" w:rsidP="00BA0F59">
            <w:pPr>
              <w:keepLines/>
              <w:jc w:val="both"/>
              <w:rPr>
                <w:sz w:val="16"/>
                <w:szCs w:val="16"/>
                <w:lang w:val="es-ES"/>
              </w:rPr>
            </w:pPr>
          </w:p>
        </w:tc>
        <w:tc>
          <w:tcPr>
            <w:tcW w:w="0" w:type="auto"/>
            <w:vAlign w:val="center"/>
            <w:hideMark/>
          </w:tcPr>
          <w:p w14:paraId="208F3E38" w14:textId="77777777" w:rsidR="00BA0F59" w:rsidRPr="00D50839" w:rsidRDefault="00BA0F59" w:rsidP="00BA0F59">
            <w:pPr>
              <w:keepLines/>
              <w:jc w:val="both"/>
              <w:rPr>
                <w:sz w:val="16"/>
                <w:szCs w:val="16"/>
                <w:lang w:val="es-ES"/>
              </w:rPr>
            </w:pPr>
          </w:p>
        </w:tc>
        <w:tc>
          <w:tcPr>
            <w:tcW w:w="0" w:type="auto"/>
            <w:vAlign w:val="center"/>
            <w:hideMark/>
          </w:tcPr>
          <w:p w14:paraId="3252AC82" w14:textId="77777777" w:rsidR="00BA0F59" w:rsidRPr="00D50839" w:rsidRDefault="00BA0F59" w:rsidP="00BA0F59">
            <w:pPr>
              <w:keepLines/>
              <w:jc w:val="both"/>
              <w:rPr>
                <w:sz w:val="16"/>
                <w:szCs w:val="16"/>
                <w:lang w:val="es-ES"/>
              </w:rPr>
            </w:pPr>
          </w:p>
        </w:tc>
        <w:tc>
          <w:tcPr>
            <w:tcW w:w="0" w:type="auto"/>
            <w:vAlign w:val="center"/>
            <w:hideMark/>
          </w:tcPr>
          <w:p w14:paraId="28B0B99D" w14:textId="77777777" w:rsidR="00BA0F59" w:rsidRPr="00D50839" w:rsidRDefault="00BA0F59" w:rsidP="00BA0F59">
            <w:pPr>
              <w:keepLines/>
              <w:jc w:val="both"/>
              <w:rPr>
                <w:sz w:val="16"/>
                <w:szCs w:val="16"/>
                <w:lang w:val="es-ES"/>
              </w:rPr>
            </w:pPr>
          </w:p>
        </w:tc>
        <w:tc>
          <w:tcPr>
            <w:tcW w:w="0" w:type="auto"/>
            <w:vAlign w:val="center"/>
            <w:hideMark/>
          </w:tcPr>
          <w:p w14:paraId="1ECD9354" w14:textId="77777777" w:rsidR="00BA0F59" w:rsidRPr="00D50839" w:rsidRDefault="00BA0F59" w:rsidP="00BA0F59">
            <w:pPr>
              <w:keepLines/>
              <w:jc w:val="both"/>
              <w:rPr>
                <w:sz w:val="16"/>
                <w:szCs w:val="16"/>
                <w:lang w:val="es-ES"/>
              </w:rPr>
            </w:pPr>
          </w:p>
        </w:tc>
      </w:tr>
      <w:tr w:rsidR="00BA0F59" w:rsidRPr="001A691C" w14:paraId="3B4E4B3E" w14:textId="77777777" w:rsidTr="00D50839">
        <w:trPr>
          <w:tblCellSpacing w:w="15" w:type="dxa"/>
        </w:trPr>
        <w:tc>
          <w:tcPr>
            <w:tcW w:w="0" w:type="auto"/>
            <w:vAlign w:val="center"/>
            <w:hideMark/>
          </w:tcPr>
          <w:p w14:paraId="59AB8977" w14:textId="77777777" w:rsidR="00BA0F59" w:rsidRPr="00D50839" w:rsidRDefault="00BA0F59" w:rsidP="00BA0F59">
            <w:pPr>
              <w:keepLines/>
              <w:jc w:val="both"/>
              <w:rPr>
                <w:sz w:val="16"/>
                <w:szCs w:val="16"/>
                <w:lang w:val="es-ES"/>
              </w:rPr>
            </w:pPr>
            <w:r w:rsidRPr="00D50839">
              <w:rPr>
                <w:sz w:val="16"/>
                <w:szCs w:val="16"/>
                <w:lang w:val="es-ES"/>
              </w:rPr>
              <w:t>9</w:t>
            </w:r>
          </w:p>
        </w:tc>
        <w:tc>
          <w:tcPr>
            <w:tcW w:w="3386" w:type="dxa"/>
            <w:vAlign w:val="center"/>
            <w:hideMark/>
          </w:tcPr>
          <w:p w14:paraId="24C58215" w14:textId="062E5D1B" w:rsidR="00BA0F59" w:rsidRPr="00D50839" w:rsidRDefault="00D72701" w:rsidP="00BA0F59">
            <w:pPr>
              <w:keepLines/>
              <w:jc w:val="both"/>
              <w:rPr>
                <w:sz w:val="16"/>
                <w:szCs w:val="16"/>
                <w:lang w:val="es-ES"/>
              </w:rPr>
            </w:pPr>
            <w:r>
              <w:rPr>
                <w:sz w:val="16"/>
                <w:szCs w:val="16"/>
                <w:lang w:val="es-ES"/>
              </w:rPr>
              <w:t>Entrega de documentos para modificación de RPH</w:t>
            </w:r>
          </w:p>
        </w:tc>
        <w:tc>
          <w:tcPr>
            <w:tcW w:w="0" w:type="auto"/>
            <w:vAlign w:val="center"/>
            <w:hideMark/>
          </w:tcPr>
          <w:p w14:paraId="481C3007" w14:textId="77777777" w:rsidR="00BA0F59" w:rsidRPr="00D50839" w:rsidRDefault="00BA0F59" w:rsidP="00BA0F59">
            <w:pPr>
              <w:keepLines/>
              <w:jc w:val="both"/>
              <w:rPr>
                <w:sz w:val="16"/>
                <w:szCs w:val="16"/>
                <w:lang w:val="es-ES"/>
              </w:rPr>
            </w:pPr>
          </w:p>
        </w:tc>
        <w:tc>
          <w:tcPr>
            <w:tcW w:w="0" w:type="auto"/>
            <w:vAlign w:val="center"/>
            <w:hideMark/>
          </w:tcPr>
          <w:p w14:paraId="7C6B528F" w14:textId="77777777" w:rsidR="00BA0F59" w:rsidRPr="00D50839" w:rsidRDefault="00BA0F59" w:rsidP="00BA0F59">
            <w:pPr>
              <w:keepLines/>
              <w:jc w:val="both"/>
              <w:rPr>
                <w:sz w:val="16"/>
                <w:szCs w:val="16"/>
                <w:lang w:val="es-ES"/>
              </w:rPr>
            </w:pPr>
          </w:p>
        </w:tc>
        <w:tc>
          <w:tcPr>
            <w:tcW w:w="0" w:type="auto"/>
            <w:vAlign w:val="center"/>
            <w:hideMark/>
          </w:tcPr>
          <w:p w14:paraId="3C4B25DF" w14:textId="77777777" w:rsidR="00BA0F59" w:rsidRPr="00D50839" w:rsidRDefault="00BA0F59" w:rsidP="00BA0F59">
            <w:pPr>
              <w:keepLines/>
              <w:jc w:val="both"/>
              <w:rPr>
                <w:sz w:val="16"/>
                <w:szCs w:val="16"/>
                <w:lang w:val="es-ES"/>
              </w:rPr>
            </w:pPr>
          </w:p>
        </w:tc>
        <w:tc>
          <w:tcPr>
            <w:tcW w:w="0" w:type="auto"/>
            <w:vAlign w:val="center"/>
            <w:hideMark/>
          </w:tcPr>
          <w:p w14:paraId="29F8A179" w14:textId="77777777" w:rsidR="00BA0F59" w:rsidRPr="00D50839" w:rsidRDefault="00BA0F59" w:rsidP="00BA0F59">
            <w:pPr>
              <w:keepLines/>
              <w:jc w:val="both"/>
              <w:rPr>
                <w:sz w:val="16"/>
                <w:szCs w:val="16"/>
                <w:lang w:val="es-ES"/>
              </w:rPr>
            </w:pPr>
          </w:p>
        </w:tc>
        <w:tc>
          <w:tcPr>
            <w:tcW w:w="0" w:type="auto"/>
            <w:vAlign w:val="center"/>
            <w:hideMark/>
          </w:tcPr>
          <w:p w14:paraId="4257610B" w14:textId="77777777" w:rsidR="00BA0F59" w:rsidRPr="00D50839" w:rsidRDefault="00BA0F59" w:rsidP="00BA0F59">
            <w:pPr>
              <w:keepLines/>
              <w:jc w:val="both"/>
              <w:rPr>
                <w:sz w:val="16"/>
                <w:szCs w:val="16"/>
                <w:lang w:val="es-ES"/>
              </w:rPr>
            </w:pPr>
          </w:p>
        </w:tc>
        <w:tc>
          <w:tcPr>
            <w:tcW w:w="0" w:type="auto"/>
            <w:vAlign w:val="center"/>
            <w:hideMark/>
          </w:tcPr>
          <w:p w14:paraId="2D32C4C7" w14:textId="77777777" w:rsidR="00BA0F59" w:rsidRPr="00D50839" w:rsidRDefault="00BA0F59" w:rsidP="00BA0F59">
            <w:pPr>
              <w:keepLines/>
              <w:jc w:val="both"/>
              <w:rPr>
                <w:sz w:val="16"/>
                <w:szCs w:val="16"/>
                <w:lang w:val="es-ES"/>
              </w:rPr>
            </w:pPr>
          </w:p>
        </w:tc>
        <w:tc>
          <w:tcPr>
            <w:tcW w:w="0" w:type="auto"/>
            <w:vAlign w:val="center"/>
            <w:hideMark/>
          </w:tcPr>
          <w:p w14:paraId="0FB3E1B5" w14:textId="77777777" w:rsidR="00BA0F59" w:rsidRPr="00D50839" w:rsidRDefault="00BA0F59" w:rsidP="00BA0F59">
            <w:pPr>
              <w:keepLines/>
              <w:jc w:val="both"/>
              <w:rPr>
                <w:sz w:val="16"/>
                <w:szCs w:val="16"/>
                <w:lang w:val="es-ES"/>
              </w:rPr>
            </w:pPr>
          </w:p>
        </w:tc>
        <w:tc>
          <w:tcPr>
            <w:tcW w:w="0" w:type="auto"/>
            <w:vAlign w:val="center"/>
            <w:hideMark/>
          </w:tcPr>
          <w:p w14:paraId="02E6A750" w14:textId="77777777" w:rsidR="00BA0F59" w:rsidRPr="00D50839" w:rsidRDefault="00BA0F59" w:rsidP="00BA0F59">
            <w:pPr>
              <w:keepLines/>
              <w:jc w:val="both"/>
              <w:rPr>
                <w:sz w:val="16"/>
                <w:szCs w:val="16"/>
                <w:lang w:val="es-ES"/>
              </w:rPr>
            </w:pPr>
          </w:p>
        </w:tc>
        <w:tc>
          <w:tcPr>
            <w:tcW w:w="0" w:type="auto"/>
            <w:vAlign w:val="center"/>
            <w:hideMark/>
          </w:tcPr>
          <w:p w14:paraId="65AD5145" w14:textId="77777777" w:rsidR="00BA0F59" w:rsidRPr="00D50839" w:rsidRDefault="00BA0F59" w:rsidP="00BA0F59">
            <w:pPr>
              <w:keepLines/>
              <w:jc w:val="both"/>
              <w:rPr>
                <w:sz w:val="16"/>
                <w:szCs w:val="16"/>
                <w:lang w:val="es-ES"/>
              </w:rPr>
            </w:pPr>
          </w:p>
        </w:tc>
        <w:tc>
          <w:tcPr>
            <w:tcW w:w="0" w:type="auto"/>
            <w:vAlign w:val="center"/>
            <w:hideMark/>
          </w:tcPr>
          <w:p w14:paraId="4513C086" w14:textId="77777777" w:rsidR="00BA0F59" w:rsidRPr="00D50839" w:rsidRDefault="00BA0F59" w:rsidP="00BA0F59">
            <w:pPr>
              <w:keepLines/>
              <w:jc w:val="both"/>
              <w:rPr>
                <w:sz w:val="16"/>
                <w:szCs w:val="16"/>
                <w:lang w:val="es-ES"/>
              </w:rPr>
            </w:pPr>
          </w:p>
        </w:tc>
        <w:tc>
          <w:tcPr>
            <w:tcW w:w="0" w:type="auto"/>
            <w:vAlign w:val="center"/>
            <w:hideMark/>
          </w:tcPr>
          <w:p w14:paraId="21CDBA36" w14:textId="77777777" w:rsidR="00BA0F59" w:rsidRPr="00D50839" w:rsidRDefault="00BA0F59" w:rsidP="00BA0F59">
            <w:pPr>
              <w:keepLines/>
              <w:jc w:val="both"/>
              <w:rPr>
                <w:sz w:val="16"/>
                <w:szCs w:val="16"/>
                <w:lang w:val="es-ES"/>
              </w:rPr>
            </w:pPr>
          </w:p>
        </w:tc>
        <w:tc>
          <w:tcPr>
            <w:tcW w:w="0" w:type="auto"/>
            <w:vAlign w:val="center"/>
            <w:hideMark/>
          </w:tcPr>
          <w:p w14:paraId="6C6D61D0" w14:textId="77777777" w:rsidR="00BA0F59" w:rsidRPr="00D50839" w:rsidRDefault="00BA0F59" w:rsidP="00BA0F59">
            <w:pPr>
              <w:keepLines/>
              <w:jc w:val="both"/>
              <w:rPr>
                <w:sz w:val="16"/>
                <w:szCs w:val="16"/>
                <w:lang w:val="es-ES"/>
              </w:rPr>
            </w:pPr>
          </w:p>
        </w:tc>
      </w:tr>
    </w:tbl>
    <w:p w14:paraId="5E99D984" w14:textId="77777777" w:rsidR="00001D9D" w:rsidRDefault="00001D9D" w:rsidP="0053402D">
      <w:pPr>
        <w:keepLines/>
        <w:rPr>
          <w:sz w:val="22"/>
          <w:lang w:val="es-ES"/>
        </w:rPr>
      </w:pPr>
    </w:p>
    <w:p w14:paraId="3538277A" w14:textId="0548E4B3" w:rsidR="0053402D" w:rsidRPr="0053402D" w:rsidRDefault="00BA0F59" w:rsidP="0053402D">
      <w:pPr>
        <w:spacing w:before="120"/>
        <w:jc w:val="center"/>
        <w:rPr>
          <w:i/>
          <w:color w:val="666666"/>
          <w:sz w:val="16"/>
          <w:szCs w:val="16"/>
          <w:lang w:val="es-ES"/>
        </w:rPr>
      </w:pPr>
      <w:r w:rsidRPr="00001D9D">
        <w:rPr>
          <w:i/>
          <w:color w:val="666666"/>
          <w:sz w:val="16"/>
          <w:szCs w:val="16"/>
          <w:lang w:val="es-ES"/>
        </w:rPr>
        <w:t>Nota: El proponente podrá agregar las filas que considere necesarias. El cronograma deberá comprender todas las actividades y productos ofrecidos, conservar coherencia con la metodología y el equipo de trabajo propuestos y ajustarse al plazo contractual de doce (12) meses.</w:t>
      </w:r>
    </w:p>
    <w:p w14:paraId="5D036038" w14:textId="464F4751" w:rsidR="006370DD" w:rsidRPr="00BF7D67" w:rsidRDefault="006370DD" w:rsidP="006370DD">
      <w:pPr>
        <w:keepNext/>
        <w:pBdr>
          <w:bottom w:val="single" w:sz="12" w:space="3" w:color="92D050"/>
        </w:pBdr>
        <w:spacing w:before="160" w:after="100"/>
        <w:jc w:val="center"/>
        <w:rPr>
          <w:sz w:val="22"/>
          <w:lang w:val="es-ES"/>
        </w:rPr>
      </w:pPr>
      <w:r w:rsidRPr="00BF7D67">
        <w:rPr>
          <w:b/>
          <w:sz w:val="22"/>
          <w:lang w:val="es-ES"/>
        </w:rPr>
        <w:lastRenderedPageBreak/>
        <w:t>7. ANEXOS</w:t>
      </w:r>
    </w:p>
    <w:p w14:paraId="412C243A" w14:textId="7FBB6053" w:rsidR="006370DD" w:rsidRPr="00BF7D67" w:rsidRDefault="00C13978" w:rsidP="00C13978">
      <w:pPr>
        <w:keepNext/>
        <w:pBdr>
          <w:bottom w:val="single" w:sz="12" w:space="3" w:color="92D050"/>
        </w:pBdr>
        <w:spacing w:before="160" w:after="100"/>
        <w:rPr>
          <w:bCs/>
          <w:sz w:val="22"/>
          <w:lang w:val="es-ES"/>
        </w:rPr>
      </w:pPr>
      <w:r w:rsidRPr="00BF7D67">
        <w:rPr>
          <w:bCs/>
          <w:sz w:val="22"/>
          <w:lang w:val="es-ES"/>
        </w:rPr>
        <w:t>Hacen parte integral de la presente oferta los siguientes anexos:</w:t>
      </w:r>
    </w:p>
    <w:tbl>
      <w:tblPr>
        <w:tblW w:w="0" w:type="auto"/>
        <w:jc w:val="center"/>
        <w:tblLayout w:type="fixed"/>
        <w:tblLook w:val="04A0" w:firstRow="1" w:lastRow="0" w:firstColumn="1" w:lastColumn="0" w:noHBand="0" w:noVBand="1"/>
      </w:tblPr>
      <w:tblGrid>
        <w:gridCol w:w="2266"/>
        <w:gridCol w:w="7382"/>
      </w:tblGrid>
      <w:tr w:rsidR="00F533AE" w:rsidRPr="001A691C" w14:paraId="0DD2C953" w14:textId="77777777" w:rsidTr="00F533AE">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32BD54AD" w14:textId="2466437F" w:rsidR="00F533AE" w:rsidRPr="00BF7D67" w:rsidRDefault="00F533AE" w:rsidP="00F533AE">
            <w:pPr>
              <w:spacing w:after="0" w:line="240" w:lineRule="auto"/>
              <w:jc w:val="center"/>
              <w:rPr>
                <w:b/>
                <w:sz w:val="22"/>
                <w:lang w:val="es-ES"/>
              </w:rPr>
            </w:pPr>
            <w:r w:rsidRPr="00BF7D67">
              <w:rPr>
                <w:b/>
                <w:sz w:val="22"/>
                <w:lang w:val="es-ES"/>
              </w:rPr>
              <w:t>FOLIO</w:t>
            </w:r>
          </w:p>
          <w:p w14:paraId="1BF65A91" w14:textId="2CB494C0" w:rsidR="00F533AE" w:rsidRPr="00BF7D67" w:rsidRDefault="00F533AE" w:rsidP="00F533AE">
            <w:pPr>
              <w:spacing w:after="0" w:line="240" w:lineRule="auto"/>
              <w:jc w:val="center"/>
              <w:rPr>
                <w:sz w:val="22"/>
                <w:lang w:val="es-ES"/>
              </w:rPr>
            </w:pPr>
            <w:r w:rsidRPr="00BF7D67">
              <w:rPr>
                <w:b/>
                <w:sz w:val="22"/>
                <w:lang w:val="es-ES"/>
              </w:rPr>
              <w:t>(</w:t>
            </w:r>
            <w:r w:rsidR="00B216E5" w:rsidRPr="00BF7D67">
              <w:rPr>
                <w:b/>
                <w:sz w:val="22"/>
                <w:lang w:val="es-ES"/>
              </w:rPr>
              <w:t>Página</w:t>
            </w:r>
            <w:r w:rsidRPr="00BF7D67">
              <w:rPr>
                <w:b/>
                <w:sz w:val="22"/>
                <w:lang w:val="es-ES"/>
              </w:rPr>
              <w:t xml:space="preserve"> del archivo PDF)</w:t>
            </w: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54FD2073" w14:textId="22EA1AE1" w:rsidR="00F533AE" w:rsidRPr="00BF7D67" w:rsidRDefault="00F533AE" w:rsidP="00F533AE">
            <w:pPr>
              <w:spacing w:after="0" w:line="240" w:lineRule="auto"/>
              <w:jc w:val="center"/>
              <w:rPr>
                <w:b/>
                <w:sz w:val="22"/>
                <w:lang w:val="es-ES"/>
              </w:rPr>
            </w:pPr>
            <w:r w:rsidRPr="00BF7D67">
              <w:rPr>
                <w:b/>
                <w:sz w:val="22"/>
                <w:lang w:val="es-ES"/>
              </w:rPr>
              <w:t>NOMBRE</w:t>
            </w:r>
            <w:r w:rsidR="00B216E5" w:rsidRPr="00BF7D67">
              <w:rPr>
                <w:b/>
                <w:sz w:val="22"/>
                <w:lang w:val="es-ES"/>
              </w:rPr>
              <w:t xml:space="preserve"> Y/O DESCRIPCIÓN</w:t>
            </w:r>
            <w:r w:rsidRPr="00BF7D67">
              <w:rPr>
                <w:b/>
                <w:sz w:val="22"/>
                <w:lang w:val="es-ES"/>
              </w:rPr>
              <w:t xml:space="preserve"> DEL ANEXO</w:t>
            </w:r>
          </w:p>
        </w:tc>
      </w:tr>
      <w:tr w:rsidR="00922636" w:rsidRPr="001A691C" w14:paraId="0BFA9B82"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6C370475"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15B2EB53" w14:textId="77777777" w:rsidR="00922636" w:rsidRPr="00BF7D67" w:rsidRDefault="00922636" w:rsidP="00877192">
            <w:pPr>
              <w:spacing w:after="0" w:line="240" w:lineRule="auto"/>
              <w:rPr>
                <w:sz w:val="22"/>
                <w:lang w:val="es-ES"/>
              </w:rPr>
            </w:pPr>
          </w:p>
        </w:tc>
      </w:tr>
      <w:tr w:rsidR="00922636" w:rsidRPr="001A691C" w14:paraId="45CA9410"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282C813A"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4E664DFC" w14:textId="77777777" w:rsidR="00922636" w:rsidRPr="00BF7D67" w:rsidRDefault="00922636" w:rsidP="00877192">
            <w:pPr>
              <w:spacing w:after="0" w:line="240" w:lineRule="auto"/>
              <w:rPr>
                <w:sz w:val="22"/>
                <w:lang w:val="es-ES"/>
              </w:rPr>
            </w:pPr>
          </w:p>
        </w:tc>
      </w:tr>
      <w:tr w:rsidR="00922636" w:rsidRPr="001A691C" w14:paraId="29FACD40"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079F09A6"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7B41E4FE" w14:textId="77777777" w:rsidR="00922636" w:rsidRPr="00BF7D67" w:rsidRDefault="00922636" w:rsidP="00877192">
            <w:pPr>
              <w:spacing w:after="0" w:line="240" w:lineRule="auto"/>
              <w:rPr>
                <w:sz w:val="22"/>
                <w:lang w:val="es-ES"/>
              </w:rPr>
            </w:pPr>
          </w:p>
        </w:tc>
      </w:tr>
      <w:tr w:rsidR="00922636" w:rsidRPr="001A691C" w14:paraId="22FE4D05"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15A0D629"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5644A86D" w14:textId="77777777" w:rsidR="00922636" w:rsidRPr="00BF7D67" w:rsidRDefault="00922636" w:rsidP="00877192">
            <w:pPr>
              <w:spacing w:after="0" w:line="240" w:lineRule="auto"/>
              <w:rPr>
                <w:sz w:val="22"/>
                <w:lang w:val="es-ES"/>
              </w:rPr>
            </w:pPr>
          </w:p>
        </w:tc>
      </w:tr>
      <w:tr w:rsidR="00922636" w:rsidRPr="001A691C" w14:paraId="479E0B2F"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10DD701E"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1A22E453" w14:textId="77777777" w:rsidR="00922636" w:rsidRPr="00BF7D67" w:rsidRDefault="00922636" w:rsidP="00877192">
            <w:pPr>
              <w:spacing w:after="0" w:line="240" w:lineRule="auto"/>
              <w:rPr>
                <w:sz w:val="22"/>
                <w:lang w:val="es-ES"/>
              </w:rPr>
            </w:pPr>
          </w:p>
        </w:tc>
      </w:tr>
      <w:tr w:rsidR="00922636" w:rsidRPr="001A691C" w14:paraId="28399EAB"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151FEB69"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0496CCC0" w14:textId="77777777" w:rsidR="00922636" w:rsidRPr="00BF7D67" w:rsidRDefault="00922636" w:rsidP="00877192">
            <w:pPr>
              <w:spacing w:after="0" w:line="240" w:lineRule="auto"/>
              <w:rPr>
                <w:sz w:val="22"/>
                <w:lang w:val="es-ES"/>
              </w:rPr>
            </w:pPr>
          </w:p>
        </w:tc>
      </w:tr>
      <w:tr w:rsidR="00922636" w:rsidRPr="001A691C" w14:paraId="723FEF47"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4588D372"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2D24A7A3" w14:textId="77777777" w:rsidR="00922636" w:rsidRPr="00BF7D67" w:rsidRDefault="00922636" w:rsidP="00877192">
            <w:pPr>
              <w:spacing w:after="0" w:line="240" w:lineRule="auto"/>
              <w:rPr>
                <w:sz w:val="22"/>
                <w:lang w:val="es-ES"/>
              </w:rPr>
            </w:pPr>
          </w:p>
        </w:tc>
      </w:tr>
      <w:tr w:rsidR="00922636" w:rsidRPr="001A691C" w14:paraId="360D2E3E"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19CB798C"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2E02A1FD" w14:textId="77777777" w:rsidR="00922636" w:rsidRPr="00BF7D67" w:rsidRDefault="00922636" w:rsidP="00877192">
            <w:pPr>
              <w:spacing w:after="0" w:line="240" w:lineRule="auto"/>
              <w:rPr>
                <w:sz w:val="22"/>
                <w:lang w:val="es-ES"/>
              </w:rPr>
            </w:pPr>
          </w:p>
        </w:tc>
      </w:tr>
      <w:tr w:rsidR="00922636" w:rsidRPr="001A691C" w14:paraId="6EA41D44"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32B3D75E"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3859F8A1" w14:textId="77777777" w:rsidR="00922636" w:rsidRPr="00BF7D67" w:rsidRDefault="00922636" w:rsidP="00877192">
            <w:pPr>
              <w:spacing w:after="0" w:line="240" w:lineRule="auto"/>
              <w:rPr>
                <w:sz w:val="22"/>
                <w:lang w:val="es-ES"/>
              </w:rPr>
            </w:pPr>
          </w:p>
        </w:tc>
      </w:tr>
      <w:tr w:rsidR="00922636" w:rsidRPr="001A691C" w14:paraId="1A74F4D9"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29039F4F"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0B0358DE" w14:textId="77777777" w:rsidR="00922636" w:rsidRPr="00BF7D67" w:rsidRDefault="00922636" w:rsidP="00877192">
            <w:pPr>
              <w:spacing w:after="0" w:line="240" w:lineRule="auto"/>
              <w:rPr>
                <w:sz w:val="22"/>
                <w:lang w:val="es-ES"/>
              </w:rPr>
            </w:pPr>
          </w:p>
        </w:tc>
      </w:tr>
      <w:tr w:rsidR="00922636" w:rsidRPr="001A691C" w14:paraId="7036A8FF"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13E1E527"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5C20C51C" w14:textId="77777777" w:rsidR="00922636" w:rsidRPr="00BF7D67" w:rsidRDefault="00922636" w:rsidP="00877192">
            <w:pPr>
              <w:spacing w:after="0" w:line="240" w:lineRule="auto"/>
              <w:rPr>
                <w:sz w:val="22"/>
                <w:lang w:val="es-ES"/>
              </w:rPr>
            </w:pPr>
          </w:p>
        </w:tc>
      </w:tr>
      <w:tr w:rsidR="00922636" w:rsidRPr="001A691C" w14:paraId="4F13C52D"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7BFE3911"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62E039BC" w14:textId="77777777" w:rsidR="00922636" w:rsidRPr="00BF7D67" w:rsidRDefault="00922636" w:rsidP="00877192">
            <w:pPr>
              <w:spacing w:after="0" w:line="240" w:lineRule="auto"/>
              <w:rPr>
                <w:sz w:val="22"/>
                <w:lang w:val="es-ES"/>
              </w:rPr>
            </w:pPr>
          </w:p>
        </w:tc>
      </w:tr>
      <w:tr w:rsidR="00922636" w:rsidRPr="001A691C" w14:paraId="678E3674"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44802E0F"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0473BFB5" w14:textId="77777777" w:rsidR="00922636" w:rsidRPr="00BF7D67" w:rsidRDefault="00922636" w:rsidP="00877192">
            <w:pPr>
              <w:spacing w:after="0" w:line="240" w:lineRule="auto"/>
              <w:rPr>
                <w:sz w:val="22"/>
                <w:lang w:val="es-ES"/>
              </w:rPr>
            </w:pPr>
          </w:p>
        </w:tc>
      </w:tr>
      <w:tr w:rsidR="00922636" w:rsidRPr="001A691C" w14:paraId="76D8535C"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55CBE6B7"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0A5EEDE0" w14:textId="77777777" w:rsidR="00922636" w:rsidRPr="00BF7D67" w:rsidRDefault="00922636" w:rsidP="00877192">
            <w:pPr>
              <w:spacing w:after="0" w:line="240" w:lineRule="auto"/>
              <w:rPr>
                <w:sz w:val="22"/>
                <w:lang w:val="es-ES"/>
              </w:rPr>
            </w:pPr>
          </w:p>
        </w:tc>
      </w:tr>
      <w:tr w:rsidR="00922636" w:rsidRPr="001A691C" w14:paraId="76AB8478"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6402D7F9"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5C244658" w14:textId="77777777" w:rsidR="00922636" w:rsidRPr="00BF7D67" w:rsidRDefault="00922636" w:rsidP="00877192">
            <w:pPr>
              <w:spacing w:after="0" w:line="240" w:lineRule="auto"/>
              <w:rPr>
                <w:sz w:val="22"/>
                <w:lang w:val="es-ES"/>
              </w:rPr>
            </w:pPr>
          </w:p>
        </w:tc>
      </w:tr>
      <w:tr w:rsidR="00922636" w:rsidRPr="001A691C" w14:paraId="3E211CC8"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2D05DC04"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54D658FF" w14:textId="77777777" w:rsidR="00922636" w:rsidRPr="00BF7D67" w:rsidRDefault="00922636" w:rsidP="00877192">
            <w:pPr>
              <w:spacing w:after="0" w:line="240" w:lineRule="auto"/>
              <w:rPr>
                <w:sz w:val="22"/>
                <w:lang w:val="es-ES"/>
              </w:rPr>
            </w:pPr>
          </w:p>
        </w:tc>
      </w:tr>
      <w:tr w:rsidR="00922636" w:rsidRPr="001A691C" w14:paraId="0DC89CF0"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1759FEF3"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72965F08" w14:textId="77777777" w:rsidR="00922636" w:rsidRPr="00BF7D67" w:rsidRDefault="00922636" w:rsidP="00877192">
            <w:pPr>
              <w:spacing w:after="0" w:line="240" w:lineRule="auto"/>
              <w:rPr>
                <w:sz w:val="22"/>
                <w:lang w:val="es-ES"/>
              </w:rPr>
            </w:pPr>
          </w:p>
        </w:tc>
      </w:tr>
      <w:tr w:rsidR="00922636" w:rsidRPr="001A691C" w14:paraId="6C8FCFE8"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64394D5F"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055A1978" w14:textId="77777777" w:rsidR="00922636" w:rsidRPr="00BF7D67" w:rsidRDefault="00922636" w:rsidP="00877192">
            <w:pPr>
              <w:spacing w:after="0" w:line="240" w:lineRule="auto"/>
              <w:rPr>
                <w:sz w:val="22"/>
                <w:lang w:val="es-ES"/>
              </w:rPr>
            </w:pPr>
          </w:p>
        </w:tc>
      </w:tr>
      <w:tr w:rsidR="00F533AE" w:rsidRPr="001A691C" w14:paraId="35CE9D04" w14:textId="77777777" w:rsidTr="00F533AE">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6A823E0E" w14:textId="7FD3CA69" w:rsidR="00F533AE" w:rsidRPr="00BF7D67" w:rsidRDefault="00F533AE" w:rsidP="0086652B">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2193952D" w14:textId="77777777" w:rsidR="00F533AE" w:rsidRPr="00BF7D67" w:rsidRDefault="00F533AE" w:rsidP="0086652B">
            <w:pPr>
              <w:spacing w:after="0" w:line="240" w:lineRule="auto"/>
              <w:rPr>
                <w:sz w:val="22"/>
                <w:lang w:val="es-ES"/>
              </w:rPr>
            </w:pPr>
          </w:p>
        </w:tc>
      </w:tr>
      <w:tr w:rsidR="00F533AE" w:rsidRPr="001A691C" w14:paraId="6E5E8D4C" w14:textId="77777777" w:rsidTr="00F533AE">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526A68BC" w14:textId="7B0928AF" w:rsidR="00F533AE" w:rsidRPr="00BF7D67" w:rsidRDefault="00F533AE" w:rsidP="0086652B">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5740DCAC" w14:textId="77777777" w:rsidR="00F533AE" w:rsidRPr="00BF7D67" w:rsidRDefault="00F533AE" w:rsidP="0086652B">
            <w:pPr>
              <w:spacing w:after="0" w:line="240" w:lineRule="auto"/>
              <w:rPr>
                <w:sz w:val="22"/>
                <w:lang w:val="es-ES"/>
              </w:rPr>
            </w:pPr>
          </w:p>
        </w:tc>
      </w:tr>
      <w:tr w:rsidR="00F533AE" w:rsidRPr="001A691C" w14:paraId="12F2C3BB" w14:textId="77777777" w:rsidTr="00F533AE">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3C5F7C25" w14:textId="296ABC3C" w:rsidR="00F533AE" w:rsidRPr="00BF7D67" w:rsidRDefault="00F533AE" w:rsidP="0086652B">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362A61B2" w14:textId="77777777" w:rsidR="00F533AE" w:rsidRPr="00BF7D67" w:rsidRDefault="00F533AE" w:rsidP="0086652B">
            <w:pPr>
              <w:spacing w:after="0" w:line="240" w:lineRule="auto"/>
              <w:rPr>
                <w:sz w:val="22"/>
                <w:lang w:val="es-ES"/>
              </w:rPr>
            </w:pPr>
          </w:p>
        </w:tc>
      </w:tr>
    </w:tbl>
    <w:p w14:paraId="00F914C4" w14:textId="21D0E745" w:rsidR="00B51664" w:rsidRPr="00BF7D67" w:rsidRDefault="00B51664" w:rsidP="00B51664">
      <w:pPr>
        <w:spacing w:before="120"/>
        <w:jc w:val="center"/>
        <w:rPr>
          <w:i/>
          <w:color w:val="666666"/>
          <w:sz w:val="16"/>
          <w:szCs w:val="16"/>
          <w:lang w:val="es-ES"/>
        </w:rPr>
      </w:pPr>
      <w:r w:rsidRPr="00BF7D67">
        <w:rPr>
          <w:i/>
          <w:color w:val="666666"/>
          <w:sz w:val="16"/>
          <w:szCs w:val="16"/>
          <w:lang w:val="es-ES"/>
        </w:rPr>
        <w:t>Nota: Diligencie cada línea indicando el nombre o la descripción del anexo y el número de folio o página en el que se encuentra dentro de la propuesta. Todos los documentos deberán presentarse en un único archivo PDF, cuyo tamaño no podrá superar los 20 MB, de conformidad con lo establecido en la invitación. Agregue o elimine las filas de la tabla según sea necesario.</w:t>
      </w:r>
    </w:p>
    <w:p w14:paraId="601C29E3" w14:textId="4CB2C33F" w:rsidR="00BB3897" w:rsidRPr="00BF7D67" w:rsidRDefault="006370DD">
      <w:pPr>
        <w:keepNext/>
        <w:pBdr>
          <w:bottom w:val="single" w:sz="12" w:space="3" w:color="92D050"/>
        </w:pBdr>
        <w:spacing w:before="160" w:after="100"/>
        <w:jc w:val="center"/>
        <w:rPr>
          <w:sz w:val="22"/>
          <w:lang w:val="es-ES"/>
        </w:rPr>
      </w:pPr>
      <w:r w:rsidRPr="00BF7D67">
        <w:rPr>
          <w:b/>
          <w:sz w:val="22"/>
          <w:lang w:val="es-ES"/>
        </w:rPr>
        <w:t>8</w:t>
      </w:r>
      <w:r w:rsidR="00F00F39" w:rsidRPr="00BF7D67">
        <w:rPr>
          <w:b/>
          <w:sz w:val="22"/>
          <w:lang w:val="es-ES"/>
        </w:rPr>
        <w:t>. INFORMACIÓN DE CONTACTO Y FIRMA</w:t>
      </w:r>
    </w:p>
    <w:tbl>
      <w:tblPr>
        <w:tblW w:w="0" w:type="auto"/>
        <w:jc w:val="center"/>
        <w:tblLayout w:type="fixed"/>
        <w:tblLook w:val="04A0" w:firstRow="1" w:lastRow="0" w:firstColumn="1" w:lastColumn="0" w:noHBand="0" w:noVBand="1"/>
      </w:tblPr>
      <w:tblGrid>
        <w:gridCol w:w="2880"/>
        <w:gridCol w:w="6768"/>
      </w:tblGrid>
      <w:tr w:rsidR="00BB3897" w:rsidRPr="00BF7D67" w14:paraId="33DC15DB"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337FCB06" w14:textId="77777777" w:rsidR="00BB3897" w:rsidRPr="00BF7D67" w:rsidRDefault="00F00F39">
            <w:pPr>
              <w:spacing w:after="0" w:line="240" w:lineRule="auto"/>
              <w:rPr>
                <w:sz w:val="22"/>
                <w:lang w:val="es-ES"/>
              </w:rPr>
            </w:pPr>
            <w:r w:rsidRPr="00BF7D67">
              <w:rPr>
                <w:b/>
                <w:sz w:val="22"/>
                <w:lang w:val="es-ES"/>
              </w:rPr>
              <w:t>Nombre o razón social</w:t>
            </w:r>
          </w:p>
        </w:tc>
        <w:tc>
          <w:tcPr>
            <w:tcW w:w="6768"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489C6BB0" w14:textId="77777777" w:rsidR="00BB3897" w:rsidRPr="00BF7D67" w:rsidRDefault="00BB3897">
            <w:pPr>
              <w:spacing w:after="0" w:line="240" w:lineRule="auto"/>
              <w:rPr>
                <w:sz w:val="22"/>
                <w:lang w:val="es-ES"/>
              </w:rPr>
            </w:pPr>
          </w:p>
        </w:tc>
      </w:tr>
      <w:tr w:rsidR="00BB3897" w:rsidRPr="00BF7D67" w14:paraId="0C39F795"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1D3F4103" w14:textId="77777777" w:rsidR="00BB3897" w:rsidRPr="00BF7D67" w:rsidRDefault="00F00F39">
            <w:pPr>
              <w:spacing w:after="0" w:line="240" w:lineRule="auto"/>
              <w:rPr>
                <w:sz w:val="22"/>
                <w:lang w:val="es-ES"/>
              </w:rPr>
            </w:pPr>
            <w:r w:rsidRPr="00BF7D67">
              <w:rPr>
                <w:b/>
                <w:sz w:val="22"/>
                <w:lang w:val="es-ES"/>
              </w:rPr>
              <w:t>NIT / C.C.</w:t>
            </w:r>
          </w:p>
        </w:tc>
        <w:tc>
          <w:tcPr>
            <w:tcW w:w="6768"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1EADCA63" w14:textId="77777777" w:rsidR="00BB3897" w:rsidRPr="00BF7D67" w:rsidRDefault="00BB3897">
            <w:pPr>
              <w:spacing w:after="0" w:line="240" w:lineRule="auto"/>
              <w:rPr>
                <w:sz w:val="22"/>
                <w:lang w:val="es-ES"/>
              </w:rPr>
            </w:pPr>
          </w:p>
        </w:tc>
      </w:tr>
      <w:tr w:rsidR="00BB3897" w:rsidRPr="001A691C" w14:paraId="43ACDDA8"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26DBCAC6" w14:textId="77777777" w:rsidR="00BB3897" w:rsidRPr="00BF7D67" w:rsidRDefault="00F00F39">
            <w:pPr>
              <w:spacing w:after="0" w:line="240" w:lineRule="auto"/>
              <w:rPr>
                <w:sz w:val="22"/>
                <w:lang w:val="es-ES"/>
              </w:rPr>
            </w:pPr>
            <w:r w:rsidRPr="00BF7D67">
              <w:rPr>
                <w:b/>
                <w:sz w:val="22"/>
                <w:lang w:val="es-ES"/>
              </w:rPr>
              <w:lastRenderedPageBreak/>
              <w:t>Representante legal o persona natural</w:t>
            </w:r>
          </w:p>
        </w:tc>
        <w:tc>
          <w:tcPr>
            <w:tcW w:w="6768"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58FED7E2" w14:textId="77777777" w:rsidR="00BB3897" w:rsidRPr="00BF7D67" w:rsidRDefault="00BB3897">
            <w:pPr>
              <w:spacing w:after="0" w:line="240" w:lineRule="auto"/>
              <w:rPr>
                <w:sz w:val="22"/>
                <w:lang w:val="es-ES"/>
              </w:rPr>
            </w:pPr>
          </w:p>
        </w:tc>
      </w:tr>
      <w:tr w:rsidR="00BB3897" w:rsidRPr="00BF7D67" w14:paraId="2D9D6F4E"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59C046BA" w14:textId="77777777" w:rsidR="00BB3897" w:rsidRPr="00BF7D67" w:rsidRDefault="00F00F39">
            <w:pPr>
              <w:spacing w:after="0" w:line="240" w:lineRule="auto"/>
              <w:rPr>
                <w:sz w:val="22"/>
                <w:lang w:val="es-ES"/>
              </w:rPr>
            </w:pPr>
            <w:r w:rsidRPr="00BF7D67">
              <w:rPr>
                <w:b/>
                <w:sz w:val="22"/>
                <w:lang w:val="es-ES"/>
              </w:rPr>
              <w:t>Documento de identidad</w:t>
            </w:r>
          </w:p>
        </w:tc>
        <w:tc>
          <w:tcPr>
            <w:tcW w:w="6768"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40663F76" w14:textId="77777777" w:rsidR="00BB3897" w:rsidRPr="00BF7D67" w:rsidRDefault="00BB3897">
            <w:pPr>
              <w:spacing w:after="0" w:line="240" w:lineRule="auto"/>
              <w:rPr>
                <w:sz w:val="22"/>
                <w:lang w:val="es-ES"/>
              </w:rPr>
            </w:pPr>
          </w:p>
        </w:tc>
      </w:tr>
      <w:tr w:rsidR="00BB3897" w:rsidRPr="00BF7D67" w14:paraId="16E3C7DF"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0BC3CA39" w14:textId="77777777" w:rsidR="00BB3897" w:rsidRPr="00BF7D67" w:rsidRDefault="00F00F39">
            <w:pPr>
              <w:spacing w:after="0" w:line="240" w:lineRule="auto"/>
              <w:rPr>
                <w:sz w:val="22"/>
                <w:lang w:val="es-ES"/>
              </w:rPr>
            </w:pPr>
            <w:r w:rsidRPr="00BF7D67">
              <w:rPr>
                <w:b/>
                <w:sz w:val="22"/>
                <w:lang w:val="es-ES"/>
              </w:rPr>
              <w:t>Dirección</w:t>
            </w:r>
          </w:p>
        </w:tc>
        <w:tc>
          <w:tcPr>
            <w:tcW w:w="6768"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713199BC" w14:textId="77777777" w:rsidR="00BB3897" w:rsidRPr="00BF7D67" w:rsidRDefault="00BB3897">
            <w:pPr>
              <w:spacing w:after="0" w:line="240" w:lineRule="auto"/>
              <w:rPr>
                <w:sz w:val="22"/>
                <w:lang w:val="es-ES"/>
              </w:rPr>
            </w:pPr>
          </w:p>
        </w:tc>
      </w:tr>
      <w:tr w:rsidR="00BB3897" w:rsidRPr="00BF7D67" w14:paraId="4CA2A456"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3B77722E" w14:textId="77777777" w:rsidR="00BB3897" w:rsidRPr="00BF7D67" w:rsidRDefault="00F00F39">
            <w:pPr>
              <w:spacing w:after="0" w:line="240" w:lineRule="auto"/>
              <w:rPr>
                <w:sz w:val="22"/>
                <w:lang w:val="es-ES"/>
              </w:rPr>
            </w:pPr>
            <w:r w:rsidRPr="00BF7D67">
              <w:rPr>
                <w:b/>
                <w:sz w:val="22"/>
                <w:lang w:val="es-ES"/>
              </w:rPr>
              <w:t>Ciudad / departamento</w:t>
            </w:r>
          </w:p>
        </w:tc>
        <w:tc>
          <w:tcPr>
            <w:tcW w:w="6768"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70642314" w14:textId="77777777" w:rsidR="00BB3897" w:rsidRPr="00BF7D67" w:rsidRDefault="00BB3897">
            <w:pPr>
              <w:spacing w:after="0" w:line="240" w:lineRule="auto"/>
              <w:rPr>
                <w:sz w:val="22"/>
                <w:lang w:val="es-ES"/>
              </w:rPr>
            </w:pPr>
          </w:p>
        </w:tc>
      </w:tr>
      <w:tr w:rsidR="00BB3897" w:rsidRPr="00BF7D67" w14:paraId="48F324C4"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16874AA4" w14:textId="77777777" w:rsidR="00BB3897" w:rsidRPr="00BF7D67" w:rsidRDefault="00F00F39">
            <w:pPr>
              <w:spacing w:after="0" w:line="240" w:lineRule="auto"/>
              <w:rPr>
                <w:sz w:val="22"/>
                <w:lang w:val="es-ES"/>
              </w:rPr>
            </w:pPr>
            <w:r w:rsidRPr="00BF7D67">
              <w:rPr>
                <w:b/>
                <w:sz w:val="22"/>
                <w:lang w:val="es-ES"/>
              </w:rPr>
              <w:t>Teléfono</w:t>
            </w:r>
          </w:p>
        </w:tc>
        <w:tc>
          <w:tcPr>
            <w:tcW w:w="6768"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5F472F6C" w14:textId="77777777" w:rsidR="00BB3897" w:rsidRPr="00BF7D67" w:rsidRDefault="00BB3897">
            <w:pPr>
              <w:spacing w:after="0" w:line="240" w:lineRule="auto"/>
              <w:rPr>
                <w:sz w:val="22"/>
                <w:lang w:val="es-ES"/>
              </w:rPr>
            </w:pPr>
          </w:p>
        </w:tc>
      </w:tr>
      <w:tr w:rsidR="00BB3897" w:rsidRPr="00BF7D67" w14:paraId="3718F77E"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32D64793" w14:textId="77777777" w:rsidR="00BB3897" w:rsidRPr="00BF7D67" w:rsidRDefault="00F00F39">
            <w:pPr>
              <w:spacing w:after="0" w:line="240" w:lineRule="auto"/>
              <w:rPr>
                <w:sz w:val="22"/>
                <w:lang w:val="es-ES"/>
              </w:rPr>
            </w:pPr>
            <w:r w:rsidRPr="00BF7D67">
              <w:rPr>
                <w:b/>
                <w:sz w:val="22"/>
                <w:lang w:val="es-ES"/>
              </w:rPr>
              <w:t>Correo para notificaciones</w:t>
            </w:r>
          </w:p>
        </w:tc>
        <w:tc>
          <w:tcPr>
            <w:tcW w:w="6768"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61849A1B" w14:textId="77777777" w:rsidR="00BB3897" w:rsidRPr="00BF7D67" w:rsidRDefault="00BB3897">
            <w:pPr>
              <w:spacing w:after="0" w:line="240" w:lineRule="auto"/>
              <w:rPr>
                <w:sz w:val="22"/>
                <w:lang w:val="es-ES"/>
              </w:rPr>
            </w:pPr>
          </w:p>
        </w:tc>
      </w:tr>
    </w:tbl>
    <w:p w14:paraId="7325B30B" w14:textId="77777777" w:rsidR="00BB3897" w:rsidRPr="00BF7D67" w:rsidRDefault="00BB3897">
      <w:pPr>
        <w:rPr>
          <w:sz w:val="22"/>
          <w:lang w:val="es-ES"/>
        </w:rPr>
      </w:pPr>
    </w:p>
    <w:tbl>
      <w:tblPr>
        <w:tblW w:w="0" w:type="auto"/>
        <w:jc w:val="center"/>
        <w:tblLayout w:type="fixed"/>
        <w:tblLook w:val="04A0" w:firstRow="1" w:lastRow="0" w:firstColumn="1" w:lastColumn="0" w:noHBand="0" w:noVBand="1"/>
      </w:tblPr>
      <w:tblGrid>
        <w:gridCol w:w="9936"/>
      </w:tblGrid>
      <w:tr w:rsidR="00BB3897" w:rsidRPr="001A691C" w14:paraId="0F8F0C37" w14:textId="77777777">
        <w:trPr>
          <w:cantSplit/>
          <w:jc w:val="center"/>
        </w:trPr>
        <w:tc>
          <w:tcPr>
            <w:tcW w:w="9936"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00D51435" w14:textId="77777777" w:rsidR="005B6141" w:rsidRPr="00D72701" w:rsidRDefault="00000000">
            <w:pPr>
              <w:rPr>
                <w:lang w:val="es-CO"/>
              </w:rPr>
            </w:pPr>
            <w:r w:rsidRPr="00D72701">
              <w:rPr>
                <w:lang w:val="es-CO"/>
              </w:rPr>
              <w:t>Firma del proponente persona natural o del representante legal</w:t>
            </w:r>
            <w:r w:rsidRPr="00D72701">
              <w:rPr>
                <w:lang w:val="es-CO"/>
              </w:rPr>
              <w:br/>
            </w:r>
            <w:r w:rsidRPr="00D72701">
              <w:rPr>
                <w:lang w:val="es-CO"/>
              </w:rPr>
              <w:br/>
              <w:t>__________________________________</w:t>
            </w:r>
          </w:p>
        </w:tc>
      </w:tr>
      <w:tr w:rsidR="00BB3897" w:rsidRPr="00BF7D67" w14:paraId="59F5EAE7" w14:textId="77777777">
        <w:trPr>
          <w:cantSplit/>
          <w:jc w:val="center"/>
        </w:trPr>
        <w:tc>
          <w:tcPr>
            <w:tcW w:w="9936"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0974E30A" w14:textId="77777777" w:rsidR="005B6141" w:rsidRDefault="00000000">
            <w:r>
              <w:t>Nombre: __________________________________</w:t>
            </w:r>
          </w:p>
        </w:tc>
      </w:tr>
      <w:tr w:rsidR="00BB3897" w:rsidRPr="00BF7D67" w14:paraId="45648FED" w14:textId="77777777">
        <w:trPr>
          <w:cantSplit/>
          <w:jc w:val="center"/>
        </w:trPr>
        <w:tc>
          <w:tcPr>
            <w:tcW w:w="9936"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6436A96F" w14:textId="77777777" w:rsidR="005B6141" w:rsidRDefault="00000000">
            <w:r>
              <w:t>C.C.: ____________________________________</w:t>
            </w:r>
          </w:p>
        </w:tc>
      </w:tr>
    </w:tbl>
    <w:p w14:paraId="3DF24A58" w14:textId="77777777" w:rsidR="00BB3897" w:rsidRPr="00BF7D67" w:rsidRDefault="00F00F39" w:rsidP="006905CF">
      <w:pPr>
        <w:spacing w:before="120"/>
        <w:jc w:val="center"/>
        <w:rPr>
          <w:i/>
          <w:color w:val="666666"/>
          <w:sz w:val="16"/>
          <w:szCs w:val="16"/>
          <w:lang w:val="es-ES"/>
        </w:rPr>
      </w:pPr>
      <w:r w:rsidRPr="00BF7D67">
        <w:rPr>
          <w:i/>
          <w:color w:val="666666"/>
          <w:sz w:val="16"/>
          <w:szCs w:val="16"/>
          <w:lang w:val="es-ES"/>
        </w:rPr>
        <w:t>Nota para el diligenciamiento: reemplace todos los campos entre corchetes, marque las opciones aplicables y no suprima ni modifique las declaraciones. No se admite la presentación de propuestas por consorcios, uniones temporales ni otros proponentes plurales.</w:t>
      </w:r>
    </w:p>
    <w:p w14:paraId="13E89806" w14:textId="77777777" w:rsidR="00BD5671" w:rsidRPr="00BF7D67" w:rsidRDefault="00BD5671">
      <w:pPr>
        <w:spacing w:before="120"/>
        <w:jc w:val="both"/>
        <w:rPr>
          <w:i/>
          <w:color w:val="666666"/>
          <w:sz w:val="22"/>
          <w:lang w:val="es-ES"/>
        </w:rPr>
      </w:pPr>
    </w:p>
    <w:p w14:paraId="35FA27D3" w14:textId="77777777" w:rsidR="00BD5671" w:rsidRPr="00BF7D67" w:rsidRDefault="00BD5671">
      <w:pPr>
        <w:spacing w:before="120"/>
        <w:jc w:val="both"/>
        <w:rPr>
          <w:i/>
          <w:color w:val="666666"/>
          <w:sz w:val="22"/>
          <w:lang w:val="es-ES"/>
        </w:rPr>
      </w:pPr>
    </w:p>
    <w:p w14:paraId="63DC5DC1" w14:textId="582E291C" w:rsidR="00BD5671" w:rsidRPr="00BF7D67" w:rsidRDefault="00BD5671">
      <w:pPr>
        <w:spacing w:before="120"/>
        <w:jc w:val="both"/>
        <w:rPr>
          <w:sz w:val="22"/>
          <w:lang w:val="es-ES"/>
        </w:rPr>
      </w:pPr>
    </w:p>
    <w:sectPr w:rsidR="00BD5671" w:rsidRPr="00BF7D67" w:rsidSect="00480102">
      <w:headerReference w:type="default" r:id="rId8"/>
      <w:footerReference w:type="default" r:id="rId9"/>
      <w:pgSz w:w="12240" w:h="15840"/>
      <w:pgMar w:top="1639" w:right="1152" w:bottom="936" w:left="1152"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6D8F41" w14:textId="77777777" w:rsidR="00E54C5A" w:rsidRDefault="00E54C5A">
      <w:pPr>
        <w:spacing w:after="0" w:line="240" w:lineRule="auto"/>
      </w:pPr>
      <w:r>
        <w:separator/>
      </w:r>
    </w:p>
  </w:endnote>
  <w:endnote w:type="continuationSeparator" w:id="0">
    <w:p w14:paraId="04CB5C06" w14:textId="77777777" w:rsidR="00E54C5A" w:rsidRDefault="00E54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169515" w14:textId="40FEB8C4" w:rsidR="00BB3897" w:rsidRDefault="00BB3897">
    <w:pPr>
      <w:pStyle w:val="Piedepgina"/>
      <w:spacing w:before="4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B1AC67" w14:textId="77777777" w:rsidR="00E54C5A" w:rsidRDefault="00E54C5A">
      <w:pPr>
        <w:spacing w:after="0" w:line="240" w:lineRule="auto"/>
      </w:pPr>
      <w:r>
        <w:separator/>
      </w:r>
    </w:p>
  </w:footnote>
  <w:footnote w:type="continuationSeparator" w:id="0">
    <w:p w14:paraId="25F9AC45" w14:textId="77777777" w:rsidR="00E54C5A" w:rsidRDefault="00E54C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055FC6" w14:textId="77777777" w:rsidR="00BB3897" w:rsidRDefault="00BB3897">
    <w:pPr>
      <w:pStyle w:val="Encabezado"/>
    </w:pPr>
  </w:p>
  <w:tbl>
    <w:tblPr>
      <w:tblW w:w="0" w:type="auto"/>
      <w:jc w:val="center"/>
      <w:tblLayout w:type="fixed"/>
      <w:tblLook w:val="04A0" w:firstRow="1" w:lastRow="0" w:firstColumn="1" w:lastColumn="0" w:noHBand="0" w:noVBand="1"/>
    </w:tblPr>
    <w:tblGrid>
      <w:gridCol w:w="3216"/>
      <w:gridCol w:w="3216"/>
      <w:gridCol w:w="3216"/>
    </w:tblGrid>
    <w:tr w:rsidR="00BB3897" w:rsidRPr="00616687" w14:paraId="088DAE5D" w14:textId="77777777">
      <w:trPr>
        <w:jc w:val="center"/>
      </w:trPr>
      <w:tc>
        <w:tcPr>
          <w:tcW w:w="3216"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tcPr>
        <w:p w14:paraId="483831C1" w14:textId="77777777" w:rsidR="00BB3897" w:rsidRDefault="00F00F39">
          <w:pPr>
            <w:jc w:val="center"/>
          </w:pPr>
          <w:r>
            <w:rPr>
              <w:noProof/>
            </w:rPr>
            <w:drawing>
              <wp:inline distT="0" distB="0" distL="0" distR="0" wp14:anchorId="56325BE5" wp14:editId="64FC3E99">
                <wp:extent cx="1325880" cy="2674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1"/>
                        <a:stretch>
                          <a:fillRect/>
                        </a:stretch>
                      </pic:blipFill>
                      <pic:spPr>
                        <a:xfrm>
                          <a:off x="0" y="0"/>
                          <a:ext cx="1325880" cy="267404"/>
                        </a:xfrm>
                        <a:prstGeom prst="rect">
                          <a:avLst/>
                        </a:prstGeom>
                      </pic:spPr>
                    </pic:pic>
                  </a:graphicData>
                </a:graphic>
              </wp:inline>
            </w:drawing>
          </w:r>
        </w:p>
      </w:tc>
      <w:tc>
        <w:tcPr>
          <w:tcW w:w="3216"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2ED99880" w14:textId="77777777" w:rsidR="00BB3897" w:rsidRPr="00616687" w:rsidRDefault="00F00F39">
          <w:pPr>
            <w:spacing w:after="0" w:line="240" w:lineRule="auto"/>
            <w:jc w:val="center"/>
            <w:rPr>
              <w:lang w:val="es-CO"/>
            </w:rPr>
          </w:pPr>
          <w:r w:rsidRPr="00616687">
            <w:rPr>
              <w:b/>
              <w:sz w:val="20"/>
              <w:lang w:val="es-CO"/>
            </w:rPr>
            <w:t>FORMATO 1</w:t>
          </w:r>
          <w:r w:rsidRPr="00616687">
            <w:rPr>
              <w:b/>
              <w:sz w:val="20"/>
              <w:lang w:val="es-CO"/>
            </w:rPr>
            <w:br/>
            <w:t>CARTA DE PRESENTACIÓN DE LA OFERTA</w:t>
          </w:r>
        </w:p>
      </w:tc>
      <w:tc>
        <w:tcPr>
          <w:tcW w:w="3216"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tcPr>
        <w:p w14:paraId="6CBC22BD" w14:textId="2E538C19" w:rsidR="00BB3897" w:rsidRPr="00616687" w:rsidRDefault="00F00F39" w:rsidP="00616687">
          <w:pPr>
            <w:jc w:val="both"/>
            <w:rPr>
              <w:lang w:val="es-CO"/>
            </w:rPr>
          </w:pPr>
          <w:r w:rsidRPr="00616687">
            <w:rPr>
              <w:b/>
              <w:sz w:val="17"/>
              <w:lang w:val="es-CO"/>
            </w:rPr>
            <w:br/>
            <w:t xml:space="preserve">Página </w:t>
          </w:r>
          <w:r>
            <w:fldChar w:fldCharType="begin"/>
          </w:r>
          <w:r w:rsidRPr="00616687">
            <w:rPr>
              <w:lang w:val="es-CO"/>
            </w:rPr>
            <w:instrText>PAGE</w:instrText>
          </w:r>
          <w:r>
            <w:fldChar w:fldCharType="separate"/>
          </w:r>
          <w:r w:rsidR="00616687" w:rsidRPr="00616687">
            <w:rPr>
              <w:noProof/>
              <w:lang w:val="es-CO"/>
            </w:rPr>
            <w:t>28</w:t>
          </w:r>
          <w:r>
            <w:fldChar w:fldCharType="end"/>
          </w:r>
          <w:r w:rsidRPr="00616687">
            <w:rPr>
              <w:sz w:val="17"/>
              <w:lang w:val="es-CO"/>
            </w:rPr>
            <w:t xml:space="preserve"> de </w:t>
          </w:r>
          <w:r>
            <w:fldChar w:fldCharType="begin"/>
          </w:r>
          <w:r w:rsidRPr="00616687">
            <w:rPr>
              <w:lang w:val="es-CO"/>
            </w:rPr>
            <w:instrText>NUMPAGES</w:instrText>
          </w:r>
          <w:r>
            <w:fldChar w:fldCharType="separate"/>
          </w:r>
          <w:r w:rsidR="00616687" w:rsidRPr="00616687">
            <w:rPr>
              <w:noProof/>
              <w:lang w:val="es-CO"/>
            </w:rPr>
            <w:t>1</w:t>
          </w:r>
          <w:r>
            <w:fldChar w:fldCharType="end"/>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CAE13CE"/>
    <w:multiLevelType w:val="singleLevel"/>
    <w:tmpl w:val="025CBD9E"/>
    <w:lvl w:ilvl="0">
      <w:start w:val="1"/>
      <w:numFmt w:val="lowerLetter"/>
      <w:suff w:val="space"/>
      <w:lvlText w:val="%1."/>
      <w:lvlJc w:val="left"/>
      <w:pPr>
        <w:tabs>
          <w:tab w:val="num" w:pos="420"/>
        </w:tabs>
        <w:ind w:left="420" w:hanging="250"/>
      </w:pPr>
    </w:lvl>
  </w:abstractNum>
  <w:abstractNum w:abstractNumId="10" w15:restartNumberingAfterBreak="0">
    <w:nsid w:val="1D016626"/>
    <w:multiLevelType w:val="singleLevel"/>
    <w:tmpl w:val="13C85382"/>
    <w:lvl w:ilvl="0">
      <w:start w:val="1"/>
      <w:numFmt w:val="lowerLetter"/>
      <w:suff w:val="space"/>
      <w:lvlText w:val="%1."/>
      <w:lvlJc w:val="left"/>
      <w:pPr>
        <w:tabs>
          <w:tab w:val="num" w:pos="420"/>
        </w:tabs>
        <w:ind w:left="420" w:hanging="250"/>
      </w:pPr>
    </w:lvl>
  </w:abstractNum>
  <w:abstractNum w:abstractNumId="11" w15:restartNumberingAfterBreak="0">
    <w:nsid w:val="2D2231AD"/>
    <w:multiLevelType w:val="singleLevel"/>
    <w:tmpl w:val="CABC2818"/>
    <w:lvl w:ilvl="0">
      <w:start w:val="1"/>
      <w:numFmt w:val="lowerLetter"/>
      <w:pStyle w:val="Listaconvietas"/>
      <w:suff w:val="space"/>
      <w:lvlText w:val="%1."/>
      <w:lvlJc w:val="left"/>
      <w:pPr>
        <w:tabs>
          <w:tab w:val="num" w:pos="420"/>
        </w:tabs>
        <w:ind w:left="420" w:hanging="250"/>
      </w:pPr>
    </w:lvl>
  </w:abstractNum>
  <w:abstractNum w:abstractNumId="12" w15:restartNumberingAfterBreak="0">
    <w:nsid w:val="305D1FE3"/>
    <w:multiLevelType w:val="singleLevel"/>
    <w:tmpl w:val="D85256E2"/>
    <w:lvl w:ilvl="0">
      <w:start w:val="1"/>
      <w:numFmt w:val="lowerLetter"/>
      <w:suff w:val="space"/>
      <w:lvlText w:val="%1."/>
      <w:lvlJc w:val="left"/>
      <w:pPr>
        <w:tabs>
          <w:tab w:val="num" w:pos="420"/>
        </w:tabs>
        <w:ind w:left="420" w:hanging="250"/>
      </w:pPr>
    </w:lvl>
  </w:abstractNum>
  <w:abstractNum w:abstractNumId="13" w15:restartNumberingAfterBreak="0">
    <w:nsid w:val="47B2382C"/>
    <w:multiLevelType w:val="singleLevel"/>
    <w:tmpl w:val="518E040E"/>
    <w:lvl w:ilvl="0">
      <w:start w:val="1"/>
      <w:numFmt w:val="lowerLetter"/>
      <w:suff w:val="space"/>
      <w:lvlText w:val="%1."/>
      <w:lvlJc w:val="left"/>
      <w:pPr>
        <w:tabs>
          <w:tab w:val="num" w:pos="420"/>
        </w:tabs>
        <w:ind w:left="420" w:hanging="250"/>
      </w:pPr>
    </w:lvl>
  </w:abstractNum>
  <w:num w:numId="1" w16cid:durableId="217596857">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D9D"/>
    <w:rsid w:val="00034616"/>
    <w:rsid w:val="0006063C"/>
    <w:rsid w:val="00100D64"/>
    <w:rsid w:val="001464A4"/>
    <w:rsid w:val="0015074B"/>
    <w:rsid w:val="00152429"/>
    <w:rsid w:val="001A691C"/>
    <w:rsid w:val="0023660A"/>
    <w:rsid w:val="00274A40"/>
    <w:rsid w:val="0029639D"/>
    <w:rsid w:val="003106E3"/>
    <w:rsid w:val="00326F90"/>
    <w:rsid w:val="003A0A9C"/>
    <w:rsid w:val="003D3FC7"/>
    <w:rsid w:val="004607D0"/>
    <w:rsid w:val="004619F6"/>
    <w:rsid w:val="00480102"/>
    <w:rsid w:val="00514146"/>
    <w:rsid w:val="0053402D"/>
    <w:rsid w:val="0058219E"/>
    <w:rsid w:val="005A04FE"/>
    <w:rsid w:val="005B6141"/>
    <w:rsid w:val="005B79E7"/>
    <w:rsid w:val="005C199F"/>
    <w:rsid w:val="00616687"/>
    <w:rsid w:val="006370DD"/>
    <w:rsid w:val="006905CF"/>
    <w:rsid w:val="006A4F2E"/>
    <w:rsid w:val="0080003C"/>
    <w:rsid w:val="00897BBA"/>
    <w:rsid w:val="00922636"/>
    <w:rsid w:val="00943FA1"/>
    <w:rsid w:val="009D01BB"/>
    <w:rsid w:val="00AA1D8D"/>
    <w:rsid w:val="00B216E5"/>
    <w:rsid w:val="00B47730"/>
    <w:rsid w:val="00B51664"/>
    <w:rsid w:val="00BA0F59"/>
    <w:rsid w:val="00BA334D"/>
    <w:rsid w:val="00BB3897"/>
    <w:rsid w:val="00BD5671"/>
    <w:rsid w:val="00BE51A9"/>
    <w:rsid w:val="00BF7D67"/>
    <w:rsid w:val="00C13978"/>
    <w:rsid w:val="00CA0D38"/>
    <w:rsid w:val="00CB0664"/>
    <w:rsid w:val="00CD2702"/>
    <w:rsid w:val="00D50839"/>
    <w:rsid w:val="00D72701"/>
    <w:rsid w:val="00E54C5A"/>
    <w:rsid w:val="00E761C7"/>
    <w:rsid w:val="00F00F39"/>
    <w:rsid w:val="00F533AE"/>
    <w:rsid w:val="00FC693F"/>
    <w:rsid w:val="00FD4473"/>
    <w:rsid w:val="00FE64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288544A-FB90-2A45-91C2-D758873C5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rial" w:hAnsi="Arial"/>
      <w:color w:val="000000"/>
      <w:sz w:val="18"/>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tabs>
        <w:tab w:val="num" w:pos="360"/>
      </w:tabs>
      <w:contextualSpacing/>
    </w:pPr>
  </w:style>
  <w:style w:type="paragraph" w:styleId="Listaconvietas3">
    <w:name w:val="List Bullet 3"/>
    <w:basedOn w:val="Normal"/>
    <w:uiPriority w:val="99"/>
    <w:unhideWhenUsed/>
    <w:rsid w:val="00326F90"/>
    <w:pPr>
      <w:tabs>
        <w:tab w:val="num" w:pos="360"/>
      </w:tabs>
      <w:contextualSpacing/>
    </w:pPr>
  </w:style>
  <w:style w:type="paragraph" w:styleId="Listaconnmeros">
    <w:name w:val="List Number"/>
    <w:basedOn w:val="Normal"/>
    <w:uiPriority w:val="99"/>
    <w:unhideWhenUsed/>
    <w:rsid w:val="00326F90"/>
    <w:pPr>
      <w:tabs>
        <w:tab w:val="num" w:pos="360"/>
      </w:tabs>
      <w:contextualSpacing/>
    </w:pPr>
  </w:style>
  <w:style w:type="paragraph" w:styleId="Listaconnmeros2">
    <w:name w:val="List Number 2"/>
    <w:basedOn w:val="Normal"/>
    <w:uiPriority w:val="99"/>
    <w:unhideWhenUsed/>
    <w:rsid w:val="0029639D"/>
    <w:pPr>
      <w:tabs>
        <w:tab w:val="num" w:pos="360"/>
      </w:tabs>
      <w:contextualSpacing/>
    </w:pPr>
  </w:style>
  <w:style w:type="paragraph" w:styleId="Listaconnmeros3">
    <w:name w:val="List Number 3"/>
    <w:basedOn w:val="Normal"/>
    <w:uiPriority w:val="99"/>
    <w:unhideWhenUsed/>
    <w:rsid w:val="0029639D"/>
    <w:pPr>
      <w:tabs>
        <w:tab w:val="num" w:pos="360"/>
      </w:tabs>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1518</Words>
  <Characters>9156</Characters>
  <Application>Microsoft Office Word</Application>
  <DocSecurity>0</DocSecurity>
  <Lines>508</Lines>
  <Paragraphs>152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Camilo Andrés Chaverra Monsalve</cp:lastModifiedBy>
  <cp:revision>18</cp:revision>
  <dcterms:created xsi:type="dcterms:W3CDTF">2026-08-18T22:21:00Z</dcterms:created>
  <dcterms:modified xsi:type="dcterms:W3CDTF">2026-08-31T23:27:00Z</dcterms:modified>
  <cp:category/>
</cp:coreProperties>
</file>